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998F3" w14:textId="77777777" w:rsidR="00547B98" w:rsidRPr="00145753" w:rsidRDefault="00547B98">
      <w:pPr>
        <w:spacing w:before="12"/>
        <w:rPr>
          <w:rFonts w:ascii="Arial" w:hAnsi="Arial" w:cs="Arial"/>
          <w:sz w:val="28"/>
        </w:rPr>
      </w:pPr>
    </w:p>
    <w:p w14:paraId="56CD7153" w14:textId="28A45BCB" w:rsidR="00547B98" w:rsidRPr="00145753" w:rsidRDefault="00582649" w:rsidP="00556FCF">
      <w:pPr>
        <w:jc w:val="center"/>
        <w:rPr>
          <w:rFonts w:ascii="Arial" w:hAnsi="Arial" w:cs="Arial"/>
          <w:b/>
          <w:sz w:val="28"/>
        </w:rPr>
      </w:pPr>
      <w:r>
        <w:rPr>
          <w:rFonts w:ascii="Arial" w:hAnsi="Arial" w:cs="Arial"/>
          <w:b/>
          <w:spacing w:val="-2"/>
          <w:sz w:val="28"/>
        </w:rPr>
        <w:t>KARYA TULIS ILMIAH</w:t>
      </w:r>
    </w:p>
    <w:p w14:paraId="4AEB3736" w14:textId="77777777" w:rsidR="00200F17" w:rsidRPr="00145753" w:rsidRDefault="00200F17" w:rsidP="00200F17">
      <w:pPr>
        <w:spacing w:line="360" w:lineRule="auto"/>
        <w:ind w:right="2333"/>
        <w:rPr>
          <w:rFonts w:ascii="Arial" w:hAnsi="Arial" w:cs="Arial"/>
          <w:b/>
          <w:sz w:val="28"/>
        </w:rPr>
      </w:pPr>
    </w:p>
    <w:p w14:paraId="7713DB41" w14:textId="77777777" w:rsidR="00200F17" w:rsidRPr="00145753" w:rsidRDefault="0027081F" w:rsidP="00200F17">
      <w:pPr>
        <w:spacing w:line="360" w:lineRule="auto"/>
        <w:ind w:left="-284" w:right="-421"/>
        <w:jc w:val="center"/>
        <w:rPr>
          <w:rFonts w:ascii="Arial" w:hAnsi="Arial" w:cs="Arial"/>
          <w:b/>
          <w:spacing w:val="-2"/>
          <w:sz w:val="28"/>
        </w:rPr>
      </w:pPr>
      <w:r w:rsidRPr="00145753">
        <w:rPr>
          <w:rFonts w:ascii="Arial" w:hAnsi="Arial" w:cs="Arial"/>
          <w:b/>
          <w:sz w:val="28"/>
        </w:rPr>
        <w:t>GAMBARAN DUKUNGAN KELUARGA</w:t>
      </w:r>
      <w:r w:rsidR="00200F17" w:rsidRPr="00145753">
        <w:rPr>
          <w:rFonts w:ascii="Arial" w:hAnsi="Arial" w:cs="Arial"/>
          <w:b/>
          <w:sz w:val="28"/>
        </w:rPr>
        <w:t xml:space="preserve"> </w:t>
      </w:r>
      <w:r w:rsidRPr="00145753">
        <w:rPr>
          <w:rFonts w:ascii="Arial" w:hAnsi="Arial" w:cs="Arial"/>
          <w:b/>
          <w:sz w:val="28"/>
        </w:rPr>
        <w:t>TERHADAP</w:t>
      </w:r>
      <w:r w:rsidR="00200F17" w:rsidRPr="00145753">
        <w:rPr>
          <w:rFonts w:ascii="Arial" w:hAnsi="Arial" w:cs="Arial"/>
          <w:b/>
          <w:sz w:val="28"/>
        </w:rPr>
        <w:t xml:space="preserve"> </w:t>
      </w:r>
      <w:r w:rsidRPr="00145753">
        <w:rPr>
          <w:rFonts w:ascii="Arial" w:hAnsi="Arial" w:cs="Arial"/>
          <w:b/>
          <w:sz w:val="28"/>
        </w:rPr>
        <w:t>PEMBERIAN</w:t>
      </w:r>
      <w:r w:rsidRPr="00145753">
        <w:rPr>
          <w:rFonts w:ascii="Arial" w:hAnsi="Arial" w:cs="Arial"/>
          <w:b/>
          <w:spacing w:val="-11"/>
          <w:sz w:val="28"/>
        </w:rPr>
        <w:t xml:space="preserve"> </w:t>
      </w:r>
      <w:r w:rsidRPr="00145753">
        <w:rPr>
          <w:rFonts w:ascii="Arial" w:hAnsi="Arial" w:cs="Arial"/>
          <w:b/>
          <w:sz w:val="28"/>
        </w:rPr>
        <w:t>ASI</w:t>
      </w:r>
      <w:r w:rsidRPr="00145753">
        <w:rPr>
          <w:rFonts w:ascii="Arial" w:hAnsi="Arial" w:cs="Arial"/>
          <w:b/>
          <w:spacing w:val="-3"/>
          <w:sz w:val="28"/>
        </w:rPr>
        <w:t xml:space="preserve"> </w:t>
      </w:r>
      <w:r w:rsidRPr="00145753">
        <w:rPr>
          <w:rFonts w:ascii="Arial" w:hAnsi="Arial" w:cs="Arial"/>
          <w:b/>
          <w:sz w:val="28"/>
        </w:rPr>
        <w:t>EKSKLUSIF</w:t>
      </w:r>
      <w:r w:rsidR="00200F17" w:rsidRPr="00145753">
        <w:rPr>
          <w:rFonts w:ascii="Arial" w:hAnsi="Arial" w:cs="Arial"/>
          <w:b/>
          <w:sz w:val="28"/>
        </w:rPr>
        <w:t xml:space="preserve"> </w:t>
      </w:r>
      <w:r w:rsidRPr="00145753">
        <w:rPr>
          <w:rFonts w:ascii="Arial" w:hAnsi="Arial" w:cs="Arial"/>
          <w:b/>
          <w:spacing w:val="-2"/>
          <w:sz w:val="28"/>
        </w:rPr>
        <w:t>DI</w:t>
      </w:r>
      <w:r w:rsidR="00200F17" w:rsidRPr="00145753">
        <w:rPr>
          <w:rFonts w:ascii="Arial" w:hAnsi="Arial" w:cs="Arial"/>
          <w:b/>
          <w:spacing w:val="-18"/>
          <w:sz w:val="28"/>
        </w:rPr>
        <w:t xml:space="preserve"> </w:t>
      </w:r>
      <w:r w:rsidRPr="00145753">
        <w:rPr>
          <w:rFonts w:ascii="Arial" w:hAnsi="Arial" w:cs="Arial"/>
          <w:b/>
          <w:spacing w:val="-2"/>
          <w:sz w:val="28"/>
        </w:rPr>
        <w:t>WILAYAH</w:t>
      </w:r>
      <w:r w:rsidRPr="00145753">
        <w:rPr>
          <w:rFonts w:ascii="Arial" w:hAnsi="Arial" w:cs="Arial"/>
          <w:b/>
          <w:spacing w:val="-17"/>
          <w:sz w:val="28"/>
        </w:rPr>
        <w:t xml:space="preserve"> </w:t>
      </w:r>
      <w:r w:rsidRPr="00145753">
        <w:rPr>
          <w:rFonts w:ascii="Arial" w:hAnsi="Arial" w:cs="Arial"/>
          <w:b/>
          <w:spacing w:val="-2"/>
          <w:sz w:val="28"/>
        </w:rPr>
        <w:t>KERJA</w:t>
      </w:r>
      <w:r w:rsidRPr="00145753">
        <w:rPr>
          <w:rFonts w:ascii="Arial" w:hAnsi="Arial" w:cs="Arial"/>
          <w:b/>
          <w:spacing w:val="-18"/>
          <w:sz w:val="28"/>
        </w:rPr>
        <w:t xml:space="preserve"> </w:t>
      </w:r>
      <w:r w:rsidRPr="00145753">
        <w:rPr>
          <w:rFonts w:ascii="Arial" w:hAnsi="Arial" w:cs="Arial"/>
          <w:b/>
          <w:spacing w:val="-2"/>
          <w:sz w:val="28"/>
        </w:rPr>
        <w:t>PUSKESMAS</w:t>
      </w:r>
      <w:r w:rsidRPr="00145753">
        <w:rPr>
          <w:rFonts w:ascii="Arial" w:hAnsi="Arial" w:cs="Arial"/>
          <w:b/>
          <w:spacing w:val="-17"/>
          <w:sz w:val="28"/>
        </w:rPr>
        <w:t xml:space="preserve"> </w:t>
      </w:r>
      <w:r w:rsidRPr="00145753">
        <w:rPr>
          <w:rFonts w:ascii="Arial" w:hAnsi="Arial" w:cs="Arial"/>
          <w:b/>
          <w:spacing w:val="-2"/>
          <w:sz w:val="28"/>
        </w:rPr>
        <w:t>KAYON</w:t>
      </w:r>
    </w:p>
    <w:p w14:paraId="5A93962C" w14:textId="0C42BB30" w:rsidR="00547B98" w:rsidRPr="00145753" w:rsidRDefault="0027081F" w:rsidP="00200F17">
      <w:pPr>
        <w:spacing w:line="360" w:lineRule="auto"/>
        <w:ind w:left="-284" w:right="-421"/>
        <w:jc w:val="center"/>
        <w:rPr>
          <w:rFonts w:ascii="Arial" w:hAnsi="Arial" w:cs="Arial"/>
          <w:b/>
          <w:spacing w:val="-4"/>
          <w:sz w:val="28"/>
        </w:rPr>
      </w:pPr>
      <w:r w:rsidRPr="00145753">
        <w:rPr>
          <w:rFonts w:ascii="Arial" w:hAnsi="Arial" w:cs="Arial"/>
          <w:b/>
          <w:sz w:val="28"/>
        </w:rPr>
        <w:t>PALANGKA RAYA</w:t>
      </w:r>
    </w:p>
    <w:p w14:paraId="6AF4FAFC" w14:textId="77777777" w:rsidR="00547B98" w:rsidRPr="00145753" w:rsidRDefault="00547B98" w:rsidP="00200F17">
      <w:pPr>
        <w:jc w:val="center"/>
        <w:rPr>
          <w:rFonts w:ascii="Arial" w:hAnsi="Arial" w:cs="Arial"/>
          <w:b/>
          <w:sz w:val="20"/>
        </w:rPr>
      </w:pPr>
    </w:p>
    <w:p w14:paraId="534D900E" w14:textId="77777777" w:rsidR="00547B98" w:rsidRPr="00145753" w:rsidRDefault="00547B98" w:rsidP="00200F17">
      <w:pPr>
        <w:jc w:val="center"/>
        <w:rPr>
          <w:rFonts w:ascii="Arial" w:hAnsi="Arial" w:cs="Arial"/>
          <w:b/>
          <w:sz w:val="20"/>
        </w:rPr>
      </w:pPr>
    </w:p>
    <w:p w14:paraId="619C4253" w14:textId="28FFA602" w:rsidR="00547B98" w:rsidRPr="00145753" w:rsidRDefault="00CD5564">
      <w:pPr>
        <w:spacing w:before="130"/>
        <w:rPr>
          <w:rFonts w:ascii="Arial" w:hAnsi="Arial" w:cs="Arial"/>
          <w:b/>
          <w:sz w:val="20"/>
        </w:rPr>
      </w:pPr>
      <w:r w:rsidRPr="00145753">
        <w:rPr>
          <w:rFonts w:ascii="Arial" w:hAnsi="Arial" w:cs="Arial"/>
          <w:b/>
          <w:noProof/>
          <w:sz w:val="20"/>
        </w:rPr>
        <w:drawing>
          <wp:anchor distT="0" distB="0" distL="0" distR="0" simplePos="0" relativeHeight="487587840" behindDoc="1" locked="0" layoutInCell="1" allowOverlap="1" wp14:anchorId="4564B846" wp14:editId="2715DEBE">
            <wp:simplePos x="0" y="0"/>
            <wp:positionH relativeFrom="margin">
              <wp:align>center</wp:align>
            </wp:positionH>
            <wp:positionV relativeFrom="paragraph">
              <wp:posOffset>403860</wp:posOffset>
            </wp:positionV>
            <wp:extent cx="1778635" cy="175641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1778635" cy="1756410"/>
                    </a:xfrm>
                    <a:prstGeom prst="rect">
                      <a:avLst/>
                    </a:prstGeom>
                  </pic:spPr>
                </pic:pic>
              </a:graphicData>
            </a:graphic>
          </wp:anchor>
        </w:drawing>
      </w:r>
    </w:p>
    <w:p w14:paraId="42A950CE" w14:textId="7DD32A03" w:rsidR="00547B98" w:rsidRPr="00145753" w:rsidRDefault="00547B98">
      <w:pPr>
        <w:rPr>
          <w:rFonts w:ascii="Arial" w:hAnsi="Arial" w:cs="Arial"/>
          <w:b/>
          <w:sz w:val="28"/>
        </w:rPr>
      </w:pPr>
    </w:p>
    <w:p w14:paraId="748DC2D4" w14:textId="77777777" w:rsidR="00547B98" w:rsidRPr="00145753" w:rsidRDefault="00547B98">
      <w:pPr>
        <w:rPr>
          <w:rFonts w:ascii="Arial" w:hAnsi="Arial" w:cs="Arial"/>
          <w:b/>
          <w:sz w:val="28"/>
        </w:rPr>
      </w:pPr>
    </w:p>
    <w:p w14:paraId="7D78309A" w14:textId="77777777" w:rsidR="00547B98" w:rsidRPr="00145753" w:rsidRDefault="00547B98">
      <w:pPr>
        <w:spacing w:before="275"/>
        <w:rPr>
          <w:rFonts w:ascii="Arial" w:hAnsi="Arial" w:cs="Arial"/>
          <w:b/>
          <w:sz w:val="28"/>
        </w:rPr>
      </w:pPr>
    </w:p>
    <w:p w14:paraId="06ED923D" w14:textId="798781C8" w:rsidR="00547B98" w:rsidRPr="00145753" w:rsidRDefault="00CD5564">
      <w:pPr>
        <w:ind w:left="523" w:right="1094"/>
        <w:jc w:val="center"/>
        <w:rPr>
          <w:rFonts w:ascii="Arial" w:hAnsi="Arial" w:cs="Arial"/>
          <w:sz w:val="24"/>
        </w:rPr>
      </w:pPr>
      <w:r w:rsidRPr="00145753">
        <w:rPr>
          <w:rFonts w:ascii="Arial" w:hAnsi="Arial" w:cs="Arial"/>
          <w:sz w:val="24"/>
        </w:rPr>
        <w:t xml:space="preserve">          Disusun</w:t>
      </w:r>
      <w:r w:rsidRPr="00145753">
        <w:rPr>
          <w:rFonts w:ascii="Arial" w:hAnsi="Arial" w:cs="Arial"/>
          <w:spacing w:val="-7"/>
          <w:sz w:val="24"/>
        </w:rPr>
        <w:t xml:space="preserve"> </w:t>
      </w:r>
      <w:r w:rsidRPr="00145753">
        <w:rPr>
          <w:rFonts w:ascii="Arial" w:hAnsi="Arial" w:cs="Arial"/>
          <w:sz w:val="24"/>
        </w:rPr>
        <w:t>Oleh</w:t>
      </w:r>
      <w:r w:rsidRPr="00145753">
        <w:rPr>
          <w:rFonts w:ascii="Arial" w:hAnsi="Arial" w:cs="Arial"/>
          <w:spacing w:val="-7"/>
          <w:sz w:val="24"/>
        </w:rPr>
        <w:t xml:space="preserve"> </w:t>
      </w:r>
      <w:r w:rsidRPr="00145753">
        <w:rPr>
          <w:rFonts w:ascii="Arial" w:hAnsi="Arial" w:cs="Arial"/>
          <w:spacing w:val="-10"/>
          <w:sz w:val="24"/>
        </w:rPr>
        <w:t>:</w:t>
      </w:r>
    </w:p>
    <w:p w14:paraId="630FDF3D" w14:textId="77777777" w:rsidR="00547B98" w:rsidRPr="00145753" w:rsidRDefault="00547B98">
      <w:pPr>
        <w:rPr>
          <w:rFonts w:ascii="Arial" w:hAnsi="Arial" w:cs="Arial"/>
          <w:sz w:val="24"/>
        </w:rPr>
      </w:pPr>
    </w:p>
    <w:p w14:paraId="72F40006" w14:textId="77777777" w:rsidR="00547B98" w:rsidRPr="00145753" w:rsidRDefault="00547B98">
      <w:pPr>
        <w:rPr>
          <w:rFonts w:ascii="Arial" w:hAnsi="Arial" w:cs="Arial"/>
          <w:sz w:val="24"/>
        </w:rPr>
      </w:pPr>
    </w:p>
    <w:p w14:paraId="2C025C4F" w14:textId="77777777" w:rsidR="00CD5564" w:rsidRPr="00145753" w:rsidRDefault="0027081F" w:rsidP="00CD5564">
      <w:pPr>
        <w:spacing w:line="362" w:lineRule="auto"/>
        <w:ind w:left="3119" w:right="1420" w:firstLine="142"/>
        <w:rPr>
          <w:rFonts w:ascii="Arial" w:hAnsi="Arial" w:cs="Arial"/>
          <w:b/>
          <w:spacing w:val="40"/>
          <w:sz w:val="24"/>
        </w:rPr>
      </w:pPr>
      <w:r w:rsidRPr="00145753">
        <w:rPr>
          <w:rFonts w:ascii="Arial" w:hAnsi="Arial" w:cs="Arial"/>
          <w:b/>
          <w:spacing w:val="-2"/>
          <w:sz w:val="24"/>
        </w:rPr>
        <w:t>WINANDA</w:t>
      </w:r>
      <w:r w:rsidRPr="00145753">
        <w:rPr>
          <w:rFonts w:ascii="Arial" w:hAnsi="Arial" w:cs="Arial"/>
          <w:b/>
          <w:spacing w:val="40"/>
          <w:sz w:val="24"/>
        </w:rPr>
        <w:t xml:space="preserve"> </w:t>
      </w:r>
    </w:p>
    <w:p w14:paraId="15B1D05B" w14:textId="6A8C8620" w:rsidR="00547B98" w:rsidRPr="00145753" w:rsidRDefault="0027081F" w:rsidP="00CD5564">
      <w:pPr>
        <w:spacing w:line="362" w:lineRule="auto"/>
        <w:ind w:left="2160" w:right="1420" w:firstLine="720"/>
        <w:rPr>
          <w:rFonts w:ascii="Arial" w:hAnsi="Arial" w:cs="Arial"/>
          <w:b/>
          <w:sz w:val="24"/>
        </w:rPr>
      </w:pPr>
      <w:r w:rsidRPr="00145753">
        <w:rPr>
          <w:rFonts w:ascii="Arial" w:hAnsi="Arial" w:cs="Arial"/>
          <w:b/>
          <w:spacing w:val="-2"/>
          <w:sz w:val="24"/>
        </w:rPr>
        <w:t>NIM</w:t>
      </w:r>
      <w:r w:rsidRPr="00145753">
        <w:rPr>
          <w:rFonts w:ascii="Arial" w:hAnsi="Arial" w:cs="Arial"/>
          <w:b/>
          <w:spacing w:val="-15"/>
          <w:sz w:val="24"/>
        </w:rPr>
        <w:t xml:space="preserve"> </w:t>
      </w:r>
      <w:r w:rsidRPr="00145753">
        <w:rPr>
          <w:rFonts w:ascii="Arial" w:hAnsi="Arial" w:cs="Arial"/>
          <w:b/>
          <w:spacing w:val="-2"/>
          <w:sz w:val="24"/>
        </w:rPr>
        <w:t>111407622033</w:t>
      </w:r>
    </w:p>
    <w:p w14:paraId="6192F55E" w14:textId="77777777" w:rsidR="00547B98" w:rsidRPr="00145753" w:rsidRDefault="00547B98" w:rsidP="00CD5564">
      <w:pPr>
        <w:ind w:left="3119" w:right="1420" w:firstLine="142"/>
        <w:rPr>
          <w:rFonts w:ascii="Arial" w:hAnsi="Arial" w:cs="Arial"/>
          <w:b/>
          <w:sz w:val="24"/>
        </w:rPr>
      </w:pPr>
    </w:p>
    <w:p w14:paraId="5DDC0DD5" w14:textId="77777777" w:rsidR="00547B98" w:rsidRPr="00145753" w:rsidRDefault="00547B98">
      <w:pPr>
        <w:rPr>
          <w:rFonts w:ascii="Arial" w:hAnsi="Arial" w:cs="Arial"/>
          <w:b/>
          <w:sz w:val="24"/>
        </w:rPr>
      </w:pPr>
    </w:p>
    <w:p w14:paraId="5E0B99CA" w14:textId="50A2B15D" w:rsidR="00547B98" w:rsidRDefault="00547B98">
      <w:pPr>
        <w:rPr>
          <w:rFonts w:ascii="Arial" w:hAnsi="Arial" w:cs="Arial"/>
          <w:b/>
          <w:sz w:val="24"/>
        </w:rPr>
      </w:pPr>
    </w:p>
    <w:p w14:paraId="0C7B19A0" w14:textId="6992C49F" w:rsidR="00041387" w:rsidRDefault="00041387">
      <w:pPr>
        <w:rPr>
          <w:rFonts w:ascii="Arial" w:hAnsi="Arial" w:cs="Arial"/>
          <w:b/>
          <w:sz w:val="24"/>
        </w:rPr>
      </w:pPr>
    </w:p>
    <w:p w14:paraId="3E8DFC20" w14:textId="680E34D5" w:rsidR="00041387" w:rsidRDefault="00041387">
      <w:pPr>
        <w:rPr>
          <w:rFonts w:ascii="Arial" w:hAnsi="Arial" w:cs="Arial"/>
          <w:b/>
          <w:sz w:val="24"/>
        </w:rPr>
      </w:pPr>
    </w:p>
    <w:p w14:paraId="040DCE16" w14:textId="77777777" w:rsidR="00041387" w:rsidRPr="00145753" w:rsidRDefault="00041387">
      <w:pPr>
        <w:rPr>
          <w:rFonts w:ascii="Arial" w:hAnsi="Arial" w:cs="Arial"/>
          <w:b/>
          <w:sz w:val="24"/>
        </w:rPr>
      </w:pPr>
    </w:p>
    <w:p w14:paraId="7E17CC6C" w14:textId="77777777" w:rsidR="00547B98" w:rsidRPr="00145753" w:rsidRDefault="00547B98" w:rsidP="00CD5564">
      <w:pPr>
        <w:spacing w:before="135"/>
        <w:rPr>
          <w:rFonts w:ascii="Arial" w:hAnsi="Arial" w:cs="Arial"/>
          <w:b/>
          <w:sz w:val="24"/>
        </w:rPr>
      </w:pPr>
    </w:p>
    <w:p w14:paraId="3888A416" w14:textId="091A9659" w:rsidR="00547C38" w:rsidRPr="00145753" w:rsidRDefault="0027081F" w:rsidP="00547C38">
      <w:pPr>
        <w:spacing w:line="357" w:lineRule="auto"/>
        <w:ind w:left="2694" w:right="3" w:hanging="1701"/>
        <w:rPr>
          <w:rFonts w:ascii="Arial" w:hAnsi="Arial" w:cs="Arial"/>
          <w:b/>
          <w:sz w:val="24"/>
        </w:rPr>
      </w:pPr>
      <w:r w:rsidRPr="00145753">
        <w:rPr>
          <w:rFonts w:ascii="Arial" w:hAnsi="Arial" w:cs="Arial"/>
          <w:b/>
          <w:sz w:val="24"/>
        </w:rPr>
        <w:t xml:space="preserve">DIPLOMA TIGA KEBIDANAN </w:t>
      </w:r>
      <w:r w:rsidRPr="00145753">
        <w:rPr>
          <w:rFonts w:ascii="Arial" w:hAnsi="Arial" w:cs="Arial"/>
          <w:b/>
          <w:spacing w:val="-2"/>
          <w:sz w:val="24"/>
        </w:rPr>
        <w:t>AKADEMI</w:t>
      </w:r>
      <w:r w:rsidRPr="00145753">
        <w:rPr>
          <w:rFonts w:ascii="Arial" w:hAnsi="Arial" w:cs="Arial"/>
          <w:b/>
          <w:spacing w:val="-15"/>
          <w:sz w:val="24"/>
        </w:rPr>
        <w:t xml:space="preserve"> </w:t>
      </w:r>
      <w:r w:rsidRPr="00145753">
        <w:rPr>
          <w:rFonts w:ascii="Arial" w:hAnsi="Arial" w:cs="Arial"/>
          <w:b/>
          <w:spacing w:val="-2"/>
          <w:sz w:val="24"/>
        </w:rPr>
        <w:t>KEBIDANAN</w:t>
      </w:r>
      <w:r w:rsidRPr="00145753">
        <w:rPr>
          <w:rFonts w:ascii="Arial" w:hAnsi="Arial" w:cs="Arial"/>
          <w:b/>
          <w:spacing w:val="-13"/>
          <w:sz w:val="24"/>
        </w:rPr>
        <w:t xml:space="preserve"> </w:t>
      </w:r>
      <w:r w:rsidR="00547C38" w:rsidRPr="00145753">
        <w:rPr>
          <w:rFonts w:ascii="Arial" w:hAnsi="Arial" w:cs="Arial"/>
          <w:b/>
          <w:spacing w:val="-13"/>
          <w:sz w:val="24"/>
        </w:rPr>
        <w:t xml:space="preserve">  </w:t>
      </w:r>
      <w:r w:rsidRPr="00145753">
        <w:rPr>
          <w:rFonts w:ascii="Arial" w:hAnsi="Arial" w:cs="Arial"/>
          <w:b/>
          <w:spacing w:val="-2"/>
          <w:sz w:val="24"/>
        </w:rPr>
        <w:t>BETANG</w:t>
      </w:r>
      <w:r w:rsidRPr="00145753">
        <w:rPr>
          <w:rFonts w:ascii="Arial" w:hAnsi="Arial" w:cs="Arial"/>
          <w:b/>
          <w:spacing w:val="-15"/>
          <w:sz w:val="24"/>
        </w:rPr>
        <w:t xml:space="preserve"> </w:t>
      </w:r>
      <w:r w:rsidRPr="00145753">
        <w:rPr>
          <w:rFonts w:ascii="Arial" w:hAnsi="Arial" w:cs="Arial"/>
          <w:b/>
          <w:spacing w:val="-2"/>
          <w:sz w:val="24"/>
        </w:rPr>
        <w:t>ASI</w:t>
      </w:r>
      <w:r w:rsidRPr="00145753">
        <w:rPr>
          <w:rFonts w:ascii="Arial" w:hAnsi="Arial" w:cs="Arial"/>
          <w:b/>
          <w:spacing w:val="-12"/>
          <w:sz w:val="24"/>
        </w:rPr>
        <w:t xml:space="preserve"> </w:t>
      </w:r>
      <w:r w:rsidRPr="00145753">
        <w:rPr>
          <w:rFonts w:ascii="Arial" w:hAnsi="Arial" w:cs="Arial"/>
          <w:b/>
          <w:spacing w:val="-2"/>
          <w:sz w:val="24"/>
        </w:rPr>
        <w:t>RAYA</w:t>
      </w:r>
      <w:r w:rsidR="00CD5564" w:rsidRPr="00145753">
        <w:rPr>
          <w:rFonts w:ascii="Arial" w:hAnsi="Arial" w:cs="Arial"/>
          <w:b/>
          <w:sz w:val="24"/>
        </w:rPr>
        <w:t xml:space="preserve"> </w:t>
      </w:r>
    </w:p>
    <w:p w14:paraId="0CDDBD64" w14:textId="47699512" w:rsidR="00547B98" w:rsidRPr="00145753" w:rsidRDefault="0027081F" w:rsidP="00547C38">
      <w:pPr>
        <w:spacing w:line="357" w:lineRule="auto"/>
        <w:ind w:left="1701" w:right="3" w:hanging="2127"/>
        <w:jc w:val="center"/>
        <w:rPr>
          <w:rFonts w:ascii="Arial" w:hAnsi="Arial" w:cs="Arial"/>
          <w:b/>
          <w:sz w:val="24"/>
        </w:rPr>
      </w:pPr>
      <w:r w:rsidRPr="00145753">
        <w:rPr>
          <w:rFonts w:ascii="Arial" w:hAnsi="Arial" w:cs="Arial"/>
          <w:b/>
          <w:spacing w:val="-4"/>
          <w:sz w:val="24"/>
        </w:rPr>
        <w:t>TAHUN</w:t>
      </w:r>
      <w:r w:rsidRPr="00145753">
        <w:rPr>
          <w:rFonts w:ascii="Arial" w:hAnsi="Arial" w:cs="Arial"/>
          <w:b/>
          <w:spacing w:val="-5"/>
          <w:sz w:val="24"/>
        </w:rPr>
        <w:t xml:space="preserve"> </w:t>
      </w:r>
      <w:r w:rsidRPr="00145753">
        <w:rPr>
          <w:rFonts w:ascii="Arial" w:hAnsi="Arial" w:cs="Arial"/>
          <w:b/>
          <w:spacing w:val="-4"/>
          <w:sz w:val="24"/>
        </w:rPr>
        <w:t>2025</w:t>
      </w:r>
    </w:p>
    <w:p w14:paraId="31B75A27" w14:textId="77777777" w:rsidR="00547B98" w:rsidRPr="00145753" w:rsidRDefault="00547B98">
      <w:pPr>
        <w:rPr>
          <w:rFonts w:ascii="Arial" w:hAnsi="Arial" w:cs="Arial"/>
          <w:b/>
          <w:sz w:val="24"/>
        </w:rPr>
        <w:sectPr w:rsidR="00547B98" w:rsidRPr="00145753" w:rsidSect="00CD5564">
          <w:type w:val="continuous"/>
          <w:pgSz w:w="11910" w:h="16840"/>
          <w:pgMar w:top="1701" w:right="1701" w:bottom="1701" w:left="2268" w:header="720" w:footer="720" w:gutter="0"/>
          <w:cols w:space="720"/>
        </w:sectPr>
      </w:pPr>
    </w:p>
    <w:p w14:paraId="214A8B47" w14:textId="5B1BF272" w:rsidR="00547B98" w:rsidRPr="00145753" w:rsidRDefault="00CD5564" w:rsidP="00CD5564">
      <w:pPr>
        <w:rPr>
          <w:rFonts w:ascii="Arial" w:hAnsi="Arial" w:cs="Arial"/>
          <w:b/>
          <w:sz w:val="24"/>
        </w:rPr>
      </w:pPr>
      <w:r w:rsidRPr="00145753">
        <w:rPr>
          <w:rFonts w:ascii="Arial" w:hAnsi="Arial" w:cs="Arial"/>
          <w:noProof/>
          <w:sz w:val="20"/>
        </w:rPr>
        <w:lastRenderedPageBreak/>
        <mc:AlternateContent>
          <mc:Choice Requires="wps">
            <w:drawing>
              <wp:anchor distT="0" distB="0" distL="0" distR="0" simplePos="0" relativeHeight="487589888" behindDoc="1" locked="0" layoutInCell="1" allowOverlap="1" wp14:anchorId="715D206E" wp14:editId="72950CE0">
                <wp:simplePos x="0" y="0"/>
                <wp:positionH relativeFrom="page">
                  <wp:posOffset>2482917</wp:posOffset>
                </wp:positionH>
                <wp:positionV relativeFrom="page">
                  <wp:posOffset>1276417</wp:posOffset>
                </wp:positionV>
                <wp:extent cx="300482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4820" cy="196215"/>
                        </a:xfrm>
                        <a:prstGeom prst="rect">
                          <a:avLst/>
                        </a:prstGeom>
                      </wps:spPr>
                      <wps:txbx>
                        <w:txbxContent>
                          <w:p w14:paraId="03EB2EE0" w14:textId="77777777" w:rsidR="00CD5564" w:rsidRDefault="00CD5564" w:rsidP="00CD5564">
                            <w:pPr>
                              <w:spacing w:before="12"/>
                              <w:ind w:left="20"/>
                              <w:rPr>
                                <w:rFonts w:ascii="Arial"/>
                                <w:b/>
                                <w:sz w:val="24"/>
                              </w:rPr>
                            </w:pPr>
                            <w:r>
                              <w:rPr>
                                <w:rFonts w:ascii="Arial"/>
                                <w:b/>
                                <w:sz w:val="24"/>
                              </w:rPr>
                              <w:t>HALAMAN</w:t>
                            </w:r>
                            <w:r>
                              <w:rPr>
                                <w:rFonts w:ascii="Arial"/>
                                <w:b/>
                                <w:spacing w:val="-15"/>
                                <w:sz w:val="24"/>
                              </w:rPr>
                              <w:t xml:space="preserve"> </w:t>
                            </w:r>
                            <w:r>
                              <w:rPr>
                                <w:rFonts w:ascii="Arial"/>
                                <w:b/>
                                <w:sz w:val="24"/>
                              </w:rPr>
                              <w:t>PERSETUJUAN</w:t>
                            </w:r>
                            <w:r>
                              <w:rPr>
                                <w:rFonts w:ascii="Arial"/>
                                <w:b/>
                                <w:spacing w:val="-12"/>
                                <w:sz w:val="24"/>
                              </w:rPr>
                              <w:t xml:space="preserve"> </w:t>
                            </w:r>
                            <w:r>
                              <w:rPr>
                                <w:rFonts w:ascii="Arial"/>
                                <w:b/>
                                <w:spacing w:val="-2"/>
                                <w:sz w:val="24"/>
                              </w:rPr>
                              <w:t>PEMBIMBING</w:t>
                            </w:r>
                          </w:p>
                        </w:txbxContent>
                      </wps:txbx>
                      <wps:bodyPr wrap="square" lIns="0" tIns="0" rIns="0" bIns="0" rtlCol="0">
                        <a:noAutofit/>
                      </wps:bodyPr>
                    </wps:wsp>
                  </a:graphicData>
                </a:graphic>
              </wp:anchor>
            </w:drawing>
          </mc:Choice>
          <mc:Fallback>
            <w:pict>
              <v:shapetype w14:anchorId="715D206E" id="_x0000_t202" coordsize="21600,21600" o:spt="202" path="m,l,21600r21600,l21600,xe">
                <v:stroke joinstyle="miter"/>
                <v:path gradientshapeok="t" o:connecttype="rect"/>
              </v:shapetype>
              <v:shape id="Textbox 2" o:spid="_x0000_s1026" type="#_x0000_t202" style="position:absolute;margin-left:195.5pt;margin-top:100.5pt;width:236.6pt;height:15.45pt;z-index:-15726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" filled="f" stroked="f">
                <v:textbox inset="0,0,0,0">
                  <w:txbxContent>
                    <w:p w14:paraId="03EB2EE0" w14:textId="77777777" w:rsidR="00CD5564" w:rsidRDefault="00CD5564" w:rsidP="00CD5564">
                      <w:pPr>
                        <w:spacing w:before="12"/>
                        <w:ind w:left="20"/>
                        <w:rPr>
                          <w:rFonts w:ascii="Arial"/>
                          <w:b/>
                          <w:sz w:val="24"/>
                        </w:rPr>
                      </w:pPr>
                      <w:r>
                        <w:rPr>
                          <w:rFonts w:ascii="Arial"/>
                          <w:b/>
                          <w:sz w:val="24"/>
                        </w:rPr>
                        <w:t>HALAMAN</w:t>
                      </w:r>
                      <w:r>
                        <w:rPr>
                          <w:rFonts w:ascii="Arial"/>
                          <w:b/>
                          <w:spacing w:val="-15"/>
                          <w:sz w:val="24"/>
                        </w:rPr>
                        <w:t xml:space="preserve"> </w:t>
                      </w:r>
                      <w:r>
                        <w:rPr>
                          <w:rFonts w:ascii="Arial"/>
                          <w:b/>
                          <w:sz w:val="24"/>
                        </w:rPr>
                        <w:t>PERSETUJUAN</w:t>
                      </w:r>
                      <w:r>
                        <w:rPr>
                          <w:rFonts w:ascii="Arial"/>
                          <w:b/>
                          <w:spacing w:val="-12"/>
                          <w:sz w:val="24"/>
                        </w:rPr>
                        <w:t xml:space="preserve"> </w:t>
                      </w:r>
                      <w:r>
                        <w:rPr>
                          <w:rFonts w:ascii="Arial"/>
                          <w:b/>
                          <w:spacing w:val="-2"/>
                          <w:sz w:val="24"/>
                        </w:rPr>
                        <w:t>PEMBIMBING</w:t>
                      </w:r>
                    </w:p>
                  </w:txbxContent>
                </v:textbox>
                <w10:wrap anchorx="page" anchory="page"/>
              </v:shape>
            </w:pict>
          </mc:Fallback>
        </mc:AlternateContent>
      </w:r>
    </w:p>
    <w:p w14:paraId="22753CF9" w14:textId="77777777" w:rsidR="00CD5564" w:rsidRPr="00145753" w:rsidRDefault="00CD5564" w:rsidP="00CD5564">
      <w:pPr>
        <w:rPr>
          <w:rFonts w:ascii="Arial" w:hAnsi="Arial" w:cs="Arial"/>
          <w:b/>
          <w:sz w:val="24"/>
        </w:rPr>
      </w:pPr>
    </w:p>
    <w:p w14:paraId="69D8F60A" w14:textId="77777777" w:rsidR="00FE71CC" w:rsidRPr="00145753" w:rsidRDefault="00FE71CC" w:rsidP="00FE71CC">
      <w:pPr>
        <w:spacing w:line="360" w:lineRule="auto"/>
        <w:ind w:left="-284" w:right="-421"/>
        <w:jc w:val="center"/>
        <w:rPr>
          <w:rFonts w:ascii="Arial" w:hAnsi="Arial" w:cs="Arial"/>
          <w:b/>
          <w:spacing w:val="-2"/>
          <w:sz w:val="24"/>
          <w:szCs w:val="24"/>
        </w:rPr>
      </w:pPr>
      <w:bookmarkStart w:id="0" w:name="_bookmark0"/>
      <w:bookmarkEnd w:id="0"/>
      <w:r w:rsidRPr="00145753">
        <w:rPr>
          <w:rFonts w:ascii="Arial" w:hAnsi="Arial" w:cs="Arial"/>
          <w:b/>
          <w:sz w:val="24"/>
          <w:szCs w:val="24"/>
        </w:rPr>
        <w:t>GAMBARAN DUKUNGAN KELUARGA TERHADAP PEMBERIAN</w:t>
      </w:r>
      <w:r w:rsidRPr="00145753">
        <w:rPr>
          <w:rFonts w:ascii="Arial" w:hAnsi="Arial" w:cs="Arial"/>
          <w:b/>
          <w:spacing w:val="-11"/>
          <w:sz w:val="24"/>
          <w:szCs w:val="24"/>
        </w:rPr>
        <w:t xml:space="preserve"> </w:t>
      </w:r>
      <w:r w:rsidRPr="00145753">
        <w:rPr>
          <w:rFonts w:ascii="Arial" w:hAnsi="Arial" w:cs="Arial"/>
          <w:b/>
          <w:sz w:val="24"/>
          <w:szCs w:val="24"/>
        </w:rPr>
        <w:t>ASI</w:t>
      </w:r>
      <w:r w:rsidRPr="00145753">
        <w:rPr>
          <w:rFonts w:ascii="Arial" w:hAnsi="Arial" w:cs="Arial"/>
          <w:b/>
          <w:spacing w:val="-3"/>
          <w:sz w:val="24"/>
          <w:szCs w:val="24"/>
        </w:rPr>
        <w:t xml:space="preserve"> </w:t>
      </w:r>
      <w:r w:rsidRPr="00145753">
        <w:rPr>
          <w:rFonts w:ascii="Arial" w:hAnsi="Arial" w:cs="Arial"/>
          <w:b/>
          <w:sz w:val="24"/>
          <w:szCs w:val="24"/>
        </w:rPr>
        <w:t xml:space="preserve">EKSKLUSIF </w:t>
      </w:r>
      <w:r w:rsidRPr="00145753">
        <w:rPr>
          <w:rFonts w:ascii="Arial" w:hAnsi="Arial" w:cs="Arial"/>
          <w:b/>
          <w:spacing w:val="-2"/>
          <w:sz w:val="24"/>
          <w:szCs w:val="24"/>
        </w:rPr>
        <w:t>DI</w:t>
      </w:r>
      <w:r w:rsidRPr="00145753">
        <w:rPr>
          <w:rFonts w:ascii="Arial" w:hAnsi="Arial" w:cs="Arial"/>
          <w:b/>
          <w:spacing w:val="-18"/>
          <w:sz w:val="24"/>
          <w:szCs w:val="24"/>
        </w:rPr>
        <w:t xml:space="preserve"> </w:t>
      </w:r>
      <w:r w:rsidRPr="00145753">
        <w:rPr>
          <w:rFonts w:ascii="Arial" w:hAnsi="Arial" w:cs="Arial"/>
          <w:b/>
          <w:spacing w:val="-2"/>
          <w:sz w:val="24"/>
          <w:szCs w:val="24"/>
        </w:rPr>
        <w:t>WILAYAH</w:t>
      </w:r>
      <w:r w:rsidRPr="00145753">
        <w:rPr>
          <w:rFonts w:ascii="Arial" w:hAnsi="Arial" w:cs="Arial"/>
          <w:b/>
          <w:spacing w:val="-17"/>
          <w:sz w:val="24"/>
          <w:szCs w:val="24"/>
        </w:rPr>
        <w:t xml:space="preserve"> </w:t>
      </w:r>
      <w:r w:rsidRPr="00145753">
        <w:rPr>
          <w:rFonts w:ascii="Arial" w:hAnsi="Arial" w:cs="Arial"/>
          <w:b/>
          <w:spacing w:val="-2"/>
          <w:sz w:val="24"/>
          <w:szCs w:val="24"/>
        </w:rPr>
        <w:t>KERJA</w:t>
      </w:r>
      <w:r w:rsidRPr="00145753">
        <w:rPr>
          <w:rFonts w:ascii="Arial" w:hAnsi="Arial" w:cs="Arial"/>
          <w:b/>
          <w:spacing w:val="-18"/>
          <w:sz w:val="24"/>
          <w:szCs w:val="24"/>
        </w:rPr>
        <w:t xml:space="preserve"> </w:t>
      </w:r>
      <w:r w:rsidRPr="00145753">
        <w:rPr>
          <w:rFonts w:ascii="Arial" w:hAnsi="Arial" w:cs="Arial"/>
          <w:b/>
          <w:spacing w:val="-2"/>
          <w:sz w:val="24"/>
          <w:szCs w:val="24"/>
        </w:rPr>
        <w:t>PUSKESMAS</w:t>
      </w:r>
      <w:r w:rsidRPr="00145753">
        <w:rPr>
          <w:rFonts w:ascii="Arial" w:hAnsi="Arial" w:cs="Arial"/>
          <w:b/>
          <w:spacing w:val="-17"/>
          <w:sz w:val="24"/>
          <w:szCs w:val="24"/>
        </w:rPr>
        <w:t xml:space="preserve"> </w:t>
      </w:r>
      <w:r w:rsidRPr="00145753">
        <w:rPr>
          <w:rFonts w:ascii="Arial" w:hAnsi="Arial" w:cs="Arial"/>
          <w:b/>
          <w:spacing w:val="-2"/>
          <w:sz w:val="24"/>
          <w:szCs w:val="24"/>
        </w:rPr>
        <w:t>KAYON</w:t>
      </w:r>
    </w:p>
    <w:p w14:paraId="4363D97D" w14:textId="77777777" w:rsidR="00FE71CC" w:rsidRPr="00145753" w:rsidRDefault="00FE71CC" w:rsidP="00FE71CC">
      <w:pPr>
        <w:spacing w:line="360" w:lineRule="auto"/>
        <w:ind w:left="-284" w:right="-421"/>
        <w:jc w:val="center"/>
        <w:rPr>
          <w:rFonts w:ascii="Arial" w:hAnsi="Arial" w:cs="Arial"/>
          <w:b/>
          <w:spacing w:val="-4"/>
          <w:sz w:val="24"/>
          <w:szCs w:val="24"/>
        </w:rPr>
      </w:pPr>
      <w:r w:rsidRPr="00145753">
        <w:rPr>
          <w:rFonts w:ascii="Arial" w:hAnsi="Arial" w:cs="Arial"/>
          <w:b/>
          <w:sz w:val="24"/>
          <w:szCs w:val="24"/>
        </w:rPr>
        <w:t>PALANGKA RAYA</w:t>
      </w:r>
    </w:p>
    <w:p w14:paraId="689B73EA" w14:textId="77777777" w:rsidR="00FE71CC" w:rsidRPr="00145753" w:rsidRDefault="00FE71CC" w:rsidP="00FE71CC">
      <w:pPr>
        <w:rPr>
          <w:rFonts w:ascii="Arial" w:hAnsi="Arial" w:cs="Arial"/>
          <w:b/>
          <w:sz w:val="24"/>
        </w:rPr>
      </w:pPr>
    </w:p>
    <w:p w14:paraId="2EBABA3D" w14:textId="77777777" w:rsidR="00FE71CC" w:rsidRPr="00145753" w:rsidRDefault="00FE71CC" w:rsidP="00FE71CC">
      <w:pPr>
        <w:rPr>
          <w:rFonts w:ascii="Arial" w:hAnsi="Arial" w:cs="Arial"/>
          <w:b/>
          <w:sz w:val="24"/>
        </w:rPr>
      </w:pPr>
    </w:p>
    <w:p w14:paraId="4A852808" w14:textId="77777777" w:rsidR="00547B98" w:rsidRPr="00145753" w:rsidRDefault="00547B98">
      <w:pPr>
        <w:rPr>
          <w:rFonts w:ascii="Arial" w:hAnsi="Arial" w:cs="Arial"/>
          <w:b/>
          <w:sz w:val="24"/>
        </w:rPr>
      </w:pPr>
    </w:p>
    <w:p w14:paraId="715D9724" w14:textId="77777777" w:rsidR="00547B98" w:rsidRPr="00145753" w:rsidRDefault="00547B98">
      <w:pPr>
        <w:rPr>
          <w:rFonts w:ascii="Arial" w:hAnsi="Arial" w:cs="Arial"/>
          <w:b/>
          <w:sz w:val="24"/>
        </w:rPr>
      </w:pPr>
    </w:p>
    <w:p w14:paraId="2E7C30EC" w14:textId="77777777" w:rsidR="00547B98" w:rsidRPr="00145753" w:rsidRDefault="00547B98">
      <w:pPr>
        <w:spacing w:before="1"/>
        <w:rPr>
          <w:rFonts w:ascii="Arial" w:hAnsi="Arial" w:cs="Arial"/>
          <w:b/>
          <w:sz w:val="24"/>
        </w:rPr>
      </w:pPr>
    </w:p>
    <w:p w14:paraId="6D6D967D" w14:textId="356D46DC" w:rsidR="00547B98" w:rsidRPr="00145753" w:rsidRDefault="00CD5564" w:rsidP="00CD5564">
      <w:pPr>
        <w:pStyle w:val="Heading2"/>
        <w:spacing w:line="360" w:lineRule="auto"/>
        <w:ind w:right="1094"/>
      </w:pPr>
      <w:r w:rsidRPr="00145753">
        <w:t xml:space="preserve">    </w:t>
      </w:r>
      <w:bookmarkStart w:id="1" w:name="_Hlk209628381"/>
      <w:r w:rsidR="007D16E3" w:rsidRPr="00145753">
        <w:t xml:space="preserve">    </w:t>
      </w:r>
      <w:r w:rsidRPr="00145753">
        <w:t>Disusun</w:t>
      </w:r>
      <w:r w:rsidRPr="00145753">
        <w:rPr>
          <w:spacing w:val="-1"/>
        </w:rPr>
        <w:t xml:space="preserve"> </w:t>
      </w:r>
      <w:r w:rsidRPr="00145753">
        <w:t>Oleh</w:t>
      </w:r>
      <w:r w:rsidRPr="00145753">
        <w:rPr>
          <w:spacing w:val="-5"/>
        </w:rPr>
        <w:t xml:space="preserve"> </w:t>
      </w:r>
      <w:r w:rsidRPr="00145753">
        <w:rPr>
          <w:spacing w:val="-10"/>
        </w:rPr>
        <w:t>:</w:t>
      </w:r>
    </w:p>
    <w:p w14:paraId="5FDBD31E" w14:textId="33C86A2B" w:rsidR="00CD5564" w:rsidRPr="00145753" w:rsidRDefault="00CD5564" w:rsidP="00CD5564">
      <w:pPr>
        <w:pStyle w:val="Heading3"/>
        <w:spacing w:before="0" w:line="360" w:lineRule="auto"/>
        <w:ind w:left="2835" w:right="2410" w:firstLine="142"/>
        <w:rPr>
          <w:rFonts w:ascii="Arial" w:hAnsi="Arial" w:cs="Arial"/>
          <w:spacing w:val="40"/>
        </w:rPr>
      </w:pPr>
      <w:r w:rsidRPr="00145753">
        <w:rPr>
          <w:rFonts w:ascii="Arial" w:hAnsi="Arial" w:cs="Arial"/>
          <w:spacing w:val="-2"/>
        </w:rPr>
        <w:t xml:space="preserve">      WINANDA</w:t>
      </w:r>
      <w:r w:rsidRPr="00145753">
        <w:rPr>
          <w:rFonts w:ascii="Arial" w:hAnsi="Arial" w:cs="Arial"/>
          <w:spacing w:val="40"/>
        </w:rPr>
        <w:t xml:space="preserve"> </w:t>
      </w:r>
    </w:p>
    <w:p w14:paraId="20332190" w14:textId="220CCB31" w:rsidR="00547B98" w:rsidRPr="00145753" w:rsidRDefault="0027081F" w:rsidP="00CD5564">
      <w:pPr>
        <w:pStyle w:val="Heading3"/>
        <w:spacing w:before="0" w:line="360" w:lineRule="auto"/>
        <w:ind w:left="2835" w:right="2410" w:firstLine="142"/>
        <w:rPr>
          <w:rFonts w:ascii="Arial" w:hAnsi="Arial" w:cs="Arial"/>
        </w:rPr>
      </w:pPr>
      <w:r w:rsidRPr="00145753">
        <w:rPr>
          <w:rFonts w:ascii="Arial" w:hAnsi="Arial" w:cs="Arial"/>
          <w:spacing w:val="-4"/>
        </w:rPr>
        <w:t>NIM</w:t>
      </w:r>
      <w:r w:rsidRPr="00145753">
        <w:rPr>
          <w:rFonts w:ascii="Arial" w:hAnsi="Arial" w:cs="Arial"/>
          <w:spacing w:val="-13"/>
        </w:rPr>
        <w:t xml:space="preserve"> </w:t>
      </w:r>
      <w:r w:rsidRPr="00145753">
        <w:rPr>
          <w:rFonts w:ascii="Arial" w:hAnsi="Arial" w:cs="Arial"/>
          <w:spacing w:val="-4"/>
        </w:rPr>
        <w:t>111407622033</w:t>
      </w:r>
    </w:p>
    <w:bookmarkEnd w:id="1"/>
    <w:p w14:paraId="649B575E" w14:textId="77777777" w:rsidR="00547B98" w:rsidRPr="00145753" w:rsidRDefault="00547B98" w:rsidP="00CD5564">
      <w:pPr>
        <w:spacing w:before="142" w:line="360" w:lineRule="auto"/>
        <w:rPr>
          <w:rFonts w:ascii="Arial" w:hAnsi="Arial" w:cs="Arial"/>
          <w:sz w:val="24"/>
        </w:rPr>
      </w:pPr>
    </w:p>
    <w:p w14:paraId="3673AAFC" w14:textId="1A5C6E30" w:rsidR="00547B98" w:rsidRPr="00145753" w:rsidRDefault="0027081F" w:rsidP="0039479E">
      <w:pPr>
        <w:spacing w:line="360" w:lineRule="auto"/>
        <w:ind w:left="522" w:right="1094"/>
        <w:jc w:val="center"/>
        <w:rPr>
          <w:rFonts w:ascii="Arial" w:hAnsi="Arial" w:cs="Arial"/>
          <w:sz w:val="24"/>
        </w:rPr>
      </w:pPr>
      <w:r w:rsidRPr="00145753">
        <w:rPr>
          <w:rFonts w:ascii="Arial" w:hAnsi="Arial" w:cs="Arial"/>
          <w:sz w:val="24"/>
        </w:rPr>
        <w:t>Telah</w:t>
      </w:r>
      <w:r w:rsidRPr="00145753">
        <w:rPr>
          <w:rFonts w:ascii="Arial" w:hAnsi="Arial" w:cs="Arial"/>
          <w:spacing w:val="-11"/>
          <w:sz w:val="24"/>
        </w:rPr>
        <w:t xml:space="preserve"> </w:t>
      </w:r>
      <w:r w:rsidRPr="00145753">
        <w:rPr>
          <w:rFonts w:ascii="Arial" w:hAnsi="Arial" w:cs="Arial"/>
          <w:sz w:val="24"/>
        </w:rPr>
        <w:t>disetuji</w:t>
      </w:r>
      <w:r w:rsidRPr="00145753">
        <w:rPr>
          <w:rFonts w:ascii="Arial" w:hAnsi="Arial" w:cs="Arial"/>
          <w:spacing w:val="-11"/>
          <w:sz w:val="24"/>
        </w:rPr>
        <w:t xml:space="preserve"> </w:t>
      </w:r>
      <w:r w:rsidRPr="00145753">
        <w:rPr>
          <w:rFonts w:ascii="Arial" w:hAnsi="Arial" w:cs="Arial"/>
          <w:sz w:val="24"/>
        </w:rPr>
        <w:t>untuk</w:t>
      </w:r>
      <w:r w:rsidRPr="00145753">
        <w:rPr>
          <w:rFonts w:ascii="Arial" w:hAnsi="Arial" w:cs="Arial"/>
          <w:spacing w:val="-9"/>
          <w:sz w:val="24"/>
        </w:rPr>
        <w:t xml:space="preserve"> </w:t>
      </w:r>
      <w:r w:rsidRPr="00145753">
        <w:rPr>
          <w:rFonts w:ascii="Arial" w:hAnsi="Arial" w:cs="Arial"/>
          <w:sz w:val="24"/>
        </w:rPr>
        <w:t>diperiksa</w:t>
      </w:r>
      <w:r w:rsidRPr="00145753">
        <w:rPr>
          <w:rFonts w:ascii="Arial" w:hAnsi="Arial" w:cs="Arial"/>
          <w:spacing w:val="-11"/>
          <w:sz w:val="24"/>
        </w:rPr>
        <w:t xml:space="preserve"> </w:t>
      </w:r>
      <w:r w:rsidRPr="00145753">
        <w:rPr>
          <w:rFonts w:ascii="Arial" w:hAnsi="Arial" w:cs="Arial"/>
          <w:sz w:val="24"/>
        </w:rPr>
        <w:t>dan</w:t>
      </w:r>
      <w:r w:rsidRPr="00145753">
        <w:rPr>
          <w:rFonts w:ascii="Arial" w:hAnsi="Arial" w:cs="Arial"/>
          <w:spacing w:val="-11"/>
          <w:sz w:val="24"/>
        </w:rPr>
        <w:t xml:space="preserve"> </w:t>
      </w:r>
      <w:r w:rsidRPr="00145753">
        <w:rPr>
          <w:rFonts w:ascii="Arial" w:hAnsi="Arial" w:cs="Arial"/>
          <w:sz w:val="24"/>
        </w:rPr>
        <w:t>dipertahankan</w:t>
      </w:r>
      <w:r w:rsidRPr="00145753">
        <w:rPr>
          <w:rFonts w:ascii="Arial" w:hAnsi="Arial" w:cs="Arial"/>
          <w:spacing w:val="-11"/>
          <w:sz w:val="24"/>
        </w:rPr>
        <w:t xml:space="preserve"> </w:t>
      </w:r>
      <w:r w:rsidRPr="00145753">
        <w:rPr>
          <w:rFonts w:ascii="Arial" w:hAnsi="Arial" w:cs="Arial"/>
          <w:sz w:val="24"/>
        </w:rPr>
        <w:t>dihadapan</w:t>
      </w:r>
      <w:r w:rsidR="0039479E">
        <w:rPr>
          <w:rFonts w:ascii="Arial" w:hAnsi="Arial" w:cs="Arial"/>
          <w:spacing w:val="-14"/>
          <w:sz w:val="24"/>
        </w:rPr>
        <w:t xml:space="preserve"> </w:t>
      </w:r>
      <w:r w:rsidRPr="00145753">
        <w:rPr>
          <w:rFonts w:ascii="Arial" w:hAnsi="Arial" w:cs="Arial"/>
          <w:sz w:val="24"/>
        </w:rPr>
        <w:t>Tim</w:t>
      </w:r>
      <w:r w:rsidRPr="00145753">
        <w:rPr>
          <w:rFonts w:ascii="Arial" w:hAnsi="Arial" w:cs="Arial"/>
          <w:spacing w:val="-9"/>
          <w:sz w:val="24"/>
        </w:rPr>
        <w:t xml:space="preserve"> </w:t>
      </w:r>
      <w:r w:rsidRPr="00145753">
        <w:rPr>
          <w:rFonts w:ascii="Arial" w:hAnsi="Arial" w:cs="Arial"/>
          <w:sz w:val="24"/>
        </w:rPr>
        <w:t>Penguji Laporan Tugas Akhir Program Studi Diploma</w:t>
      </w:r>
      <w:r w:rsidR="0039479E">
        <w:rPr>
          <w:rFonts w:ascii="Arial" w:hAnsi="Arial" w:cs="Arial"/>
          <w:sz w:val="24"/>
        </w:rPr>
        <w:t xml:space="preserve"> </w:t>
      </w:r>
      <w:r w:rsidRPr="00145753">
        <w:rPr>
          <w:rFonts w:ascii="Arial" w:hAnsi="Arial" w:cs="Arial"/>
          <w:sz w:val="24"/>
        </w:rPr>
        <w:t>Tiga Kebidanan</w:t>
      </w:r>
      <w:r w:rsidRPr="00145753">
        <w:rPr>
          <w:rFonts w:ascii="Arial" w:hAnsi="Arial" w:cs="Arial"/>
          <w:spacing w:val="-2"/>
          <w:sz w:val="24"/>
        </w:rPr>
        <w:t xml:space="preserve"> </w:t>
      </w:r>
      <w:r w:rsidRPr="00145753">
        <w:rPr>
          <w:rFonts w:ascii="Arial" w:hAnsi="Arial" w:cs="Arial"/>
          <w:sz w:val="24"/>
        </w:rPr>
        <w:t>AKBID Betang Asi Raya</w:t>
      </w:r>
    </w:p>
    <w:p w14:paraId="0E73465D" w14:textId="77777777" w:rsidR="00547B98" w:rsidRPr="00145753" w:rsidRDefault="00547B98">
      <w:pPr>
        <w:rPr>
          <w:rFonts w:ascii="Arial" w:hAnsi="Arial" w:cs="Arial"/>
          <w:sz w:val="24"/>
        </w:rPr>
      </w:pPr>
    </w:p>
    <w:p w14:paraId="775F15D4" w14:textId="77777777" w:rsidR="00547B98" w:rsidRPr="00145753" w:rsidRDefault="00547B98">
      <w:pPr>
        <w:rPr>
          <w:rFonts w:ascii="Arial" w:hAnsi="Arial" w:cs="Arial"/>
          <w:sz w:val="24"/>
        </w:rPr>
      </w:pPr>
    </w:p>
    <w:p w14:paraId="15D56120" w14:textId="77777777" w:rsidR="00547B98" w:rsidRPr="00145753" w:rsidRDefault="00547B98">
      <w:pPr>
        <w:spacing w:before="2"/>
        <w:rPr>
          <w:rFonts w:ascii="Arial" w:hAnsi="Arial" w:cs="Arial"/>
          <w:sz w:val="24"/>
        </w:rPr>
      </w:pPr>
    </w:p>
    <w:p w14:paraId="35FBCCE3" w14:textId="05D06F7E" w:rsidR="00547B98" w:rsidRPr="00145753" w:rsidRDefault="00D53148" w:rsidP="00D53148">
      <w:pPr>
        <w:ind w:left="3600" w:right="3"/>
        <w:rPr>
          <w:rFonts w:ascii="Arial" w:hAnsi="Arial" w:cs="Arial"/>
          <w:sz w:val="24"/>
        </w:rPr>
      </w:pPr>
      <w:r>
        <w:rPr>
          <w:rFonts w:ascii="Arial" w:hAnsi="Arial" w:cs="Arial"/>
          <w:sz w:val="24"/>
          <w:lang w:val="en-US"/>
        </w:rPr>
        <w:t xml:space="preserve">                   </w:t>
      </w:r>
      <w:r w:rsidR="0027081F" w:rsidRPr="00145753">
        <w:rPr>
          <w:rFonts w:ascii="Arial" w:hAnsi="Arial" w:cs="Arial"/>
          <w:sz w:val="24"/>
        </w:rPr>
        <w:t>Tanggal,</w:t>
      </w:r>
      <w:r>
        <w:rPr>
          <w:rFonts w:ascii="Arial" w:hAnsi="Arial" w:cs="Arial"/>
          <w:sz w:val="24"/>
          <w:lang w:val="en-US"/>
        </w:rPr>
        <w:t xml:space="preserve"> </w:t>
      </w:r>
      <w:r>
        <w:rPr>
          <w:rFonts w:ascii="Arial" w:hAnsi="Arial" w:cs="Arial"/>
          <w:spacing w:val="-9"/>
          <w:sz w:val="24"/>
          <w:lang w:val="en-US"/>
        </w:rPr>
        <w:t xml:space="preserve">24 Oktober </w:t>
      </w:r>
      <w:r w:rsidR="0027081F" w:rsidRPr="00145753">
        <w:rPr>
          <w:rFonts w:ascii="Arial" w:hAnsi="Arial" w:cs="Arial"/>
          <w:spacing w:val="-4"/>
          <w:sz w:val="24"/>
        </w:rPr>
        <w:t>2025</w:t>
      </w:r>
    </w:p>
    <w:p w14:paraId="17EFE627" w14:textId="381E8491" w:rsidR="00547B98" w:rsidRPr="00D53148" w:rsidRDefault="00D53148">
      <w:pPr>
        <w:rPr>
          <w:rFonts w:ascii="Arial" w:hAnsi="Arial" w:cs="Arial"/>
          <w:sz w:val="20"/>
          <w:lang w:val="en-US"/>
        </w:rPr>
      </w:pPr>
      <w:r>
        <w:rPr>
          <w:rFonts w:ascii="Arial" w:hAnsi="Arial" w:cs="Arial"/>
          <w:sz w:val="20"/>
          <w:lang w:val="en-US"/>
        </w:rPr>
        <w:t xml:space="preserve"> </w:t>
      </w:r>
    </w:p>
    <w:p w14:paraId="0D8A428E" w14:textId="77777777" w:rsidR="0039479E" w:rsidRDefault="0039479E" w:rsidP="00200F17">
      <w:pPr>
        <w:ind w:left="527" w:right="1094" w:hanging="259"/>
        <w:jc w:val="right"/>
        <w:rPr>
          <w:rFonts w:ascii="Arial" w:hAnsi="Arial" w:cs="Arial"/>
          <w:sz w:val="24"/>
        </w:rPr>
      </w:pPr>
    </w:p>
    <w:p w14:paraId="33406587" w14:textId="25C0A994" w:rsidR="00547B98" w:rsidRDefault="00200F17" w:rsidP="0039479E">
      <w:pPr>
        <w:ind w:left="527" w:right="1094" w:hanging="259"/>
        <w:jc w:val="right"/>
        <w:rPr>
          <w:rFonts w:ascii="Arial" w:hAnsi="Arial" w:cs="Arial"/>
          <w:spacing w:val="-4"/>
          <w:sz w:val="24"/>
        </w:rPr>
      </w:pPr>
      <w:r w:rsidRPr="00145753">
        <w:rPr>
          <w:rFonts w:ascii="Arial" w:hAnsi="Arial" w:cs="Arial"/>
          <w:sz w:val="24"/>
        </w:rPr>
        <w:t>Palangka</w:t>
      </w:r>
      <w:r w:rsidRPr="00145753">
        <w:rPr>
          <w:rFonts w:ascii="Arial" w:hAnsi="Arial" w:cs="Arial"/>
          <w:spacing w:val="-7"/>
          <w:sz w:val="24"/>
        </w:rPr>
        <w:t xml:space="preserve"> </w:t>
      </w:r>
      <w:r w:rsidRPr="00145753">
        <w:rPr>
          <w:rFonts w:ascii="Arial" w:hAnsi="Arial" w:cs="Arial"/>
          <w:sz w:val="24"/>
        </w:rPr>
        <w:t>Raya</w:t>
      </w:r>
      <w:r w:rsidR="00AF0A9E">
        <w:rPr>
          <w:rFonts w:ascii="Arial" w:hAnsi="Arial" w:cs="Arial"/>
          <w:sz w:val="24"/>
          <w:lang w:val="en-US"/>
        </w:rPr>
        <w:t xml:space="preserve">, 24 Oktober </w:t>
      </w:r>
      <w:r w:rsidRPr="00145753">
        <w:rPr>
          <w:rFonts w:ascii="Arial" w:hAnsi="Arial" w:cs="Arial"/>
          <w:spacing w:val="-4"/>
          <w:sz w:val="24"/>
        </w:rPr>
        <w:t>202</w:t>
      </w:r>
      <w:r w:rsidR="0039479E">
        <w:rPr>
          <w:rFonts w:ascii="Arial" w:hAnsi="Arial" w:cs="Arial"/>
          <w:spacing w:val="-4"/>
          <w:sz w:val="24"/>
        </w:rPr>
        <w:t>5</w:t>
      </w:r>
    </w:p>
    <w:p w14:paraId="39E60E7A" w14:textId="77777777" w:rsidR="007E35B8" w:rsidRPr="0039479E" w:rsidRDefault="007E35B8" w:rsidP="0039479E">
      <w:pPr>
        <w:ind w:left="527" w:right="1094" w:hanging="259"/>
        <w:jc w:val="right"/>
        <w:rPr>
          <w:rFonts w:ascii="Arial" w:hAnsi="Arial" w:cs="Arial"/>
          <w:sz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5"/>
        <w:gridCol w:w="3966"/>
      </w:tblGrid>
      <w:tr w:rsidR="007E35B8" w:rsidRPr="007E35B8" w14:paraId="00C59D8D" w14:textId="77777777" w:rsidTr="007E35B8">
        <w:trPr>
          <w:jc w:val="center"/>
        </w:trPr>
        <w:tc>
          <w:tcPr>
            <w:tcW w:w="3965" w:type="dxa"/>
          </w:tcPr>
          <w:p w14:paraId="58F0BF76" w14:textId="334D6CAB" w:rsidR="007E35B8" w:rsidRPr="007E35B8" w:rsidRDefault="007E35B8">
            <w:pPr>
              <w:rPr>
                <w:rFonts w:ascii="Arial" w:hAnsi="Arial" w:cs="Arial"/>
                <w:b/>
                <w:bCs/>
                <w:lang w:val="en-US"/>
              </w:rPr>
            </w:pPr>
            <w:r>
              <w:rPr>
                <w:rFonts w:ascii="Arial" w:hAnsi="Arial" w:cs="Arial"/>
                <w:b/>
                <w:bCs/>
                <w:lang w:val="en-US"/>
              </w:rPr>
              <w:t xml:space="preserve">      </w:t>
            </w:r>
            <w:r w:rsidRPr="007E35B8">
              <w:rPr>
                <w:rFonts w:ascii="Arial" w:hAnsi="Arial" w:cs="Arial"/>
                <w:b/>
                <w:bCs/>
                <w:lang w:val="en-US"/>
              </w:rPr>
              <w:t>Pembimbing I</w:t>
            </w:r>
          </w:p>
          <w:p w14:paraId="1124C8AB" w14:textId="77777777" w:rsidR="007E35B8" w:rsidRPr="007E35B8" w:rsidRDefault="007E35B8">
            <w:pPr>
              <w:rPr>
                <w:rFonts w:ascii="Arial" w:hAnsi="Arial" w:cs="Arial"/>
                <w:b/>
                <w:bCs/>
                <w:lang w:val="en-US"/>
              </w:rPr>
            </w:pPr>
          </w:p>
          <w:p w14:paraId="010A0A4E" w14:textId="77777777" w:rsidR="007E35B8" w:rsidRPr="007E35B8" w:rsidRDefault="007E35B8">
            <w:pPr>
              <w:rPr>
                <w:rFonts w:ascii="Arial" w:hAnsi="Arial" w:cs="Arial"/>
                <w:b/>
                <w:bCs/>
                <w:lang w:val="en-US"/>
              </w:rPr>
            </w:pPr>
          </w:p>
          <w:p w14:paraId="42B5C5F5" w14:textId="77777777" w:rsidR="007E35B8" w:rsidRPr="007E35B8" w:rsidRDefault="007E35B8">
            <w:pPr>
              <w:rPr>
                <w:rFonts w:ascii="Arial" w:hAnsi="Arial" w:cs="Arial"/>
                <w:b/>
                <w:bCs/>
                <w:lang w:val="en-US"/>
              </w:rPr>
            </w:pPr>
          </w:p>
          <w:p w14:paraId="681891B9" w14:textId="77777777" w:rsidR="007E35B8" w:rsidRPr="007E35B8" w:rsidRDefault="007E35B8">
            <w:pPr>
              <w:rPr>
                <w:rFonts w:ascii="Arial" w:hAnsi="Arial" w:cs="Arial"/>
                <w:b/>
                <w:bCs/>
                <w:lang w:val="en-US"/>
              </w:rPr>
            </w:pPr>
          </w:p>
          <w:p w14:paraId="0D310FCF" w14:textId="77777777" w:rsidR="007E35B8" w:rsidRPr="007E35B8" w:rsidRDefault="007E35B8">
            <w:pPr>
              <w:rPr>
                <w:rFonts w:ascii="Arial" w:hAnsi="Arial" w:cs="Arial"/>
                <w:b/>
                <w:bCs/>
                <w:lang w:val="en-US"/>
              </w:rPr>
            </w:pPr>
          </w:p>
          <w:p w14:paraId="2093C504" w14:textId="77777777" w:rsidR="007E35B8" w:rsidRPr="007E35B8" w:rsidRDefault="007E35B8">
            <w:pPr>
              <w:rPr>
                <w:rFonts w:ascii="Arial" w:hAnsi="Arial" w:cs="Arial"/>
                <w:b/>
                <w:bCs/>
                <w:u w:val="single"/>
                <w:lang w:val="en-US"/>
              </w:rPr>
            </w:pPr>
            <w:r w:rsidRPr="007E35B8">
              <w:rPr>
                <w:rFonts w:ascii="Arial" w:hAnsi="Arial" w:cs="Arial"/>
                <w:b/>
                <w:bCs/>
                <w:u w:val="single"/>
                <w:lang w:val="en-US"/>
              </w:rPr>
              <w:t>Fitriani Ningsih, SST, M.Kes</w:t>
            </w:r>
          </w:p>
          <w:p w14:paraId="49F17571" w14:textId="27A7C67E" w:rsidR="007E35B8" w:rsidRPr="007E35B8" w:rsidRDefault="007E35B8">
            <w:pPr>
              <w:rPr>
                <w:rFonts w:ascii="Arial" w:hAnsi="Arial" w:cs="Arial"/>
                <w:b/>
                <w:bCs/>
                <w:lang w:val="en-US"/>
              </w:rPr>
            </w:pPr>
            <w:r w:rsidRPr="007E35B8">
              <w:rPr>
                <w:rFonts w:ascii="Arial" w:hAnsi="Arial" w:cs="Arial"/>
                <w:b/>
                <w:bCs/>
                <w:lang w:val="en-US"/>
              </w:rPr>
              <w:t>NIK. 11232.21.005</w:t>
            </w:r>
          </w:p>
        </w:tc>
        <w:tc>
          <w:tcPr>
            <w:tcW w:w="3966" w:type="dxa"/>
          </w:tcPr>
          <w:p w14:paraId="4FBC4AEF" w14:textId="4B9CA8AE" w:rsidR="007E35B8" w:rsidRPr="007E35B8" w:rsidRDefault="007E35B8">
            <w:pPr>
              <w:rPr>
                <w:rFonts w:ascii="Arial" w:hAnsi="Arial" w:cs="Arial"/>
                <w:b/>
                <w:bCs/>
                <w:lang w:val="en-US"/>
              </w:rPr>
            </w:pPr>
            <w:r>
              <w:rPr>
                <w:rFonts w:ascii="Arial" w:hAnsi="Arial" w:cs="Arial"/>
                <w:b/>
                <w:bCs/>
                <w:lang w:val="en-US"/>
              </w:rPr>
              <w:t xml:space="preserve">        </w:t>
            </w:r>
            <w:r w:rsidRPr="007E35B8">
              <w:rPr>
                <w:rFonts w:ascii="Arial" w:hAnsi="Arial" w:cs="Arial"/>
                <w:b/>
                <w:bCs/>
                <w:lang w:val="en-US"/>
              </w:rPr>
              <w:t>Pembimbing II</w:t>
            </w:r>
          </w:p>
          <w:p w14:paraId="0B5F66B7" w14:textId="77777777" w:rsidR="007E35B8" w:rsidRPr="007E35B8" w:rsidRDefault="007E35B8">
            <w:pPr>
              <w:rPr>
                <w:rFonts w:ascii="Arial" w:hAnsi="Arial" w:cs="Arial"/>
                <w:b/>
                <w:bCs/>
                <w:lang w:val="en-US"/>
              </w:rPr>
            </w:pPr>
          </w:p>
          <w:p w14:paraId="627D0E38" w14:textId="77777777" w:rsidR="007E35B8" w:rsidRPr="007E35B8" w:rsidRDefault="007E35B8">
            <w:pPr>
              <w:rPr>
                <w:rFonts w:ascii="Arial" w:hAnsi="Arial" w:cs="Arial"/>
                <w:b/>
                <w:bCs/>
                <w:lang w:val="en-US"/>
              </w:rPr>
            </w:pPr>
          </w:p>
          <w:p w14:paraId="34DE25B8" w14:textId="77777777" w:rsidR="007E35B8" w:rsidRPr="007E35B8" w:rsidRDefault="007E35B8">
            <w:pPr>
              <w:rPr>
                <w:rFonts w:ascii="Arial" w:hAnsi="Arial" w:cs="Arial"/>
                <w:b/>
                <w:bCs/>
                <w:lang w:val="en-US"/>
              </w:rPr>
            </w:pPr>
          </w:p>
          <w:p w14:paraId="14F3F2C5" w14:textId="77777777" w:rsidR="007E35B8" w:rsidRPr="007E35B8" w:rsidRDefault="007E35B8">
            <w:pPr>
              <w:rPr>
                <w:rFonts w:ascii="Arial" w:hAnsi="Arial" w:cs="Arial"/>
                <w:b/>
                <w:bCs/>
                <w:lang w:val="en-US"/>
              </w:rPr>
            </w:pPr>
          </w:p>
          <w:p w14:paraId="5B02582A" w14:textId="77777777" w:rsidR="007E35B8" w:rsidRPr="007E35B8" w:rsidRDefault="007E35B8">
            <w:pPr>
              <w:rPr>
                <w:rFonts w:ascii="Arial" w:hAnsi="Arial" w:cs="Arial"/>
                <w:b/>
                <w:bCs/>
                <w:lang w:val="en-US"/>
              </w:rPr>
            </w:pPr>
          </w:p>
          <w:p w14:paraId="4F335EB8" w14:textId="0281B9E3" w:rsidR="007E35B8" w:rsidRPr="007E35B8" w:rsidRDefault="007E35B8">
            <w:pPr>
              <w:rPr>
                <w:rFonts w:ascii="Arial" w:hAnsi="Arial" w:cs="Arial"/>
                <w:b/>
                <w:bCs/>
                <w:lang w:val="en-US"/>
              </w:rPr>
            </w:pPr>
            <w:r w:rsidRPr="007E35B8">
              <w:rPr>
                <w:b/>
                <w:bCs/>
                <w:sz w:val="24"/>
                <w:u w:val="single"/>
              </w:rPr>
              <w:t>Dian</w:t>
            </w:r>
            <w:r w:rsidRPr="007E35B8">
              <w:rPr>
                <w:b/>
                <w:bCs/>
                <w:spacing w:val="-19"/>
                <w:sz w:val="24"/>
                <w:u w:val="single"/>
              </w:rPr>
              <w:t xml:space="preserve"> </w:t>
            </w:r>
            <w:r w:rsidRPr="007E35B8">
              <w:rPr>
                <w:b/>
                <w:bCs/>
                <w:sz w:val="24"/>
                <w:u w:val="single"/>
              </w:rPr>
              <w:t>Purnama</w:t>
            </w:r>
            <w:r w:rsidRPr="007E35B8">
              <w:rPr>
                <w:b/>
                <w:bCs/>
                <w:spacing w:val="-17"/>
                <w:sz w:val="24"/>
                <w:u w:val="single"/>
              </w:rPr>
              <w:t xml:space="preserve"> </w:t>
            </w:r>
            <w:r w:rsidRPr="007E35B8">
              <w:rPr>
                <w:b/>
                <w:bCs/>
                <w:sz w:val="24"/>
                <w:u w:val="single"/>
              </w:rPr>
              <w:t>Putri,</w:t>
            </w:r>
            <w:r w:rsidRPr="007E35B8">
              <w:rPr>
                <w:b/>
                <w:bCs/>
                <w:spacing w:val="-16"/>
                <w:sz w:val="24"/>
                <w:u w:val="single"/>
              </w:rPr>
              <w:t xml:space="preserve"> </w:t>
            </w:r>
            <w:r w:rsidRPr="007E35B8">
              <w:rPr>
                <w:b/>
                <w:bCs/>
                <w:sz w:val="24"/>
                <w:u w:val="single"/>
              </w:rPr>
              <w:t>M.Tr.Keb</w:t>
            </w:r>
            <w:r w:rsidRPr="007E35B8">
              <w:rPr>
                <w:b/>
                <w:bCs/>
                <w:sz w:val="24"/>
              </w:rPr>
              <w:t xml:space="preserve"> </w:t>
            </w:r>
            <w:r w:rsidRPr="007E35B8">
              <w:rPr>
                <w:b/>
                <w:bCs/>
                <w:spacing w:val="-2"/>
                <w:sz w:val="24"/>
              </w:rPr>
              <w:t>NIK.11232.23.008</w:t>
            </w:r>
          </w:p>
        </w:tc>
      </w:tr>
    </w:tbl>
    <w:p w14:paraId="5BD744DD" w14:textId="77777777" w:rsidR="00547B98" w:rsidRPr="00145753" w:rsidRDefault="00547B98">
      <w:pPr>
        <w:rPr>
          <w:rFonts w:ascii="Arial" w:hAnsi="Arial" w:cs="Arial"/>
        </w:rPr>
      </w:pPr>
    </w:p>
    <w:p w14:paraId="5FEAC02F" w14:textId="77777777" w:rsidR="00547B98" w:rsidRPr="00145753" w:rsidRDefault="00547B98">
      <w:pPr>
        <w:jc w:val="center"/>
        <w:rPr>
          <w:rFonts w:ascii="Arial" w:hAnsi="Arial" w:cs="Arial"/>
        </w:rPr>
        <w:sectPr w:rsidR="00547B98" w:rsidRPr="00145753" w:rsidSect="001E691C">
          <w:headerReference w:type="default" r:id="rId9"/>
          <w:footerReference w:type="default" r:id="rId10"/>
          <w:pgSz w:w="11910" w:h="16840"/>
          <w:pgMar w:top="1701" w:right="1701" w:bottom="1701" w:left="2268" w:header="2275" w:footer="610" w:gutter="0"/>
          <w:pgNumType w:fmt="lowerRoman" w:start="1"/>
          <w:cols w:space="720"/>
        </w:sectPr>
      </w:pPr>
    </w:p>
    <w:p w14:paraId="6120486E" w14:textId="38AED3F0" w:rsidR="00327ED1" w:rsidRDefault="00327ED1" w:rsidP="00FE71CC">
      <w:pPr>
        <w:spacing w:line="360" w:lineRule="auto"/>
        <w:ind w:left="-284" w:right="-421"/>
        <w:jc w:val="center"/>
        <w:rPr>
          <w:rFonts w:ascii="Arial" w:hAnsi="Arial" w:cs="Arial"/>
          <w:b/>
          <w:sz w:val="24"/>
          <w:szCs w:val="24"/>
          <w:lang w:val="en-US"/>
        </w:rPr>
      </w:pPr>
      <w:bookmarkStart w:id="2" w:name="_bookmark1"/>
      <w:bookmarkEnd w:id="2"/>
      <w:r>
        <w:rPr>
          <w:rFonts w:ascii="Arial" w:hAnsi="Arial" w:cs="Arial"/>
          <w:b/>
          <w:sz w:val="24"/>
          <w:szCs w:val="24"/>
          <w:lang w:val="en-US"/>
        </w:rPr>
        <w:lastRenderedPageBreak/>
        <w:t>HALAMAN PENGESAHAN KARYA TULIS ILMIAH</w:t>
      </w:r>
    </w:p>
    <w:p w14:paraId="26057974" w14:textId="77777777" w:rsidR="00327ED1" w:rsidRPr="00327ED1" w:rsidRDefault="00327ED1" w:rsidP="00FE71CC">
      <w:pPr>
        <w:spacing w:line="360" w:lineRule="auto"/>
        <w:ind w:left="-284" w:right="-421"/>
        <w:jc w:val="center"/>
        <w:rPr>
          <w:rFonts w:ascii="Arial" w:hAnsi="Arial" w:cs="Arial"/>
          <w:b/>
          <w:sz w:val="24"/>
          <w:szCs w:val="24"/>
          <w:lang w:val="en-US"/>
        </w:rPr>
      </w:pPr>
    </w:p>
    <w:p w14:paraId="65D27EBB" w14:textId="4915B728" w:rsidR="00FE71CC" w:rsidRPr="00145753" w:rsidRDefault="00FE71CC" w:rsidP="00FE71CC">
      <w:pPr>
        <w:spacing w:line="360" w:lineRule="auto"/>
        <w:ind w:left="-284" w:right="-421"/>
        <w:jc w:val="center"/>
        <w:rPr>
          <w:rFonts w:ascii="Arial" w:hAnsi="Arial" w:cs="Arial"/>
          <w:b/>
          <w:spacing w:val="-2"/>
          <w:sz w:val="24"/>
          <w:szCs w:val="24"/>
        </w:rPr>
      </w:pPr>
      <w:r w:rsidRPr="00145753">
        <w:rPr>
          <w:rFonts w:ascii="Arial" w:hAnsi="Arial" w:cs="Arial"/>
          <w:b/>
          <w:sz w:val="24"/>
          <w:szCs w:val="24"/>
        </w:rPr>
        <w:t>GAMBARAN DUKUNGAN KELUARGA TERHADAP PEMBERIAN</w:t>
      </w:r>
      <w:r w:rsidRPr="00145753">
        <w:rPr>
          <w:rFonts w:ascii="Arial" w:hAnsi="Arial" w:cs="Arial"/>
          <w:b/>
          <w:spacing w:val="-11"/>
          <w:sz w:val="24"/>
          <w:szCs w:val="24"/>
        </w:rPr>
        <w:t xml:space="preserve"> </w:t>
      </w:r>
      <w:r w:rsidRPr="00145753">
        <w:rPr>
          <w:rFonts w:ascii="Arial" w:hAnsi="Arial" w:cs="Arial"/>
          <w:b/>
          <w:sz w:val="24"/>
          <w:szCs w:val="24"/>
        </w:rPr>
        <w:t>ASI</w:t>
      </w:r>
      <w:r w:rsidRPr="00145753">
        <w:rPr>
          <w:rFonts w:ascii="Arial" w:hAnsi="Arial" w:cs="Arial"/>
          <w:b/>
          <w:spacing w:val="-3"/>
          <w:sz w:val="24"/>
          <w:szCs w:val="24"/>
        </w:rPr>
        <w:t xml:space="preserve"> </w:t>
      </w:r>
      <w:r w:rsidRPr="00145753">
        <w:rPr>
          <w:rFonts w:ascii="Arial" w:hAnsi="Arial" w:cs="Arial"/>
          <w:b/>
          <w:sz w:val="24"/>
          <w:szCs w:val="24"/>
        </w:rPr>
        <w:t xml:space="preserve">EKSKLUSIF </w:t>
      </w:r>
      <w:r w:rsidRPr="00145753">
        <w:rPr>
          <w:rFonts w:ascii="Arial" w:hAnsi="Arial" w:cs="Arial"/>
          <w:b/>
          <w:spacing w:val="-2"/>
          <w:sz w:val="24"/>
          <w:szCs w:val="24"/>
        </w:rPr>
        <w:t>DI</w:t>
      </w:r>
      <w:r w:rsidRPr="00145753">
        <w:rPr>
          <w:rFonts w:ascii="Arial" w:hAnsi="Arial" w:cs="Arial"/>
          <w:b/>
          <w:spacing w:val="-18"/>
          <w:sz w:val="24"/>
          <w:szCs w:val="24"/>
        </w:rPr>
        <w:t xml:space="preserve"> </w:t>
      </w:r>
      <w:r w:rsidRPr="00145753">
        <w:rPr>
          <w:rFonts w:ascii="Arial" w:hAnsi="Arial" w:cs="Arial"/>
          <w:b/>
          <w:spacing w:val="-2"/>
          <w:sz w:val="24"/>
          <w:szCs w:val="24"/>
        </w:rPr>
        <w:t>WILAYAH</w:t>
      </w:r>
      <w:r w:rsidRPr="00145753">
        <w:rPr>
          <w:rFonts w:ascii="Arial" w:hAnsi="Arial" w:cs="Arial"/>
          <w:b/>
          <w:spacing w:val="-17"/>
          <w:sz w:val="24"/>
          <w:szCs w:val="24"/>
        </w:rPr>
        <w:t xml:space="preserve"> </w:t>
      </w:r>
      <w:r w:rsidRPr="00145753">
        <w:rPr>
          <w:rFonts w:ascii="Arial" w:hAnsi="Arial" w:cs="Arial"/>
          <w:b/>
          <w:spacing w:val="-2"/>
          <w:sz w:val="24"/>
          <w:szCs w:val="24"/>
        </w:rPr>
        <w:t>KERJA</w:t>
      </w:r>
      <w:r w:rsidRPr="00145753">
        <w:rPr>
          <w:rFonts w:ascii="Arial" w:hAnsi="Arial" w:cs="Arial"/>
          <w:b/>
          <w:spacing w:val="-18"/>
          <w:sz w:val="24"/>
          <w:szCs w:val="24"/>
        </w:rPr>
        <w:t xml:space="preserve"> </w:t>
      </w:r>
      <w:r w:rsidRPr="00145753">
        <w:rPr>
          <w:rFonts w:ascii="Arial" w:hAnsi="Arial" w:cs="Arial"/>
          <w:b/>
          <w:spacing w:val="-2"/>
          <w:sz w:val="24"/>
          <w:szCs w:val="24"/>
        </w:rPr>
        <w:t>PUSKESMAS</w:t>
      </w:r>
      <w:r w:rsidRPr="00145753">
        <w:rPr>
          <w:rFonts w:ascii="Arial" w:hAnsi="Arial" w:cs="Arial"/>
          <w:b/>
          <w:spacing w:val="-17"/>
          <w:sz w:val="24"/>
          <w:szCs w:val="24"/>
        </w:rPr>
        <w:t xml:space="preserve"> </w:t>
      </w:r>
      <w:r w:rsidRPr="00145753">
        <w:rPr>
          <w:rFonts w:ascii="Arial" w:hAnsi="Arial" w:cs="Arial"/>
          <w:b/>
          <w:spacing w:val="-2"/>
          <w:sz w:val="24"/>
          <w:szCs w:val="24"/>
        </w:rPr>
        <w:t>KAYON</w:t>
      </w:r>
    </w:p>
    <w:p w14:paraId="5754B043" w14:textId="77777777" w:rsidR="00FE71CC" w:rsidRPr="00145753" w:rsidRDefault="00FE71CC" w:rsidP="00FE71CC">
      <w:pPr>
        <w:spacing w:line="360" w:lineRule="auto"/>
        <w:ind w:left="-284" w:right="-421"/>
        <w:jc w:val="center"/>
        <w:rPr>
          <w:rFonts w:ascii="Arial" w:hAnsi="Arial" w:cs="Arial"/>
          <w:b/>
          <w:spacing w:val="-4"/>
          <w:sz w:val="24"/>
          <w:szCs w:val="24"/>
        </w:rPr>
      </w:pPr>
      <w:r w:rsidRPr="00145753">
        <w:rPr>
          <w:rFonts w:ascii="Arial" w:hAnsi="Arial" w:cs="Arial"/>
          <w:b/>
          <w:sz w:val="24"/>
          <w:szCs w:val="24"/>
        </w:rPr>
        <w:t>PALANGKA RAYA</w:t>
      </w:r>
    </w:p>
    <w:p w14:paraId="420E0CE7" w14:textId="77777777" w:rsidR="00547B98" w:rsidRPr="00145753" w:rsidRDefault="00547B98">
      <w:pPr>
        <w:rPr>
          <w:rFonts w:ascii="Arial" w:hAnsi="Arial" w:cs="Arial"/>
          <w:b/>
          <w:sz w:val="24"/>
        </w:rPr>
      </w:pPr>
    </w:p>
    <w:p w14:paraId="3011C9DE" w14:textId="77777777" w:rsidR="00547B98" w:rsidRPr="00145753" w:rsidRDefault="00547B98">
      <w:pPr>
        <w:rPr>
          <w:rFonts w:ascii="Arial" w:hAnsi="Arial" w:cs="Arial"/>
          <w:b/>
          <w:sz w:val="24"/>
        </w:rPr>
      </w:pPr>
    </w:p>
    <w:p w14:paraId="357A1C38" w14:textId="77777777" w:rsidR="00547B98" w:rsidRPr="00145753" w:rsidRDefault="00547B98">
      <w:pPr>
        <w:spacing w:before="1"/>
        <w:rPr>
          <w:rFonts w:ascii="Arial" w:hAnsi="Arial" w:cs="Arial"/>
          <w:b/>
          <w:sz w:val="24"/>
        </w:rPr>
      </w:pPr>
    </w:p>
    <w:p w14:paraId="361329DF" w14:textId="2DA01B19" w:rsidR="007D16E3" w:rsidRPr="00145753" w:rsidRDefault="007D16E3" w:rsidP="007D16E3">
      <w:pPr>
        <w:pStyle w:val="Heading2"/>
        <w:spacing w:line="360" w:lineRule="auto"/>
        <w:ind w:right="1094"/>
      </w:pPr>
      <w:r w:rsidRPr="00145753">
        <w:t xml:space="preserve">        Disusun</w:t>
      </w:r>
      <w:r w:rsidRPr="00145753">
        <w:rPr>
          <w:spacing w:val="-1"/>
        </w:rPr>
        <w:t xml:space="preserve"> </w:t>
      </w:r>
      <w:r w:rsidRPr="00145753">
        <w:t>Oleh</w:t>
      </w:r>
      <w:r w:rsidRPr="00145753">
        <w:rPr>
          <w:spacing w:val="-5"/>
        </w:rPr>
        <w:t xml:space="preserve"> </w:t>
      </w:r>
      <w:r w:rsidRPr="00145753">
        <w:rPr>
          <w:spacing w:val="-10"/>
        </w:rPr>
        <w:t>:</w:t>
      </w:r>
    </w:p>
    <w:p w14:paraId="183A0FDA" w14:textId="77777777" w:rsidR="007D16E3" w:rsidRPr="00145753" w:rsidRDefault="007D16E3" w:rsidP="007D16E3">
      <w:pPr>
        <w:pStyle w:val="Heading3"/>
        <w:spacing w:before="0" w:line="360" w:lineRule="auto"/>
        <w:ind w:left="2835" w:right="2410" w:firstLine="142"/>
        <w:rPr>
          <w:rFonts w:ascii="Arial" w:hAnsi="Arial" w:cs="Arial"/>
          <w:spacing w:val="40"/>
        </w:rPr>
      </w:pPr>
      <w:r w:rsidRPr="00145753">
        <w:rPr>
          <w:rFonts w:ascii="Arial" w:hAnsi="Arial" w:cs="Arial"/>
          <w:spacing w:val="-2"/>
        </w:rPr>
        <w:t xml:space="preserve">      WINANDA</w:t>
      </w:r>
      <w:r w:rsidRPr="00145753">
        <w:rPr>
          <w:rFonts w:ascii="Arial" w:hAnsi="Arial" w:cs="Arial"/>
          <w:spacing w:val="40"/>
        </w:rPr>
        <w:t xml:space="preserve"> </w:t>
      </w:r>
    </w:p>
    <w:p w14:paraId="067EEEBF" w14:textId="77777777" w:rsidR="007D16E3" w:rsidRPr="00145753" w:rsidRDefault="007D16E3" w:rsidP="007D16E3">
      <w:pPr>
        <w:pStyle w:val="Heading3"/>
        <w:spacing w:before="0" w:line="360" w:lineRule="auto"/>
        <w:ind w:left="2835" w:right="2410" w:firstLine="142"/>
        <w:rPr>
          <w:rFonts w:ascii="Arial" w:hAnsi="Arial" w:cs="Arial"/>
        </w:rPr>
      </w:pPr>
      <w:r w:rsidRPr="00145753">
        <w:rPr>
          <w:rFonts w:ascii="Arial" w:hAnsi="Arial" w:cs="Arial"/>
          <w:spacing w:val="-4"/>
        </w:rPr>
        <w:t>NIM</w:t>
      </w:r>
      <w:r w:rsidRPr="00145753">
        <w:rPr>
          <w:rFonts w:ascii="Arial" w:hAnsi="Arial" w:cs="Arial"/>
          <w:spacing w:val="-13"/>
        </w:rPr>
        <w:t xml:space="preserve"> </w:t>
      </w:r>
      <w:r w:rsidRPr="00145753">
        <w:rPr>
          <w:rFonts w:ascii="Arial" w:hAnsi="Arial" w:cs="Arial"/>
          <w:spacing w:val="-4"/>
        </w:rPr>
        <w:t>111407622033</w:t>
      </w:r>
    </w:p>
    <w:p w14:paraId="29663160" w14:textId="77777777" w:rsidR="00547B98" w:rsidRPr="00145753" w:rsidRDefault="00547B98">
      <w:pPr>
        <w:rPr>
          <w:rFonts w:ascii="Arial" w:hAnsi="Arial" w:cs="Arial"/>
          <w:sz w:val="24"/>
        </w:rPr>
      </w:pPr>
    </w:p>
    <w:p w14:paraId="5080F7F5" w14:textId="77777777" w:rsidR="00547B98" w:rsidRPr="00145753" w:rsidRDefault="00547B98">
      <w:pPr>
        <w:spacing w:before="271"/>
        <w:rPr>
          <w:rFonts w:ascii="Arial" w:hAnsi="Arial" w:cs="Arial"/>
          <w:sz w:val="24"/>
        </w:rPr>
      </w:pPr>
    </w:p>
    <w:p w14:paraId="7EB541CD" w14:textId="3BDA7C75" w:rsidR="00547B98" w:rsidRPr="00AF0A9E" w:rsidRDefault="0027081F" w:rsidP="00AF0A9E">
      <w:pPr>
        <w:ind w:left="520" w:right="1094" w:hanging="520"/>
        <w:jc w:val="center"/>
        <w:rPr>
          <w:rFonts w:ascii="Arial" w:hAnsi="Arial" w:cs="Arial"/>
          <w:sz w:val="24"/>
          <w:lang w:val="en-US"/>
        </w:rPr>
      </w:pPr>
      <w:r w:rsidRPr="00145753">
        <w:rPr>
          <w:rFonts w:ascii="Arial" w:hAnsi="Arial" w:cs="Arial"/>
          <w:sz w:val="24"/>
        </w:rPr>
        <w:t>Telah</w:t>
      </w:r>
      <w:r w:rsidRPr="00145753">
        <w:rPr>
          <w:rFonts w:ascii="Arial" w:hAnsi="Arial" w:cs="Arial"/>
          <w:spacing w:val="-14"/>
          <w:sz w:val="24"/>
        </w:rPr>
        <w:t xml:space="preserve"> </w:t>
      </w:r>
      <w:r w:rsidRPr="00145753">
        <w:rPr>
          <w:rFonts w:ascii="Arial" w:hAnsi="Arial" w:cs="Arial"/>
          <w:sz w:val="24"/>
        </w:rPr>
        <w:t>dipertahankan</w:t>
      </w:r>
      <w:r w:rsidRPr="00145753">
        <w:rPr>
          <w:rFonts w:ascii="Arial" w:hAnsi="Arial" w:cs="Arial"/>
          <w:spacing w:val="-11"/>
          <w:sz w:val="24"/>
        </w:rPr>
        <w:t xml:space="preserve"> </w:t>
      </w:r>
      <w:r w:rsidRPr="00145753">
        <w:rPr>
          <w:rFonts w:ascii="Arial" w:hAnsi="Arial" w:cs="Arial"/>
          <w:sz w:val="24"/>
        </w:rPr>
        <w:t>dihapan</w:t>
      </w:r>
      <w:r w:rsidRPr="00145753">
        <w:rPr>
          <w:rFonts w:ascii="Arial" w:hAnsi="Arial" w:cs="Arial"/>
          <w:spacing w:val="-14"/>
          <w:sz w:val="24"/>
        </w:rPr>
        <w:t xml:space="preserve"> </w:t>
      </w:r>
      <w:r w:rsidRPr="00145753">
        <w:rPr>
          <w:rFonts w:ascii="Arial" w:hAnsi="Arial" w:cs="Arial"/>
          <w:sz w:val="24"/>
        </w:rPr>
        <w:t>Tim</w:t>
      </w:r>
      <w:r w:rsidRPr="00145753">
        <w:rPr>
          <w:rFonts w:ascii="Arial" w:hAnsi="Arial" w:cs="Arial"/>
          <w:spacing w:val="-9"/>
          <w:sz w:val="24"/>
        </w:rPr>
        <w:t xml:space="preserve"> </w:t>
      </w:r>
      <w:r w:rsidRPr="00145753">
        <w:rPr>
          <w:rFonts w:ascii="Arial" w:hAnsi="Arial" w:cs="Arial"/>
          <w:sz w:val="24"/>
        </w:rPr>
        <w:t>Penguji</w:t>
      </w:r>
      <w:r w:rsidRPr="00145753">
        <w:rPr>
          <w:rFonts w:ascii="Arial" w:hAnsi="Arial" w:cs="Arial"/>
          <w:spacing w:val="-11"/>
          <w:sz w:val="24"/>
        </w:rPr>
        <w:t xml:space="preserve"> </w:t>
      </w:r>
      <w:r w:rsidRPr="00145753">
        <w:rPr>
          <w:rFonts w:ascii="Arial" w:hAnsi="Arial" w:cs="Arial"/>
          <w:sz w:val="24"/>
        </w:rPr>
        <w:t>Pada</w:t>
      </w:r>
      <w:r w:rsidRPr="00145753">
        <w:rPr>
          <w:rFonts w:ascii="Arial" w:hAnsi="Arial" w:cs="Arial"/>
          <w:spacing w:val="-11"/>
          <w:sz w:val="24"/>
        </w:rPr>
        <w:t xml:space="preserve"> </w:t>
      </w:r>
      <w:r w:rsidRPr="00145753">
        <w:rPr>
          <w:rFonts w:ascii="Arial" w:hAnsi="Arial" w:cs="Arial"/>
          <w:spacing w:val="-2"/>
          <w:sz w:val="24"/>
        </w:rPr>
        <w:t>tangga</w:t>
      </w:r>
      <w:r w:rsidR="00AF0A9E">
        <w:rPr>
          <w:rFonts w:ascii="Arial" w:hAnsi="Arial" w:cs="Arial"/>
          <w:spacing w:val="-2"/>
          <w:sz w:val="24"/>
          <w:lang w:val="en-US"/>
        </w:rPr>
        <w:t>l 24 Oktober 2025</w:t>
      </w:r>
    </w:p>
    <w:p w14:paraId="0AAA4079" w14:textId="77777777" w:rsidR="00547B98" w:rsidRPr="00145753" w:rsidRDefault="00547B98">
      <w:pPr>
        <w:rPr>
          <w:rFonts w:ascii="Arial" w:hAnsi="Arial" w:cs="Arial"/>
          <w:sz w:val="20"/>
        </w:rPr>
      </w:pPr>
    </w:p>
    <w:p w14:paraId="4078241E" w14:textId="77777777" w:rsidR="00547B98" w:rsidRPr="00145753" w:rsidRDefault="00547B98">
      <w:pPr>
        <w:spacing w:before="100"/>
        <w:rPr>
          <w:rFonts w:ascii="Arial" w:hAnsi="Arial" w:cs="Arial"/>
          <w:sz w:val="20"/>
        </w:rPr>
      </w:pPr>
    </w:p>
    <w:tbl>
      <w:tblPr>
        <w:tblW w:w="0" w:type="auto"/>
        <w:tblLayout w:type="fixed"/>
        <w:tblCellMar>
          <w:left w:w="0" w:type="dxa"/>
          <w:right w:w="0" w:type="dxa"/>
        </w:tblCellMar>
        <w:tblLook w:val="01E0" w:firstRow="1" w:lastRow="1" w:firstColumn="1" w:lastColumn="1" w:noHBand="0" w:noVBand="0"/>
      </w:tblPr>
      <w:tblGrid>
        <w:gridCol w:w="1418"/>
        <w:gridCol w:w="4111"/>
        <w:gridCol w:w="2159"/>
      </w:tblGrid>
      <w:tr w:rsidR="00547B98" w:rsidRPr="00145753" w14:paraId="73825BA4" w14:textId="77777777" w:rsidTr="007D16E3">
        <w:trPr>
          <w:trHeight w:val="548"/>
        </w:trPr>
        <w:tc>
          <w:tcPr>
            <w:tcW w:w="1418" w:type="dxa"/>
          </w:tcPr>
          <w:p w14:paraId="5C0E7BA6" w14:textId="77777777" w:rsidR="00547B98" w:rsidRPr="00145753" w:rsidRDefault="0027081F">
            <w:pPr>
              <w:pStyle w:val="TOC1"/>
              <w:spacing w:line="268" w:lineRule="exact"/>
              <w:ind w:left="50"/>
              <w:rPr>
                <w:sz w:val="24"/>
              </w:rPr>
            </w:pPr>
            <w:r w:rsidRPr="00145753">
              <w:rPr>
                <w:sz w:val="24"/>
              </w:rPr>
              <w:t>Tim</w:t>
            </w:r>
            <w:r w:rsidRPr="00145753">
              <w:rPr>
                <w:spacing w:val="-8"/>
                <w:sz w:val="24"/>
              </w:rPr>
              <w:t xml:space="preserve"> </w:t>
            </w:r>
            <w:r w:rsidRPr="00145753">
              <w:rPr>
                <w:spacing w:val="-2"/>
                <w:sz w:val="24"/>
              </w:rPr>
              <w:t>Penguji</w:t>
            </w:r>
          </w:p>
        </w:tc>
        <w:tc>
          <w:tcPr>
            <w:tcW w:w="4111" w:type="dxa"/>
          </w:tcPr>
          <w:p w14:paraId="32AA6699" w14:textId="77777777" w:rsidR="00547B98" w:rsidRPr="00145753" w:rsidRDefault="00547B98">
            <w:pPr>
              <w:pStyle w:val="TOC1"/>
            </w:pPr>
          </w:p>
        </w:tc>
        <w:tc>
          <w:tcPr>
            <w:tcW w:w="2159" w:type="dxa"/>
          </w:tcPr>
          <w:p w14:paraId="4E2EC683" w14:textId="77777777" w:rsidR="00547B98" w:rsidRPr="00145753" w:rsidRDefault="0027081F" w:rsidP="007F62F4">
            <w:pPr>
              <w:pStyle w:val="TOC1"/>
              <w:spacing w:line="268" w:lineRule="exact"/>
              <w:ind w:left="345" w:right="-1304"/>
              <w:rPr>
                <w:sz w:val="24"/>
              </w:rPr>
            </w:pPr>
            <w:r w:rsidRPr="00145753">
              <w:rPr>
                <w:spacing w:val="-6"/>
                <w:sz w:val="24"/>
              </w:rPr>
              <w:t>Tanda</w:t>
            </w:r>
            <w:r w:rsidRPr="00145753">
              <w:rPr>
                <w:spacing w:val="-8"/>
                <w:sz w:val="24"/>
              </w:rPr>
              <w:t xml:space="preserve"> </w:t>
            </w:r>
            <w:r w:rsidRPr="00145753">
              <w:rPr>
                <w:spacing w:val="-2"/>
                <w:sz w:val="24"/>
              </w:rPr>
              <w:t>Tangan</w:t>
            </w:r>
          </w:p>
        </w:tc>
      </w:tr>
      <w:tr w:rsidR="00547B98" w:rsidRPr="00145753" w14:paraId="33EC8B43" w14:textId="77777777" w:rsidTr="007D16E3">
        <w:trPr>
          <w:trHeight w:val="828"/>
        </w:trPr>
        <w:tc>
          <w:tcPr>
            <w:tcW w:w="1418" w:type="dxa"/>
          </w:tcPr>
          <w:p w14:paraId="6B028A6D" w14:textId="77777777" w:rsidR="00547B98" w:rsidRPr="00145753" w:rsidRDefault="0027081F">
            <w:pPr>
              <w:pStyle w:val="TOC1"/>
              <w:spacing w:before="272"/>
              <w:ind w:left="50"/>
              <w:rPr>
                <w:sz w:val="24"/>
              </w:rPr>
            </w:pPr>
            <w:r w:rsidRPr="00145753">
              <w:rPr>
                <w:sz w:val="24"/>
              </w:rPr>
              <w:t>Penguji</w:t>
            </w:r>
            <w:r w:rsidRPr="00145753">
              <w:rPr>
                <w:spacing w:val="-8"/>
                <w:sz w:val="24"/>
              </w:rPr>
              <w:t xml:space="preserve"> </w:t>
            </w:r>
            <w:r w:rsidRPr="00145753">
              <w:rPr>
                <w:spacing w:val="-10"/>
                <w:sz w:val="24"/>
              </w:rPr>
              <w:t>I</w:t>
            </w:r>
          </w:p>
        </w:tc>
        <w:tc>
          <w:tcPr>
            <w:tcW w:w="4111" w:type="dxa"/>
          </w:tcPr>
          <w:p w14:paraId="5B856E82" w14:textId="540005D5" w:rsidR="00547B98" w:rsidRPr="00145753" w:rsidRDefault="00200F17" w:rsidP="007F62F4">
            <w:pPr>
              <w:pStyle w:val="TOC1"/>
              <w:spacing w:before="272"/>
              <w:rPr>
                <w:sz w:val="24"/>
              </w:rPr>
            </w:pPr>
            <w:r w:rsidRPr="00145753">
              <w:rPr>
                <w:spacing w:val="-2"/>
                <w:sz w:val="24"/>
              </w:rPr>
              <w:t>Evie Trihartiningsih, SST</w:t>
            </w:r>
            <w:r w:rsidR="00A77EB0" w:rsidRPr="00145753">
              <w:rPr>
                <w:spacing w:val="-2"/>
                <w:sz w:val="24"/>
              </w:rPr>
              <w:t>, M.Keb</w:t>
            </w:r>
          </w:p>
        </w:tc>
        <w:tc>
          <w:tcPr>
            <w:tcW w:w="2159" w:type="dxa"/>
          </w:tcPr>
          <w:p w14:paraId="28ED5542" w14:textId="77777777" w:rsidR="00547B98" w:rsidRPr="00145753" w:rsidRDefault="0027081F">
            <w:pPr>
              <w:pStyle w:val="TOC1"/>
              <w:spacing w:before="272"/>
              <w:ind w:left="291"/>
              <w:rPr>
                <w:sz w:val="24"/>
              </w:rPr>
            </w:pPr>
            <w:r w:rsidRPr="00145753">
              <w:rPr>
                <w:spacing w:val="-2"/>
                <w:sz w:val="24"/>
              </w:rPr>
              <w:t>…………………..</w:t>
            </w:r>
          </w:p>
        </w:tc>
      </w:tr>
      <w:tr w:rsidR="00547B98" w:rsidRPr="00145753" w14:paraId="510C7B18" w14:textId="77777777" w:rsidTr="007D16E3">
        <w:trPr>
          <w:trHeight w:val="828"/>
        </w:trPr>
        <w:tc>
          <w:tcPr>
            <w:tcW w:w="1418" w:type="dxa"/>
          </w:tcPr>
          <w:p w14:paraId="14A74B5B" w14:textId="77777777" w:rsidR="00547B98" w:rsidRPr="00145753" w:rsidRDefault="0027081F">
            <w:pPr>
              <w:pStyle w:val="TOC1"/>
              <w:spacing w:before="272"/>
              <w:ind w:left="50"/>
              <w:rPr>
                <w:sz w:val="24"/>
              </w:rPr>
            </w:pPr>
            <w:r w:rsidRPr="00145753">
              <w:rPr>
                <w:sz w:val="24"/>
              </w:rPr>
              <w:t>Penguji</w:t>
            </w:r>
            <w:r w:rsidRPr="00145753">
              <w:rPr>
                <w:spacing w:val="-8"/>
                <w:sz w:val="24"/>
              </w:rPr>
              <w:t xml:space="preserve"> </w:t>
            </w:r>
            <w:r w:rsidRPr="00145753">
              <w:rPr>
                <w:spacing w:val="-5"/>
                <w:sz w:val="24"/>
              </w:rPr>
              <w:t>II</w:t>
            </w:r>
          </w:p>
        </w:tc>
        <w:tc>
          <w:tcPr>
            <w:tcW w:w="4111" w:type="dxa"/>
          </w:tcPr>
          <w:p w14:paraId="71029681" w14:textId="685B9B52" w:rsidR="00547B98" w:rsidRPr="00145753" w:rsidRDefault="007F62F4" w:rsidP="007F62F4">
            <w:pPr>
              <w:pStyle w:val="TOC1"/>
              <w:spacing w:before="272"/>
              <w:rPr>
                <w:sz w:val="24"/>
              </w:rPr>
            </w:pPr>
            <w:r w:rsidRPr="00145753">
              <w:t>Fitriani</w:t>
            </w:r>
            <w:r w:rsidRPr="00145753">
              <w:rPr>
                <w:spacing w:val="-6"/>
              </w:rPr>
              <w:t xml:space="preserve"> </w:t>
            </w:r>
            <w:r w:rsidRPr="00145753">
              <w:t>Ningsih,</w:t>
            </w:r>
            <w:r w:rsidRPr="00145753">
              <w:rPr>
                <w:spacing w:val="-6"/>
              </w:rPr>
              <w:t xml:space="preserve"> </w:t>
            </w:r>
            <w:r w:rsidRPr="00145753">
              <w:t>SST,</w:t>
            </w:r>
            <w:r w:rsidRPr="00145753">
              <w:rPr>
                <w:spacing w:val="-6"/>
              </w:rPr>
              <w:t xml:space="preserve"> </w:t>
            </w:r>
            <w:r w:rsidRPr="00145753">
              <w:t>M.Kes</w:t>
            </w:r>
            <w:r w:rsidRPr="00145753">
              <w:rPr>
                <w:spacing w:val="-2"/>
                <w:sz w:val="24"/>
              </w:rPr>
              <w:t>.</w:t>
            </w:r>
          </w:p>
        </w:tc>
        <w:tc>
          <w:tcPr>
            <w:tcW w:w="2159" w:type="dxa"/>
          </w:tcPr>
          <w:p w14:paraId="0B54D8C4" w14:textId="77777777" w:rsidR="00547B98" w:rsidRPr="00145753" w:rsidRDefault="0027081F">
            <w:pPr>
              <w:pStyle w:val="TOC1"/>
              <w:spacing w:before="272"/>
              <w:ind w:left="291"/>
              <w:rPr>
                <w:sz w:val="24"/>
              </w:rPr>
            </w:pPr>
            <w:r w:rsidRPr="00145753">
              <w:rPr>
                <w:spacing w:val="-2"/>
                <w:sz w:val="24"/>
              </w:rPr>
              <w:t>…………………..</w:t>
            </w:r>
          </w:p>
        </w:tc>
      </w:tr>
      <w:tr w:rsidR="00547B98" w:rsidRPr="00145753" w14:paraId="716E8C00" w14:textId="77777777" w:rsidTr="007D16E3">
        <w:trPr>
          <w:trHeight w:val="548"/>
        </w:trPr>
        <w:tc>
          <w:tcPr>
            <w:tcW w:w="1418" w:type="dxa"/>
          </w:tcPr>
          <w:p w14:paraId="66DB21C8" w14:textId="77777777" w:rsidR="00547B98" w:rsidRPr="00145753" w:rsidRDefault="0027081F">
            <w:pPr>
              <w:pStyle w:val="TOC1"/>
              <w:spacing w:before="272" w:line="256" w:lineRule="exact"/>
              <w:ind w:left="50"/>
              <w:rPr>
                <w:sz w:val="24"/>
              </w:rPr>
            </w:pPr>
            <w:r w:rsidRPr="00145753">
              <w:rPr>
                <w:sz w:val="24"/>
              </w:rPr>
              <w:t>Penguji</w:t>
            </w:r>
            <w:r w:rsidRPr="00145753">
              <w:rPr>
                <w:spacing w:val="-8"/>
                <w:sz w:val="24"/>
              </w:rPr>
              <w:t xml:space="preserve"> </w:t>
            </w:r>
            <w:r w:rsidRPr="00145753">
              <w:rPr>
                <w:spacing w:val="-5"/>
                <w:sz w:val="24"/>
              </w:rPr>
              <w:t>III</w:t>
            </w:r>
          </w:p>
        </w:tc>
        <w:tc>
          <w:tcPr>
            <w:tcW w:w="4111" w:type="dxa"/>
          </w:tcPr>
          <w:p w14:paraId="7FABDC3B" w14:textId="7F1FA990" w:rsidR="00547B98" w:rsidRPr="00145753" w:rsidRDefault="007F62F4" w:rsidP="007F62F4">
            <w:pPr>
              <w:pStyle w:val="TOC1"/>
              <w:spacing w:before="272" w:line="256" w:lineRule="exact"/>
              <w:rPr>
                <w:sz w:val="24"/>
              </w:rPr>
            </w:pPr>
            <w:r w:rsidRPr="00145753">
              <w:t>Dian Purnama</w:t>
            </w:r>
            <w:r w:rsidR="00A77EB0" w:rsidRPr="00145753">
              <w:t xml:space="preserve"> Putri</w:t>
            </w:r>
            <w:r w:rsidRPr="00145753">
              <w:t>, M.Tr.Keb</w:t>
            </w:r>
          </w:p>
        </w:tc>
        <w:tc>
          <w:tcPr>
            <w:tcW w:w="2159" w:type="dxa"/>
          </w:tcPr>
          <w:p w14:paraId="7F2CB6D2" w14:textId="77777777" w:rsidR="00547B98" w:rsidRPr="00145753" w:rsidRDefault="0027081F">
            <w:pPr>
              <w:pStyle w:val="TOC1"/>
              <w:spacing w:before="272" w:line="256" w:lineRule="exact"/>
              <w:ind w:left="291"/>
              <w:rPr>
                <w:sz w:val="24"/>
              </w:rPr>
            </w:pPr>
            <w:r w:rsidRPr="00145753">
              <w:rPr>
                <w:spacing w:val="-2"/>
                <w:sz w:val="24"/>
              </w:rPr>
              <w:t>…………………..</w:t>
            </w:r>
          </w:p>
        </w:tc>
      </w:tr>
    </w:tbl>
    <w:p w14:paraId="38FDC3A0" w14:textId="77777777" w:rsidR="00547B98" w:rsidRPr="00145753" w:rsidRDefault="00547B98">
      <w:pPr>
        <w:rPr>
          <w:rFonts w:ascii="Arial" w:hAnsi="Arial" w:cs="Arial"/>
          <w:sz w:val="24"/>
        </w:rPr>
      </w:pPr>
    </w:p>
    <w:p w14:paraId="7A46B30E" w14:textId="77777777" w:rsidR="00547B98" w:rsidRPr="00145753" w:rsidRDefault="00547B98">
      <w:pPr>
        <w:rPr>
          <w:rFonts w:ascii="Arial" w:hAnsi="Arial" w:cs="Arial"/>
          <w:sz w:val="24"/>
        </w:rPr>
      </w:pPr>
    </w:p>
    <w:p w14:paraId="05500970" w14:textId="77777777" w:rsidR="00547B98" w:rsidRPr="00145753" w:rsidRDefault="00547B98">
      <w:pPr>
        <w:spacing w:before="141"/>
        <w:rPr>
          <w:rFonts w:ascii="Arial" w:hAnsi="Arial" w:cs="Arial"/>
          <w:sz w:val="24"/>
        </w:rPr>
      </w:pPr>
    </w:p>
    <w:p w14:paraId="6A86D026" w14:textId="77777777" w:rsidR="00547B98" w:rsidRPr="00145753" w:rsidRDefault="0027081F">
      <w:pPr>
        <w:ind w:left="529" w:right="1094"/>
        <w:jc w:val="center"/>
        <w:rPr>
          <w:rFonts w:ascii="Arial" w:hAnsi="Arial" w:cs="Arial"/>
          <w:sz w:val="24"/>
        </w:rPr>
      </w:pPr>
      <w:r w:rsidRPr="00145753">
        <w:rPr>
          <w:rFonts w:ascii="Arial" w:hAnsi="Arial" w:cs="Arial"/>
          <w:spacing w:val="-2"/>
          <w:sz w:val="24"/>
        </w:rPr>
        <w:t>Mengetahui,</w:t>
      </w:r>
    </w:p>
    <w:p w14:paraId="50EC2010" w14:textId="77777777" w:rsidR="00547B98" w:rsidRPr="00145753" w:rsidRDefault="0027081F">
      <w:pPr>
        <w:spacing w:before="136"/>
        <w:ind w:left="526" w:right="1094"/>
        <w:jc w:val="center"/>
        <w:rPr>
          <w:rFonts w:ascii="Arial" w:hAnsi="Arial" w:cs="Arial"/>
          <w:sz w:val="24"/>
        </w:rPr>
      </w:pPr>
      <w:r w:rsidRPr="00145753">
        <w:rPr>
          <w:rFonts w:ascii="Arial" w:hAnsi="Arial" w:cs="Arial"/>
          <w:sz w:val="24"/>
        </w:rPr>
        <w:t>Direktur</w:t>
      </w:r>
      <w:r w:rsidRPr="00145753">
        <w:rPr>
          <w:rFonts w:ascii="Arial" w:hAnsi="Arial" w:cs="Arial"/>
          <w:spacing w:val="-17"/>
          <w:sz w:val="24"/>
        </w:rPr>
        <w:t xml:space="preserve"> </w:t>
      </w:r>
      <w:r w:rsidRPr="00145753">
        <w:rPr>
          <w:rFonts w:ascii="Arial" w:hAnsi="Arial" w:cs="Arial"/>
          <w:sz w:val="24"/>
        </w:rPr>
        <w:t>AKBID</w:t>
      </w:r>
      <w:r w:rsidRPr="00145753">
        <w:rPr>
          <w:rFonts w:ascii="Arial" w:hAnsi="Arial" w:cs="Arial"/>
          <w:spacing w:val="-6"/>
          <w:sz w:val="24"/>
        </w:rPr>
        <w:t xml:space="preserve"> </w:t>
      </w:r>
      <w:r w:rsidRPr="00145753">
        <w:rPr>
          <w:rFonts w:ascii="Arial" w:hAnsi="Arial" w:cs="Arial"/>
          <w:sz w:val="24"/>
        </w:rPr>
        <w:t>Betang</w:t>
      </w:r>
      <w:r w:rsidRPr="00145753">
        <w:rPr>
          <w:rFonts w:ascii="Arial" w:hAnsi="Arial" w:cs="Arial"/>
          <w:spacing w:val="-17"/>
          <w:sz w:val="24"/>
        </w:rPr>
        <w:t xml:space="preserve"> </w:t>
      </w:r>
      <w:r w:rsidRPr="00145753">
        <w:rPr>
          <w:rFonts w:ascii="Arial" w:hAnsi="Arial" w:cs="Arial"/>
          <w:sz w:val="24"/>
        </w:rPr>
        <w:t>Asi</w:t>
      </w:r>
      <w:r w:rsidRPr="00145753">
        <w:rPr>
          <w:rFonts w:ascii="Arial" w:hAnsi="Arial" w:cs="Arial"/>
          <w:spacing w:val="-6"/>
          <w:sz w:val="24"/>
        </w:rPr>
        <w:t xml:space="preserve"> </w:t>
      </w:r>
      <w:r w:rsidRPr="00145753">
        <w:rPr>
          <w:rFonts w:ascii="Arial" w:hAnsi="Arial" w:cs="Arial"/>
          <w:spacing w:val="-4"/>
          <w:sz w:val="24"/>
        </w:rPr>
        <w:t>Raya</w:t>
      </w:r>
    </w:p>
    <w:p w14:paraId="0D96F2FD" w14:textId="77777777" w:rsidR="00547B98" w:rsidRPr="00145753" w:rsidRDefault="00547B98">
      <w:pPr>
        <w:rPr>
          <w:rFonts w:ascii="Arial" w:hAnsi="Arial" w:cs="Arial"/>
          <w:sz w:val="24"/>
        </w:rPr>
      </w:pPr>
    </w:p>
    <w:p w14:paraId="72F479F9" w14:textId="77777777" w:rsidR="00547B98" w:rsidRPr="00145753" w:rsidRDefault="00547B98">
      <w:pPr>
        <w:rPr>
          <w:rFonts w:ascii="Arial" w:hAnsi="Arial" w:cs="Arial"/>
          <w:sz w:val="24"/>
        </w:rPr>
      </w:pPr>
    </w:p>
    <w:p w14:paraId="27F829CA" w14:textId="77777777" w:rsidR="00547B98" w:rsidRPr="00145753" w:rsidRDefault="00547B98">
      <w:pPr>
        <w:spacing w:before="140"/>
        <w:rPr>
          <w:rFonts w:ascii="Arial" w:hAnsi="Arial" w:cs="Arial"/>
          <w:sz w:val="24"/>
        </w:rPr>
      </w:pPr>
    </w:p>
    <w:p w14:paraId="7667E63F" w14:textId="77777777" w:rsidR="00547B98" w:rsidRPr="00145753" w:rsidRDefault="0027081F" w:rsidP="007D16E3">
      <w:pPr>
        <w:pStyle w:val="Heading2"/>
        <w:spacing w:line="357" w:lineRule="auto"/>
        <w:ind w:left="1985" w:right="2271"/>
      </w:pPr>
      <w:r w:rsidRPr="00145753">
        <w:rPr>
          <w:u w:val="single"/>
        </w:rPr>
        <w:t>Ika</w:t>
      </w:r>
      <w:r w:rsidRPr="00145753">
        <w:rPr>
          <w:spacing w:val="-17"/>
          <w:u w:val="single"/>
        </w:rPr>
        <w:t xml:space="preserve"> </w:t>
      </w:r>
      <w:r w:rsidRPr="00145753">
        <w:rPr>
          <w:u w:val="single"/>
        </w:rPr>
        <w:t>Mardiatul</w:t>
      </w:r>
      <w:r w:rsidRPr="00145753">
        <w:rPr>
          <w:spacing w:val="-16"/>
          <w:u w:val="single"/>
        </w:rPr>
        <w:t xml:space="preserve"> </w:t>
      </w:r>
      <w:r w:rsidRPr="00145753">
        <w:rPr>
          <w:u w:val="single"/>
        </w:rPr>
        <w:t>Ulfa,</w:t>
      </w:r>
      <w:r w:rsidRPr="00145753">
        <w:rPr>
          <w:spacing w:val="-16"/>
          <w:u w:val="single"/>
        </w:rPr>
        <w:t xml:space="preserve"> </w:t>
      </w:r>
      <w:r w:rsidRPr="00145753">
        <w:rPr>
          <w:u w:val="single"/>
        </w:rPr>
        <w:t>SST,</w:t>
      </w:r>
      <w:r w:rsidRPr="00145753">
        <w:rPr>
          <w:spacing w:val="-17"/>
          <w:u w:val="single"/>
        </w:rPr>
        <w:t xml:space="preserve"> </w:t>
      </w:r>
      <w:r w:rsidRPr="00145753">
        <w:rPr>
          <w:u w:val="single"/>
        </w:rPr>
        <w:t>M.Kes</w:t>
      </w:r>
      <w:r w:rsidRPr="00145753">
        <w:t xml:space="preserve"> NIK. 11232.23.017</w:t>
      </w:r>
    </w:p>
    <w:p w14:paraId="0AF9041D" w14:textId="77777777" w:rsidR="00547B98" w:rsidRPr="00145753" w:rsidRDefault="00547B98">
      <w:pPr>
        <w:rPr>
          <w:rFonts w:ascii="Arial" w:hAnsi="Arial" w:cs="Arial"/>
          <w:b/>
        </w:rPr>
      </w:pPr>
    </w:p>
    <w:p w14:paraId="1D4FCF9B" w14:textId="77777777" w:rsidR="00547B98" w:rsidRPr="00145753" w:rsidRDefault="00547B98" w:rsidP="005524F5">
      <w:pPr>
        <w:rPr>
          <w:rFonts w:ascii="Arial" w:hAnsi="Arial" w:cs="Arial"/>
        </w:rPr>
        <w:sectPr w:rsidR="00547B98" w:rsidRPr="00145753" w:rsidSect="001E691C">
          <w:headerReference w:type="default" r:id="rId11"/>
          <w:footerReference w:type="default" r:id="rId12"/>
          <w:pgSz w:w="11910" w:h="16840"/>
          <w:pgMar w:top="1701" w:right="1701" w:bottom="1701" w:left="2268" w:header="2275" w:footer="752" w:gutter="0"/>
          <w:pgNumType w:fmt="lowerRoman" w:start="2"/>
          <w:cols w:space="720"/>
        </w:sectPr>
      </w:pPr>
    </w:p>
    <w:p w14:paraId="020B3543" w14:textId="70691B89" w:rsidR="007D16E3" w:rsidRPr="00145753" w:rsidRDefault="007D16E3" w:rsidP="00930749">
      <w:pPr>
        <w:spacing w:before="259"/>
        <w:rPr>
          <w:rFonts w:ascii="Arial" w:hAnsi="Arial" w:cs="Arial"/>
          <w:sz w:val="24"/>
        </w:rPr>
      </w:pPr>
      <w:r w:rsidRPr="00145753">
        <w:rPr>
          <w:rFonts w:ascii="Arial" w:hAnsi="Arial" w:cs="Arial"/>
          <w:noProof/>
          <w:sz w:val="20"/>
        </w:rPr>
        <w:lastRenderedPageBreak/>
        <mc:AlternateContent>
          <mc:Choice Requires="wps">
            <w:drawing>
              <wp:anchor distT="0" distB="0" distL="0" distR="0" simplePos="0" relativeHeight="487593984" behindDoc="1" locked="0" layoutInCell="1" allowOverlap="1" wp14:anchorId="547560A4" wp14:editId="6D10EBF8">
                <wp:simplePos x="0" y="0"/>
                <wp:positionH relativeFrom="margin">
                  <wp:posOffset>1799690</wp:posOffset>
                </wp:positionH>
                <wp:positionV relativeFrom="topMargin">
                  <wp:posOffset>1144738</wp:posOffset>
                </wp:positionV>
                <wp:extent cx="1604211" cy="224590"/>
                <wp:effectExtent l="0" t="0" r="0" b="0"/>
                <wp:wrapNone/>
                <wp:docPr id="1917458219"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4211" cy="224590"/>
                        </a:xfrm>
                        <a:prstGeom prst="rect">
                          <a:avLst/>
                        </a:prstGeom>
                      </wps:spPr>
                      <wps:txbx>
                        <w:txbxContent>
                          <w:p w14:paraId="0A4A412A" w14:textId="20C38D4D" w:rsidR="007D16E3" w:rsidRDefault="007D16E3" w:rsidP="007D16E3">
                            <w:pPr>
                              <w:spacing w:before="12"/>
                              <w:ind w:left="20"/>
                              <w:rPr>
                                <w:rFonts w:ascii="Arial"/>
                                <w:b/>
                                <w:sz w:val="24"/>
                              </w:rPr>
                            </w:pPr>
                            <w:r>
                              <w:rPr>
                                <w:rFonts w:ascii="Arial"/>
                                <w:b/>
                                <w:spacing w:val="-11"/>
                                <w:sz w:val="24"/>
                              </w:rPr>
                              <w:t>SURAT PERNYATAAN</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547560A4" id="Textbox 5" o:spid="_x0000_s1027" type="#_x0000_t202" style="position:absolute;margin-left:141.7pt;margin-top:90.15pt;width:126.3pt;height:17.7pt;z-index:-15722496;visibility:visible;mso-wrap-style:square;mso-width-percent:0;mso-height-percent:0;mso-wrap-distance-left:0;mso-wrap-distance-top:0;mso-wrap-distance-right:0;mso-wrap-distance-bottom:0;mso-position-horizontal:absolute;mso-position-horizontal-relative:margin;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" filled="f" stroked="f">
                <v:textbox inset="0,0,0,0">
                  <w:txbxContent>
                    <w:p w14:paraId="0A4A412A" w14:textId="20C38D4D" w:rsidR="007D16E3" w:rsidRDefault="007D16E3" w:rsidP="007D16E3">
                      <w:pPr>
                        <w:spacing w:before="12"/>
                        <w:ind w:left="20"/>
                        <w:rPr>
                          <w:rFonts w:ascii="Arial"/>
                          <w:b/>
                          <w:sz w:val="24"/>
                        </w:rPr>
                      </w:pPr>
                      <w:r>
                        <w:rPr>
                          <w:rFonts w:ascii="Arial"/>
                          <w:b/>
                          <w:spacing w:val="-11"/>
                          <w:sz w:val="24"/>
                        </w:rPr>
                        <w:t>SURAT PERNYATAAN</w:t>
                      </w:r>
                    </w:p>
                  </w:txbxContent>
                </v:textbox>
                <w10:wrap anchorx="margin" anchory="margin"/>
              </v:shape>
            </w:pict>
          </mc:Fallback>
        </mc:AlternateContent>
      </w:r>
      <w:bookmarkStart w:id="3" w:name="_bookmark2"/>
      <w:bookmarkEnd w:id="3"/>
    </w:p>
    <w:p w14:paraId="2F9471A8" w14:textId="7671AD1D" w:rsidR="00547B98" w:rsidRPr="00145753" w:rsidRDefault="0027081F" w:rsidP="005F376F">
      <w:pPr>
        <w:ind w:left="568"/>
        <w:jc w:val="both"/>
        <w:rPr>
          <w:rFonts w:ascii="Arial" w:hAnsi="Arial" w:cs="Arial"/>
          <w:sz w:val="24"/>
        </w:rPr>
      </w:pPr>
      <w:r w:rsidRPr="00145753">
        <w:rPr>
          <w:rFonts w:ascii="Arial" w:hAnsi="Arial" w:cs="Arial"/>
          <w:sz w:val="24"/>
        </w:rPr>
        <w:t>Yang</w:t>
      </w:r>
      <w:r w:rsidRPr="00145753">
        <w:rPr>
          <w:rFonts w:ascii="Arial" w:hAnsi="Arial" w:cs="Arial"/>
          <w:spacing w:val="-13"/>
          <w:sz w:val="24"/>
        </w:rPr>
        <w:t xml:space="preserve"> </w:t>
      </w:r>
      <w:r w:rsidRPr="00145753">
        <w:rPr>
          <w:rFonts w:ascii="Arial" w:hAnsi="Arial" w:cs="Arial"/>
          <w:sz w:val="24"/>
        </w:rPr>
        <w:t>bertanda</w:t>
      </w:r>
      <w:r w:rsidRPr="00145753">
        <w:rPr>
          <w:rFonts w:ascii="Arial" w:hAnsi="Arial" w:cs="Arial"/>
          <w:spacing w:val="-7"/>
          <w:sz w:val="24"/>
        </w:rPr>
        <w:t xml:space="preserve"> </w:t>
      </w:r>
      <w:r w:rsidRPr="00145753">
        <w:rPr>
          <w:rFonts w:ascii="Arial" w:hAnsi="Arial" w:cs="Arial"/>
          <w:sz w:val="24"/>
        </w:rPr>
        <w:t>tangan</w:t>
      </w:r>
      <w:r w:rsidRPr="00145753">
        <w:rPr>
          <w:rFonts w:ascii="Arial" w:hAnsi="Arial" w:cs="Arial"/>
          <w:spacing w:val="-10"/>
          <w:sz w:val="24"/>
        </w:rPr>
        <w:t xml:space="preserve"> </w:t>
      </w:r>
      <w:r w:rsidRPr="00145753">
        <w:rPr>
          <w:rFonts w:ascii="Arial" w:hAnsi="Arial" w:cs="Arial"/>
          <w:sz w:val="24"/>
        </w:rPr>
        <w:t>di</w:t>
      </w:r>
      <w:r w:rsidRPr="00145753">
        <w:rPr>
          <w:rFonts w:ascii="Arial" w:hAnsi="Arial" w:cs="Arial"/>
          <w:spacing w:val="-16"/>
          <w:sz w:val="24"/>
        </w:rPr>
        <w:t xml:space="preserve"> </w:t>
      </w:r>
      <w:r w:rsidRPr="00145753">
        <w:rPr>
          <w:rFonts w:ascii="Arial" w:hAnsi="Arial" w:cs="Arial"/>
          <w:sz w:val="24"/>
        </w:rPr>
        <w:t>bawah</w:t>
      </w:r>
      <w:r w:rsidRPr="00145753">
        <w:rPr>
          <w:rFonts w:ascii="Arial" w:hAnsi="Arial" w:cs="Arial"/>
          <w:spacing w:val="-2"/>
          <w:sz w:val="24"/>
        </w:rPr>
        <w:t xml:space="preserve"> </w:t>
      </w:r>
      <w:r w:rsidRPr="00145753">
        <w:rPr>
          <w:rFonts w:ascii="Arial" w:hAnsi="Arial" w:cs="Arial"/>
          <w:spacing w:val="-4"/>
          <w:sz w:val="24"/>
        </w:rPr>
        <w:t>ini:</w:t>
      </w:r>
    </w:p>
    <w:p w14:paraId="6CD8F572" w14:textId="0DE1FE68" w:rsidR="00547B98" w:rsidRPr="00145753" w:rsidRDefault="0027081F" w:rsidP="005F376F">
      <w:pPr>
        <w:tabs>
          <w:tab w:val="left" w:pos="3437"/>
        </w:tabs>
        <w:spacing w:before="136"/>
        <w:ind w:left="568"/>
        <w:jc w:val="both"/>
        <w:rPr>
          <w:rFonts w:ascii="Arial" w:hAnsi="Arial" w:cs="Arial"/>
          <w:sz w:val="24"/>
        </w:rPr>
      </w:pPr>
      <w:r w:rsidRPr="00145753">
        <w:rPr>
          <w:rFonts w:ascii="Arial" w:hAnsi="Arial" w:cs="Arial"/>
          <w:spacing w:val="-4"/>
          <w:sz w:val="24"/>
        </w:rPr>
        <w:t>Nama</w:t>
      </w:r>
      <w:r w:rsidRPr="00145753">
        <w:rPr>
          <w:rFonts w:ascii="Arial" w:hAnsi="Arial" w:cs="Arial"/>
          <w:sz w:val="24"/>
        </w:rPr>
        <w:tab/>
        <w:t>:</w:t>
      </w:r>
      <w:r w:rsidRPr="00145753">
        <w:rPr>
          <w:rFonts w:ascii="Arial" w:hAnsi="Arial" w:cs="Arial"/>
          <w:spacing w:val="-6"/>
          <w:sz w:val="24"/>
        </w:rPr>
        <w:t xml:space="preserve"> </w:t>
      </w:r>
      <w:r w:rsidRPr="00145753">
        <w:rPr>
          <w:rFonts w:ascii="Arial" w:hAnsi="Arial" w:cs="Arial"/>
          <w:spacing w:val="-2"/>
          <w:sz w:val="24"/>
        </w:rPr>
        <w:t>WINANDA</w:t>
      </w:r>
    </w:p>
    <w:p w14:paraId="5A4D1830" w14:textId="57EFC984" w:rsidR="00547B98" w:rsidRPr="00145753" w:rsidRDefault="0027081F" w:rsidP="005F376F">
      <w:pPr>
        <w:pStyle w:val="Heading3"/>
        <w:tabs>
          <w:tab w:val="left" w:pos="3561"/>
        </w:tabs>
        <w:ind w:right="0"/>
        <w:jc w:val="both"/>
        <w:rPr>
          <w:rFonts w:ascii="Arial" w:hAnsi="Arial" w:cs="Arial"/>
        </w:rPr>
      </w:pPr>
      <w:r w:rsidRPr="00145753">
        <w:rPr>
          <w:rFonts w:ascii="Arial" w:hAnsi="Arial" w:cs="Arial"/>
          <w:spacing w:val="-5"/>
        </w:rPr>
        <w:t>NIM</w:t>
      </w:r>
      <w:r w:rsidRPr="00145753">
        <w:rPr>
          <w:rFonts w:ascii="Arial" w:hAnsi="Arial" w:cs="Arial"/>
        </w:rPr>
        <w:tab/>
      </w:r>
      <w:r w:rsidRPr="00145753">
        <w:rPr>
          <w:rFonts w:ascii="Arial" w:hAnsi="Arial" w:cs="Arial"/>
          <w:spacing w:val="-2"/>
        </w:rPr>
        <w:t>111407622033</w:t>
      </w:r>
    </w:p>
    <w:p w14:paraId="5AA5DA5A" w14:textId="77777777" w:rsidR="00547B98" w:rsidRPr="00145753" w:rsidRDefault="0027081F" w:rsidP="005F376F">
      <w:pPr>
        <w:spacing w:before="136" w:line="362" w:lineRule="auto"/>
        <w:ind w:left="568" w:firstLine="720"/>
        <w:rPr>
          <w:rFonts w:ascii="Arial" w:hAnsi="Arial" w:cs="Arial"/>
          <w:sz w:val="24"/>
        </w:rPr>
      </w:pPr>
      <w:r w:rsidRPr="00145753">
        <w:rPr>
          <w:rFonts w:ascii="Arial" w:hAnsi="Arial" w:cs="Arial"/>
          <w:sz w:val="24"/>
        </w:rPr>
        <w:t>Menyatakan</w:t>
      </w:r>
      <w:r w:rsidRPr="00145753">
        <w:rPr>
          <w:rFonts w:ascii="Arial" w:hAnsi="Arial" w:cs="Arial"/>
          <w:spacing w:val="35"/>
          <w:sz w:val="24"/>
        </w:rPr>
        <w:t xml:space="preserve"> </w:t>
      </w:r>
      <w:r w:rsidRPr="00145753">
        <w:rPr>
          <w:rFonts w:ascii="Arial" w:hAnsi="Arial" w:cs="Arial"/>
          <w:sz w:val="24"/>
        </w:rPr>
        <w:t>bahwa</w:t>
      </w:r>
      <w:r w:rsidRPr="00145753">
        <w:rPr>
          <w:rFonts w:ascii="Arial" w:hAnsi="Arial" w:cs="Arial"/>
          <w:spacing w:val="38"/>
          <w:sz w:val="24"/>
        </w:rPr>
        <w:t xml:space="preserve"> </w:t>
      </w:r>
      <w:r w:rsidRPr="00145753">
        <w:rPr>
          <w:rFonts w:ascii="Arial" w:hAnsi="Arial" w:cs="Arial"/>
          <w:sz w:val="24"/>
        </w:rPr>
        <w:t>saya</w:t>
      </w:r>
      <w:r w:rsidRPr="00145753">
        <w:rPr>
          <w:rFonts w:ascii="Arial" w:hAnsi="Arial" w:cs="Arial"/>
          <w:spacing w:val="38"/>
          <w:sz w:val="24"/>
        </w:rPr>
        <w:t xml:space="preserve"> </w:t>
      </w:r>
      <w:r w:rsidRPr="00145753">
        <w:rPr>
          <w:rFonts w:ascii="Arial" w:hAnsi="Arial" w:cs="Arial"/>
          <w:sz w:val="24"/>
        </w:rPr>
        <w:t>tidak</w:t>
      </w:r>
      <w:r w:rsidRPr="00145753">
        <w:rPr>
          <w:rFonts w:ascii="Arial" w:hAnsi="Arial" w:cs="Arial"/>
          <w:spacing w:val="40"/>
          <w:sz w:val="24"/>
        </w:rPr>
        <w:t xml:space="preserve"> </w:t>
      </w:r>
      <w:r w:rsidRPr="00145753">
        <w:rPr>
          <w:rFonts w:ascii="Arial" w:hAnsi="Arial" w:cs="Arial"/>
          <w:sz w:val="24"/>
        </w:rPr>
        <w:t>melakukan</w:t>
      </w:r>
      <w:r w:rsidRPr="00145753">
        <w:rPr>
          <w:rFonts w:ascii="Arial" w:hAnsi="Arial" w:cs="Arial"/>
          <w:spacing w:val="38"/>
          <w:sz w:val="24"/>
        </w:rPr>
        <w:t xml:space="preserve"> </w:t>
      </w:r>
      <w:r w:rsidRPr="00145753">
        <w:rPr>
          <w:rFonts w:ascii="Arial" w:hAnsi="Arial" w:cs="Arial"/>
          <w:sz w:val="24"/>
        </w:rPr>
        <w:t>kegiatan</w:t>
      </w:r>
      <w:r w:rsidRPr="00145753">
        <w:rPr>
          <w:rFonts w:ascii="Arial" w:hAnsi="Arial" w:cs="Arial"/>
          <w:spacing w:val="35"/>
          <w:sz w:val="24"/>
        </w:rPr>
        <w:t xml:space="preserve"> </w:t>
      </w:r>
      <w:r w:rsidRPr="00145753">
        <w:rPr>
          <w:rFonts w:ascii="Arial" w:hAnsi="Arial" w:cs="Arial"/>
          <w:sz w:val="24"/>
        </w:rPr>
        <w:t>plagiat</w:t>
      </w:r>
      <w:r w:rsidRPr="00145753">
        <w:rPr>
          <w:rFonts w:ascii="Arial" w:hAnsi="Arial" w:cs="Arial"/>
          <w:spacing w:val="29"/>
          <w:sz w:val="24"/>
        </w:rPr>
        <w:t xml:space="preserve"> </w:t>
      </w:r>
      <w:r w:rsidRPr="00145753">
        <w:rPr>
          <w:rFonts w:ascii="Arial" w:hAnsi="Arial" w:cs="Arial"/>
          <w:sz w:val="24"/>
        </w:rPr>
        <w:t>dalam Laporan Tugas</w:t>
      </w:r>
      <w:r w:rsidRPr="00145753">
        <w:rPr>
          <w:rFonts w:ascii="Arial" w:hAnsi="Arial" w:cs="Arial"/>
          <w:spacing w:val="-4"/>
          <w:sz w:val="24"/>
        </w:rPr>
        <w:t xml:space="preserve"> </w:t>
      </w:r>
      <w:r w:rsidRPr="00145753">
        <w:rPr>
          <w:rFonts w:ascii="Arial" w:hAnsi="Arial" w:cs="Arial"/>
          <w:sz w:val="24"/>
        </w:rPr>
        <w:t>Akhir</w:t>
      </w:r>
      <w:r w:rsidRPr="00145753">
        <w:rPr>
          <w:rFonts w:ascii="Arial" w:hAnsi="Arial" w:cs="Arial"/>
          <w:spacing w:val="-2"/>
          <w:sz w:val="24"/>
        </w:rPr>
        <w:t xml:space="preserve"> </w:t>
      </w:r>
      <w:r w:rsidRPr="00145753">
        <w:rPr>
          <w:rFonts w:ascii="Arial" w:hAnsi="Arial" w:cs="Arial"/>
          <w:sz w:val="24"/>
        </w:rPr>
        <w:t>(LTA) saya yang berjudul :</w:t>
      </w:r>
    </w:p>
    <w:p w14:paraId="27B6A4A2" w14:textId="77777777" w:rsidR="00547B98" w:rsidRPr="00145753" w:rsidRDefault="0027081F" w:rsidP="005F376F">
      <w:pPr>
        <w:pStyle w:val="Heading3"/>
        <w:spacing w:before="0" w:line="360" w:lineRule="auto"/>
        <w:ind w:right="0"/>
        <w:jc w:val="both"/>
        <w:rPr>
          <w:rFonts w:ascii="Arial" w:hAnsi="Arial" w:cs="Arial"/>
        </w:rPr>
      </w:pPr>
      <w:r w:rsidRPr="00145753">
        <w:rPr>
          <w:rFonts w:ascii="Arial" w:hAnsi="Arial" w:cs="Arial"/>
        </w:rPr>
        <w:t xml:space="preserve">“GAMBARAN DUKUNGAN KELUARGA TERHADAP PEMBERIAN ASI EKSKLUSIF DI WILAYAH KERJA PUSKESMAS KAYON PALANGKA </w:t>
      </w:r>
      <w:r w:rsidRPr="00145753">
        <w:rPr>
          <w:rFonts w:ascii="Arial" w:hAnsi="Arial" w:cs="Arial"/>
          <w:spacing w:val="-2"/>
        </w:rPr>
        <w:t>RAYA”</w:t>
      </w:r>
    </w:p>
    <w:p w14:paraId="24D6B0F2" w14:textId="77777777" w:rsidR="00547B98" w:rsidRPr="00145753" w:rsidRDefault="0027081F" w:rsidP="005F376F">
      <w:pPr>
        <w:spacing w:line="360" w:lineRule="auto"/>
        <w:ind w:left="568" w:firstLine="720"/>
        <w:jc w:val="both"/>
        <w:rPr>
          <w:rFonts w:ascii="Arial" w:hAnsi="Arial" w:cs="Arial"/>
          <w:sz w:val="24"/>
        </w:rPr>
      </w:pPr>
      <w:r w:rsidRPr="00145753">
        <w:rPr>
          <w:rFonts w:ascii="Arial" w:hAnsi="Arial" w:cs="Arial"/>
          <w:sz w:val="24"/>
        </w:rPr>
        <w:t>Apabila</w:t>
      </w:r>
      <w:r w:rsidRPr="00145753">
        <w:rPr>
          <w:rFonts w:ascii="Arial" w:hAnsi="Arial" w:cs="Arial"/>
          <w:spacing w:val="-1"/>
          <w:sz w:val="24"/>
        </w:rPr>
        <w:t xml:space="preserve"> </w:t>
      </w:r>
      <w:r w:rsidRPr="00145753">
        <w:rPr>
          <w:rFonts w:ascii="Arial" w:hAnsi="Arial" w:cs="Arial"/>
          <w:sz w:val="24"/>
        </w:rPr>
        <w:t>suatu saat</w:t>
      </w:r>
      <w:r w:rsidRPr="00145753">
        <w:rPr>
          <w:rFonts w:ascii="Arial" w:hAnsi="Arial" w:cs="Arial"/>
          <w:spacing w:val="-7"/>
          <w:sz w:val="24"/>
        </w:rPr>
        <w:t xml:space="preserve"> </w:t>
      </w:r>
      <w:r w:rsidRPr="00145753">
        <w:rPr>
          <w:rFonts w:ascii="Arial" w:hAnsi="Arial" w:cs="Arial"/>
          <w:sz w:val="24"/>
        </w:rPr>
        <w:t>nanti</w:t>
      </w:r>
      <w:r w:rsidRPr="00145753">
        <w:rPr>
          <w:rFonts w:ascii="Arial" w:hAnsi="Arial" w:cs="Arial"/>
          <w:spacing w:val="-13"/>
          <w:sz w:val="24"/>
        </w:rPr>
        <w:t xml:space="preserve"> </w:t>
      </w:r>
      <w:r w:rsidRPr="00145753">
        <w:rPr>
          <w:rFonts w:ascii="Arial" w:hAnsi="Arial" w:cs="Arial"/>
          <w:sz w:val="24"/>
        </w:rPr>
        <w:t>terbukti</w:t>
      </w:r>
      <w:r w:rsidRPr="00145753">
        <w:rPr>
          <w:rFonts w:ascii="Arial" w:hAnsi="Arial" w:cs="Arial"/>
          <w:spacing w:val="-13"/>
          <w:sz w:val="24"/>
        </w:rPr>
        <w:t xml:space="preserve"> </w:t>
      </w:r>
      <w:r w:rsidRPr="00145753">
        <w:rPr>
          <w:rFonts w:ascii="Arial" w:hAnsi="Arial" w:cs="Arial"/>
          <w:sz w:val="24"/>
        </w:rPr>
        <w:t>saya</w:t>
      </w:r>
      <w:r w:rsidRPr="00145753">
        <w:rPr>
          <w:rFonts w:ascii="Arial" w:hAnsi="Arial" w:cs="Arial"/>
          <w:spacing w:val="-1"/>
          <w:sz w:val="24"/>
        </w:rPr>
        <w:t xml:space="preserve"> </w:t>
      </w:r>
      <w:r w:rsidRPr="00145753">
        <w:rPr>
          <w:rFonts w:ascii="Arial" w:hAnsi="Arial" w:cs="Arial"/>
          <w:sz w:val="24"/>
        </w:rPr>
        <w:t>melakukan</w:t>
      </w:r>
      <w:r w:rsidRPr="00145753">
        <w:rPr>
          <w:rFonts w:ascii="Arial" w:hAnsi="Arial" w:cs="Arial"/>
          <w:spacing w:val="-5"/>
          <w:sz w:val="24"/>
        </w:rPr>
        <w:t xml:space="preserve"> </w:t>
      </w:r>
      <w:r w:rsidRPr="00145753">
        <w:rPr>
          <w:rFonts w:ascii="Arial" w:hAnsi="Arial" w:cs="Arial"/>
          <w:sz w:val="24"/>
        </w:rPr>
        <w:t>plagiat</w:t>
      </w:r>
      <w:r w:rsidRPr="00145753">
        <w:rPr>
          <w:rFonts w:ascii="Arial" w:hAnsi="Arial" w:cs="Arial"/>
          <w:spacing w:val="-2"/>
          <w:sz w:val="24"/>
        </w:rPr>
        <w:t xml:space="preserve"> </w:t>
      </w:r>
      <w:r w:rsidRPr="00145753">
        <w:rPr>
          <w:rFonts w:ascii="Arial" w:hAnsi="Arial" w:cs="Arial"/>
          <w:sz w:val="24"/>
        </w:rPr>
        <w:t>maka</w:t>
      </w:r>
      <w:r w:rsidRPr="00145753">
        <w:rPr>
          <w:rFonts w:ascii="Arial" w:hAnsi="Arial" w:cs="Arial"/>
          <w:spacing w:val="-1"/>
          <w:sz w:val="24"/>
        </w:rPr>
        <w:t xml:space="preserve"> </w:t>
      </w:r>
      <w:r w:rsidRPr="00145753">
        <w:rPr>
          <w:rFonts w:ascii="Arial" w:hAnsi="Arial" w:cs="Arial"/>
          <w:sz w:val="24"/>
        </w:rPr>
        <w:t>saya akan menerima sanksi yang telah ditetapkan. Demikian surat pernyataan ini saya buat dengan sebenar-benarnya.</w:t>
      </w:r>
    </w:p>
    <w:p w14:paraId="5B4F0270" w14:textId="77777777" w:rsidR="00547B98" w:rsidRPr="00145753" w:rsidRDefault="00547B98" w:rsidP="005F376F">
      <w:pPr>
        <w:rPr>
          <w:rFonts w:ascii="Arial" w:hAnsi="Arial" w:cs="Arial"/>
          <w:sz w:val="24"/>
        </w:rPr>
      </w:pPr>
    </w:p>
    <w:p w14:paraId="011D6A51" w14:textId="77777777" w:rsidR="00547B98" w:rsidRPr="00145753" w:rsidRDefault="00547B98" w:rsidP="005F376F">
      <w:pPr>
        <w:rPr>
          <w:rFonts w:ascii="Arial" w:hAnsi="Arial" w:cs="Arial"/>
          <w:sz w:val="24"/>
        </w:rPr>
      </w:pPr>
    </w:p>
    <w:p w14:paraId="608460EB" w14:textId="77777777" w:rsidR="00547B98" w:rsidRPr="00145753" w:rsidRDefault="00547B98" w:rsidP="005F376F">
      <w:pPr>
        <w:rPr>
          <w:rFonts w:ascii="Arial" w:hAnsi="Arial" w:cs="Arial"/>
          <w:sz w:val="24"/>
        </w:rPr>
      </w:pPr>
    </w:p>
    <w:p w14:paraId="5186F9C1" w14:textId="77777777" w:rsidR="00547B98" w:rsidRPr="00145753" w:rsidRDefault="00547B98" w:rsidP="005F376F">
      <w:pPr>
        <w:spacing w:before="136"/>
        <w:rPr>
          <w:rFonts w:ascii="Arial" w:hAnsi="Arial" w:cs="Arial"/>
          <w:sz w:val="24"/>
        </w:rPr>
      </w:pPr>
    </w:p>
    <w:p w14:paraId="42283303" w14:textId="657517E0" w:rsidR="00547B98" w:rsidRPr="00145753" w:rsidRDefault="0027081F" w:rsidP="00AF0A9E">
      <w:pPr>
        <w:tabs>
          <w:tab w:val="left" w:pos="6853"/>
        </w:tabs>
        <w:ind w:left="4848" w:hanging="1020"/>
        <w:jc w:val="center"/>
        <w:rPr>
          <w:rFonts w:ascii="Arial" w:hAnsi="Arial" w:cs="Arial"/>
          <w:sz w:val="24"/>
        </w:rPr>
      </w:pPr>
      <w:r w:rsidRPr="00145753">
        <w:rPr>
          <w:rFonts w:ascii="Arial" w:hAnsi="Arial" w:cs="Arial"/>
          <w:sz w:val="24"/>
        </w:rPr>
        <w:t>Palangka</w:t>
      </w:r>
      <w:r w:rsidRPr="00145753">
        <w:rPr>
          <w:rFonts w:ascii="Arial" w:hAnsi="Arial" w:cs="Arial"/>
          <w:spacing w:val="-10"/>
          <w:sz w:val="24"/>
        </w:rPr>
        <w:t xml:space="preserve"> </w:t>
      </w:r>
      <w:r w:rsidRPr="00145753">
        <w:rPr>
          <w:rFonts w:ascii="Arial" w:hAnsi="Arial" w:cs="Arial"/>
          <w:spacing w:val="-4"/>
          <w:sz w:val="24"/>
        </w:rPr>
        <w:t>Raya,</w:t>
      </w:r>
      <w:r w:rsidR="00AF0A9E">
        <w:rPr>
          <w:rFonts w:ascii="Arial" w:hAnsi="Arial" w:cs="Arial"/>
          <w:sz w:val="24"/>
          <w:lang w:val="en-US"/>
        </w:rPr>
        <w:t xml:space="preserve"> 24 Oktober </w:t>
      </w:r>
      <w:r w:rsidRPr="00145753">
        <w:rPr>
          <w:rFonts w:ascii="Arial" w:hAnsi="Arial" w:cs="Arial"/>
          <w:spacing w:val="-4"/>
          <w:sz w:val="24"/>
        </w:rPr>
        <w:t>2025</w:t>
      </w:r>
    </w:p>
    <w:p w14:paraId="1B39C206" w14:textId="77777777" w:rsidR="00547B98" w:rsidRPr="00145753" w:rsidRDefault="00547B98" w:rsidP="005F376F">
      <w:pPr>
        <w:rPr>
          <w:rFonts w:ascii="Arial" w:hAnsi="Arial" w:cs="Arial"/>
          <w:sz w:val="24"/>
        </w:rPr>
      </w:pPr>
    </w:p>
    <w:p w14:paraId="11D5220B" w14:textId="77777777" w:rsidR="00547B98" w:rsidRPr="00145753" w:rsidRDefault="00547B98" w:rsidP="005F376F">
      <w:pPr>
        <w:rPr>
          <w:rFonts w:ascii="Arial" w:hAnsi="Arial" w:cs="Arial"/>
          <w:sz w:val="24"/>
        </w:rPr>
      </w:pPr>
    </w:p>
    <w:p w14:paraId="3887CCE0" w14:textId="1954D662" w:rsidR="00547B98" w:rsidRPr="00145753" w:rsidRDefault="00547B98" w:rsidP="005F376F">
      <w:pPr>
        <w:ind w:left="4795"/>
        <w:jc w:val="center"/>
        <w:rPr>
          <w:rFonts w:ascii="Arial" w:hAnsi="Arial" w:cs="Arial"/>
          <w:sz w:val="24"/>
        </w:rPr>
      </w:pPr>
    </w:p>
    <w:p w14:paraId="4CCB6EC9" w14:textId="66B122F3" w:rsidR="00547B98" w:rsidRDefault="0027081F" w:rsidP="005F376F">
      <w:pPr>
        <w:pStyle w:val="Heading3"/>
        <w:spacing w:before="137"/>
        <w:ind w:left="0" w:right="0"/>
        <w:jc w:val="right"/>
        <w:rPr>
          <w:rFonts w:ascii="Arial" w:hAnsi="Arial" w:cs="Arial"/>
          <w:spacing w:val="-2"/>
        </w:rPr>
      </w:pPr>
      <w:r w:rsidRPr="00145753">
        <w:rPr>
          <w:rFonts w:ascii="Arial" w:hAnsi="Arial" w:cs="Arial"/>
          <w:spacing w:val="-2"/>
        </w:rPr>
        <w:t>WINANDA</w:t>
      </w:r>
    </w:p>
    <w:p w14:paraId="3496AAB5" w14:textId="13791E82" w:rsidR="00AF0A9E" w:rsidRPr="00AF0A9E" w:rsidRDefault="00AF0A9E" w:rsidP="005F376F">
      <w:pPr>
        <w:pStyle w:val="Heading3"/>
        <w:spacing w:before="137"/>
        <w:ind w:left="0" w:right="0"/>
        <w:jc w:val="right"/>
        <w:rPr>
          <w:rFonts w:ascii="Arial" w:hAnsi="Arial" w:cs="Arial"/>
          <w:lang w:val="en-US"/>
        </w:rPr>
      </w:pPr>
      <w:r>
        <w:rPr>
          <w:rFonts w:ascii="Arial" w:hAnsi="Arial" w:cs="Arial"/>
          <w:spacing w:val="-2"/>
          <w:lang w:val="en-US"/>
        </w:rPr>
        <w:t>NIM.111407622033</w:t>
      </w:r>
    </w:p>
    <w:p w14:paraId="336604D0" w14:textId="77777777" w:rsidR="00547B98" w:rsidRPr="00145753" w:rsidRDefault="00547B98" w:rsidP="005F376F">
      <w:pPr>
        <w:rPr>
          <w:rFonts w:ascii="Arial" w:hAnsi="Arial" w:cs="Arial"/>
        </w:rPr>
      </w:pPr>
    </w:p>
    <w:p w14:paraId="6BD379B3" w14:textId="77777777" w:rsidR="00547B98" w:rsidRPr="00145753" w:rsidRDefault="00547B98" w:rsidP="005F376F">
      <w:pPr>
        <w:rPr>
          <w:rFonts w:ascii="Arial" w:hAnsi="Arial" w:cs="Arial"/>
        </w:rPr>
      </w:pPr>
    </w:p>
    <w:p w14:paraId="2AF0B593" w14:textId="77777777" w:rsidR="00547B98" w:rsidRPr="00145753" w:rsidRDefault="00547B98" w:rsidP="005F376F">
      <w:pPr>
        <w:rPr>
          <w:rFonts w:ascii="Arial" w:hAnsi="Arial" w:cs="Arial"/>
        </w:rPr>
      </w:pPr>
    </w:p>
    <w:p w14:paraId="6F729174" w14:textId="77777777" w:rsidR="00547B98" w:rsidRPr="00145753" w:rsidRDefault="00547B98" w:rsidP="005F376F">
      <w:pPr>
        <w:rPr>
          <w:rFonts w:ascii="Arial" w:hAnsi="Arial" w:cs="Arial"/>
        </w:rPr>
      </w:pPr>
    </w:p>
    <w:p w14:paraId="1943132B" w14:textId="77777777" w:rsidR="00547B98" w:rsidRPr="00145753" w:rsidRDefault="00547B98" w:rsidP="005F376F">
      <w:pPr>
        <w:rPr>
          <w:rFonts w:ascii="Arial" w:hAnsi="Arial" w:cs="Arial"/>
        </w:rPr>
      </w:pPr>
    </w:p>
    <w:p w14:paraId="3D430E32" w14:textId="77777777" w:rsidR="00547B98" w:rsidRPr="00145753" w:rsidRDefault="00547B98" w:rsidP="005F376F">
      <w:pPr>
        <w:rPr>
          <w:rFonts w:ascii="Arial" w:hAnsi="Arial" w:cs="Arial"/>
        </w:rPr>
      </w:pPr>
    </w:p>
    <w:p w14:paraId="50846922" w14:textId="77777777" w:rsidR="00547B98" w:rsidRPr="00145753" w:rsidRDefault="00547B98" w:rsidP="005F376F">
      <w:pPr>
        <w:rPr>
          <w:rFonts w:ascii="Arial" w:hAnsi="Arial" w:cs="Arial"/>
        </w:rPr>
      </w:pPr>
    </w:p>
    <w:p w14:paraId="02C21672" w14:textId="77777777" w:rsidR="00547B98" w:rsidRPr="00145753" w:rsidRDefault="00547B98" w:rsidP="005F376F">
      <w:pPr>
        <w:rPr>
          <w:rFonts w:ascii="Arial" w:hAnsi="Arial" w:cs="Arial"/>
        </w:rPr>
      </w:pPr>
    </w:p>
    <w:p w14:paraId="6AE3C5C3" w14:textId="77777777" w:rsidR="00547B98" w:rsidRPr="00145753" w:rsidRDefault="00547B98" w:rsidP="005F376F">
      <w:pPr>
        <w:rPr>
          <w:rFonts w:ascii="Arial" w:hAnsi="Arial" w:cs="Arial"/>
        </w:rPr>
      </w:pPr>
    </w:p>
    <w:p w14:paraId="3F26CC71" w14:textId="77777777" w:rsidR="00547B98" w:rsidRPr="00145753" w:rsidRDefault="00547B98" w:rsidP="005F376F">
      <w:pPr>
        <w:rPr>
          <w:rFonts w:ascii="Arial" w:hAnsi="Arial" w:cs="Arial"/>
        </w:rPr>
      </w:pPr>
    </w:p>
    <w:p w14:paraId="4E7DEC88" w14:textId="77777777" w:rsidR="00547B98" w:rsidRPr="00145753" w:rsidRDefault="00547B98" w:rsidP="005F376F">
      <w:pPr>
        <w:rPr>
          <w:rFonts w:ascii="Arial" w:hAnsi="Arial" w:cs="Arial"/>
        </w:rPr>
      </w:pPr>
    </w:p>
    <w:p w14:paraId="4FE8034F" w14:textId="77777777" w:rsidR="00547B98" w:rsidRPr="00145753" w:rsidRDefault="00547B98" w:rsidP="005F376F">
      <w:pPr>
        <w:rPr>
          <w:rFonts w:ascii="Arial" w:hAnsi="Arial" w:cs="Arial"/>
        </w:rPr>
      </w:pPr>
    </w:p>
    <w:p w14:paraId="12D3C8BD" w14:textId="77777777" w:rsidR="00547B98" w:rsidRPr="00145753" w:rsidRDefault="00547B98" w:rsidP="005F376F">
      <w:pPr>
        <w:rPr>
          <w:rFonts w:ascii="Arial" w:hAnsi="Arial" w:cs="Arial"/>
        </w:rPr>
      </w:pPr>
    </w:p>
    <w:p w14:paraId="61C8C8BC" w14:textId="77777777" w:rsidR="00547B98" w:rsidRPr="00145753" w:rsidRDefault="00547B98" w:rsidP="005F376F">
      <w:pPr>
        <w:rPr>
          <w:rFonts w:ascii="Arial" w:hAnsi="Arial" w:cs="Arial"/>
        </w:rPr>
      </w:pPr>
    </w:p>
    <w:p w14:paraId="6EC9B879" w14:textId="77777777" w:rsidR="00547B98" w:rsidRPr="00145753" w:rsidRDefault="00547B98" w:rsidP="005F376F">
      <w:pPr>
        <w:rPr>
          <w:rFonts w:ascii="Arial" w:hAnsi="Arial" w:cs="Arial"/>
        </w:rPr>
      </w:pPr>
    </w:p>
    <w:p w14:paraId="4BB6F48A" w14:textId="77777777" w:rsidR="00547B98" w:rsidRPr="00145753" w:rsidRDefault="00547B98" w:rsidP="005F376F">
      <w:pPr>
        <w:rPr>
          <w:rFonts w:ascii="Arial" w:hAnsi="Arial" w:cs="Arial"/>
        </w:rPr>
      </w:pPr>
    </w:p>
    <w:p w14:paraId="44D03244" w14:textId="77777777" w:rsidR="00547B98" w:rsidRPr="00145753" w:rsidRDefault="00547B98" w:rsidP="005F376F">
      <w:pPr>
        <w:rPr>
          <w:rFonts w:ascii="Arial" w:hAnsi="Arial" w:cs="Arial"/>
        </w:rPr>
      </w:pPr>
    </w:p>
    <w:p w14:paraId="02253645" w14:textId="77777777" w:rsidR="00547B98" w:rsidRPr="00145753" w:rsidRDefault="00547B98" w:rsidP="005F376F">
      <w:pPr>
        <w:rPr>
          <w:rFonts w:ascii="Arial" w:hAnsi="Arial" w:cs="Arial"/>
        </w:rPr>
      </w:pPr>
    </w:p>
    <w:p w14:paraId="22FBFD58" w14:textId="7A29CC63" w:rsidR="007D16E3" w:rsidRPr="00145753" w:rsidRDefault="007D16E3" w:rsidP="00930749">
      <w:pPr>
        <w:rPr>
          <w:rFonts w:ascii="Arial" w:hAnsi="Arial" w:cs="Arial"/>
        </w:rPr>
      </w:pPr>
      <w:bookmarkStart w:id="4" w:name="_bookmark3"/>
      <w:bookmarkEnd w:id="4"/>
    </w:p>
    <w:p w14:paraId="409EDE1C" w14:textId="4E250E65" w:rsidR="00930749" w:rsidRPr="00145753" w:rsidRDefault="00930749" w:rsidP="005F376F">
      <w:pPr>
        <w:spacing w:line="360" w:lineRule="auto"/>
        <w:ind w:left="568" w:firstLine="720"/>
        <w:jc w:val="both"/>
        <w:rPr>
          <w:rFonts w:ascii="Arial" w:hAnsi="Arial" w:cs="Arial"/>
        </w:rPr>
      </w:pPr>
      <w:r w:rsidRPr="00145753">
        <w:rPr>
          <w:rFonts w:ascii="Arial" w:hAnsi="Arial" w:cs="Arial"/>
          <w:noProof/>
          <w:sz w:val="20"/>
        </w:rPr>
        <mc:AlternateContent>
          <mc:Choice Requires="wps">
            <w:drawing>
              <wp:anchor distT="0" distB="0" distL="0" distR="0" simplePos="0" relativeHeight="487591936" behindDoc="1" locked="0" layoutInCell="1" allowOverlap="1" wp14:anchorId="387D8446" wp14:editId="7EA61021">
                <wp:simplePos x="0" y="0"/>
                <wp:positionH relativeFrom="margin">
                  <wp:align>center</wp:align>
                </wp:positionH>
                <wp:positionV relativeFrom="margin">
                  <wp:posOffset>-240632</wp:posOffset>
                </wp:positionV>
                <wp:extent cx="1418590" cy="19621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8590" cy="196215"/>
                        </a:xfrm>
                        <a:prstGeom prst="rect">
                          <a:avLst/>
                        </a:prstGeom>
                      </wps:spPr>
                      <wps:txbx>
                        <w:txbxContent>
                          <w:p w14:paraId="017A71FA" w14:textId="77777777" w:rsidR="007D16E3" w:rsidRDefault="007D16E3" w:rsidP="007D16E3">
                            <w:pPr>
                              <w:spacing w:before="12"/>
                              <w:ind w:left="20"/>
                              <w:rPr>
                                <w:rFonts w:ascii="Arial"/>
                                <w:b/>
                                <w:sz w:val="24"/>
                              </w:rPr>
                            </w:pPr>
                            <w:r>
                              <w:rPr>
                                <w:rFonts w:ascii="Arial"/>
                                <w:b/>
                                <w:spacing w:val="-11"/>
                                <w:sz w:val="24"/>
                              </w:rPr>
                              <w:t>KATA</w:t>
                            </w:r>
                            <w:r>
                              <w:rPr>
                                <w:rFonts w:ascii="Arial"/>
                                <w:b/>
                                <w:spacing w:val="-5"/>
                                <w:sz w:val="24"/>
                              </w:rPr>
                              <w:t xml:space="preserve"> </w:t>
                            </w:r>
                            <w:r>
                              <w:rPr>
                                <w:rFonts w:ascii="Arial"/>
                                <w:b/>
                                <w:spacing w:val="-2"/>
                                <w:sz w:val="24"/>
                              </w:rPr>
                              <w:t>PENGANTAR</w:t>
                            </w:r>
                          </w:p>
                        </w:txbxContent>
                      </wps:txbx>
                      <wps:bodyPr wrap="square" lIns="0" tIns="0" rIns="0" bIns="0" rtlCol="0">
                        <a:noAutofit/>
                      </wps:bodyPr>
                    </wps:wsp>
                  </a:graphicData>
                </a:graphic>
              </wp:anchor>
            </w:drawing>
          </mc:Choice>
          <mc:Fallback>
            <w:pict>
              <v:shape w14:anchorId="387D8446" id="_x0000_s1028" type="#_x0000_t202" style="position:absolute;left:0;text-align:left;margin-left:0;margin-top:-18.95pt;width:111.7pt;height:15.45pt;z-index:-15724544;visibility:visible;mso-wrap-style:square;mso-wrap-distance-left:0;mso-wrap-distance-top:0;mso-wrap-distance-right:0;mso-wrap-distance-bottom:0;mso-position-horizontal:center;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" filled="f" stroked="f">
                <v:textbox inset="0,0,0,0">
                  <w:txbxContent>
                    <w:p w14:paraId="017A71FA" w14:textId="77777777" w:rsidR="007D16E3" w:rsidRDefault="007D16E3" w:rsidP="007D16E3">
                      <w:pPr>
                        <w:spacing w:before="12"/>
                        <w:ind w:left="20"/>
                        <w:rPr>
                          <w:rFonts w:ascii="Arial"/>
                          <w:b/>
                          <w:sz w:val="24"/>
                        </w:rPr>
                      </w:pPr>
                      <w:r>
                        <w:rPr>
                          <w:rFonts w:ascii="Arial"/>
                          <w:b/>
                          <w:spacing w:val="-11"/>
                          <w:sz w:val="24"/>
                        </w:rPr>
                        <w:t>KATA</w:t>
                      </w:r>
                      <w:r>
                        <w:rPr>
                          <w:rFonts w:ascii="Arial"/>
                          <w:b/>
                          <w:spacing w:val="-5"/>
                          <w:sz w:val="24"/>
                        </w:rPr>
                        <w:t xml:space="preserve"> </w:t>
                      </w:r>
                      <w:r>
                        <w:rPr>
                          <w:rFonts w:ascii="Arial"/>
                          <w:b/>
                          <w:spacing w:val="-2"/>
                          <w:sz w:val="24"/>
                        </w:rPr>
                        <w:t>PENGANTAR</w:t>
                      </w:r>
                    </w:p>
                  </w:txbxContent>
                </v:textbox>
                <w10:wrap anchorx="margin" anchory="margin"/>
              </v:shape>
            </w:pict>
          </mc:Fallback>
        </mc:AlternateContent>
      </w:r>
    </w:p>
    <w:p w14:paraId="3BFF3166" w14:textId="271790B7" w:rsidR="00547B98" w:rsidRPr="00145753" w:rsidRDefault="0027081F" w:rsidP="005F376F">
      <w:pPr>
        <w:spacing w:line="360" w:lineRule="auto"/>
        <w:ind w:left="568" w:firstLine="720"/>
        <w:jc w:val="both"/>
        <w:rPr>
          <w:rFonts w:ascii="Arial" w:hAnsi="Arial" w:cs="Arial"/>
        </w:rPr>
      </w:pPr>
      <w:r w:rsidRPr="00145753">
        <w:rPr>
          <w:rFonts w:ascii="Arial" w:hAnsi="Arial" w:cs="Arial"/>
        </w:rPr>
        <w:t xml:space="preserve">Puji dan syukur penulis panjatkan ke hadirat Tuhan Yang Maha Esa atas segala limpahan rahmat dan karunia-Nya sehingga penulis dapat menyusun </w:t>
      </w:r>
      <w:r w:rsidR="00FD4889">
        <w:rPr>
          <w:rFonts w:ascii="Arial" w:hAnsi="Arial" w:cs="Arial"/>
          <w:lang w:val="en-US"/>
        </w:rPr>
        <w:t>karya tulis ilmiah</w:t>
      </w:r>
      <w:r w:rsidRPr="00145753">
        <w:rPr>
          <w:rFonts w:ascii="Arial" w:hAnsi="Arial" w:cs="Arial"/>
        </w:rPr>
        <w:t xml:space="preserve"> penelitian yang berjudul “Gambaran Dukungan Keluarga terhadap Pemberian ASI Eksklusif” ini dengan baik.</w:t>
      </w:r>
    </w:p>
    <w:p w14:paraId="4816D957" w14:textId="69F3AA46" w:rsidR="00547B98" w:rsidRPr="00145753" w:rsidRDefault="00FD4889" w:rsidP="005F376F">
      <w:pPr>
        <w:spacing w:line="360" w:lineRule="auto"/>
        <w:ind w:left="568" w:firstLine="720"/>
        <w:jc w:val="both"/>
        <w:rPr>
          <w:rFonts w:ascii="Arial" w:hAnsi="Arial" w:cs="Arial"/>
        </w:rPr>
      </w:pPr>
      <w:r>
        <w:rPr>
          <w:rFonts w:ascii="Arial" w:hAnsi="Arial" w:cs="Arial"/>
          <w:lang w:val="en-US"/>
        </w:rPr>
        <w:t>Karya tulis ilmiah</w:t>
      </w:r>
      <w:r w:rsidR="0027081F" w:rsidRPr="00145753">
        <w:rPr>
          <w:rFonts w:ascii="Arial" w:hAnsi="Arial" w:cs="Arial"/>
        </w:rPr>
        <w:t xml:space="preserve"> ini disusun sebagai salah satu syarat untuk menyelesaikan</w:t>
      </w:r>
      <w:r w:rsidR="0027081F" w:rsidRPr="00145753">
        <w:rPr>
          <w:rFonts w:ascii="Arial" w:hAnsi="Arial" w:cs="Arial"/>
          <w:spacing w:val="40"/>
        </w:rPr>
        <w:t xml:space="preserve"> </w:t>
      </w:r>
      <w:r w:rsidR="0027081F" w:rsidRPr="00145753">
        <w:rPr>
          <w:rFonts w:ascii="Arial" w:hAnsi="Arial" w:cs="Arial"/>
        </w:rPr>
        <w:t>tugas akhir di Akademi Kebidanan Betang Asi Raya. Dalam proses penyusunannya, penulis telah banyak menerima dukungan, bimbingan, dan arahan dari berbagai pihak. Oleh karena itu, dengan segala kerendahan hati, penulis menyampaikan ucapan terima kasih kepada:</w:t>
      </w:r>
    </w:p>
    <w:p w14:paraId="2F9CBCCB" w14:textId="4FD4BC99" w:rsidR="00547B98" w:rsidRPr="00145753" w:rsidRDefault="0027081F" w:rsidP="007D16E3">
      <w:pPr>
        <w:numPr>
          <w:ilvl w:val="0"/>
          <w:numId w:val="12"/>
        </w:numPr>
        <w:tabs>
          <w:tab w:val="left" w:pos="1560"/>
        </w:tabs>
        <w:spacing w:before="2" w:line="360" w:lineRule="auto"/>
        <w:ind w:left="993" w:hanging="426"/>
        <w:jc w:val="both"/>
        <w:rPr>
          <w:rFonts w:ascii="Arial" w:hAnsi="Arial" w:cs="Arial"/>
        </w:rPr>
      </w:pPr>
      <w:r w:rsidRPr="00145753">
        <w:rPr>
          <w:rFonts w:ascii="Arial" w:hAnsi="Arial" w:cs="Arial"/>
        </w:rPr>
        <w:t>Ibu Ika Mardiatul Ulfa, SST, M.Kes selaku Direktur Akademi Kebidanan Betang</w:t>
      </w:r>
      <w:r w:rsidRPr="00145753">
        <w:rPr>
          <w:rFonts w:ascii="Arial" w:hAnsi="Arial" w:cs="Arial"/>
          <w:spacing w:val="-4"/>
        </w:rPr>
        <w:t xml:space="preserve"> </w:t>
      </w:r>
      <w:r w:rsidRPr="00145753">
        <w:rPr>
          <w:rFonts w:ascii="Arial" w:hAnsi="Arial" w:cs="Arial"/>
        </w:rPr>
        <w:t xml:space="preserve">Asi Raya yang telah memberikan kesempatan dan fasilitas dalam penyusunan </w:t>
      </w:r>
      <w:r w:rsidR="00FD4889">
        <w:rPr>
          <w:rFonts w:ascii="Arial" w:hAnsi="Arial" w:cs="Arial"/>
          <w:lang w:val="en-US"/>
        </w:rPr>
        <w:t>karya tulis ilmiah</w:t>
      </w:r>
      <w:r w:rsidRPr="00145753">
        <w:rPr>
          <w:rFonts w:ascii="Arial" w:hAnsi="Arial" w:cs="Arial"/>
        </w:rPr>
        <w:t xml:space="preserve"> ini.</w:t>
      </w:r>
    </w:p>
    <w:p w14:paraId="2B037796" w14:textId="773B4197" w:rsidR="00547B98" w:rsidRPr="00145753" w:rsidRDefault="0027081F" w:rsidP="007D16E3">
      <w:pPr>
        <w:numPr>
          <w:ilvl w:val="0"/>
          <w:numId w:val="12"/>
        </w:numPr>
        <w:tabs>
          <w:tab w:val="left" w:pos="1560"/>
        </w:tabs>
        <w:spacing w:line="360" w:lineRule="auto"/>
        <w:ind w:left="993" w:hanging="426"/>
        <w:jc w:val="both"/>
        <w:rPr>
          <w:rFonts w:ascii="Arial" w:hAnsi="Arial" w:cs="Arial"/>
        </w:rPr>
      </w:pPr>
      <w:r w:rsidRPr="00145753">
        <w:rPr>
          <w:rFonts w:ascii="Arial" w:hAnsi="Arial" w:cs="Arial"/>
        </w:rPr>
        <w:t>Ibu</w:t>
      </w:r>
      <w:r w:rsidRPr="00145753">
        <w:rPr>
          <w:rFonts w:ascii="Arial" w:hAnsi="Arial" w:cs="Arial"/>
          <w:spacing w:val="-4"/>
        </w:rPr>
        <w:t xml:space="preserve"> </w:t>
      </w:r>
      <w:r w:rsidRPr="00145753">
        <w:rPr>
          <w:rFonts w:ascii="Arial" w:hAnsi="Arial" w:cs="Arial"/>
        </w:rPr>
        <w:t>Fitriani</w:t>
      </w:r>
      <w:r w:rsidRPr="00145753">
        <w:rPr>
          <w:rFonts w:ascii="Arial" w:hAnsi="Arial" w:cs="Arial"/>
          <w:spacing w:val="-6"/>
        </w:rPr>
        <w:t xml:space="preserve"> </w:t>
      </w:r>
      <w:r w:rsidRPr="00145753">
        <w:rPr>
          <w:rFonts w:ascii="Arial" w:hAnsi="Arial" w:cs="Arial"/>
        </w:rPr>
        <w:t>Ningsih,</w:t>
      </w:r>
      <w:r w:rsidRPr="00145753">
        <w:rPr>
          <w:rFonts w:ascii="Arial" w:hAnsi="Arial" w:cs="Arial"/>
          <w:spacing w:val="-6"/>
        </w:rPr>
        <w:t xml:space="preserve"> </w:t>
      </w:r>
      <w:r w:rsidRPr="00145753">
        <w:rPr>
          <w:rFonts w:ascii="Arial" w:hAnsi="Arial" w:cs="Arial"/>
        </w:rPr>
        <w:t>SST,</w:t>
      </w:r>
      <w:r w:rsidRPr="00145753">
        <w:rPr>
          <w:rFonts w:ascii="Arial" w:hAnsi="Arial" w:cs="Arial"/>
          <w:spacing w:val="-6"/>
        </w:rPr>
        <w:t xml:space="preserve"> </w:t>
      </w:r>
      <w:r w:rsidRPr="00145753">
        <w:rPr>
          <w:rFonts w:ascii="Arial" w:hAnsi="Arial" w:cs="Arial"/>
        </w:rPr>
        <w:t>M.Kes</w:t>
      </w:r>
      <w:r w:rsidRPr="00145753">
        <w:rPr>
          <w:rFonts w:ascii="Arial" w:hAnsi="Arial" w:cs="Arial"/>
          <w:spacing w:val="-4"/>
        </w:rPr>
        <w:t xml:space="preserve"> </w:t>
      </w:r>
      <w:r w:rsidRPr="00145753">
        <w:rPr>
          <w:rFonts w:ascii="Arial" w:hAnsi="Arial" w:cs="Arial"/>
        </w:rPr>
        <w:t>selaku</w:t>
      </w:r>
      <w:r w:rsidRPr="00145753">
        <w:rPr>
          <w:rFonts w:ascii="Arial" w:hAnsi="Arial" w:cs="Arial"/>
          <w:spacing w:val="-4"/>
        </w:rPr>
        <w:t xml:space="preserve"> </w:t>
      </w:r>
      <w:r w:rsidRPr="00145753">
        <w:rPr>
          <w:rFonts w:ascii="Arial" w:hAnsi="Arial" w:cs="Arial"/>
        </w:rPr>
        <w:t>Dosen</w:t>
      </w:r>
      <w:r w:rsidRPr="00145753">
        <w:rPr>
          <w:rFonts w:ascii="Arial" w:hAnsi="Arial" w:cs="Arial"/>
          <w:spacing w:val="-4"/>
        </w:rPr>
        <w:t xml:space="preserve"> </w:t>
      </w:r>
      <w:r w:rsidRPr="00145753">
        <w:rPr>
          <w:rFonts w:ascii="Arial" w:hAnsi="Arial" w:cs="Arial"/>
        </w:rPr>
        <w:t>Pembimbing</w:t>
      </w:r>
      <w:r w:rsidRPr="00145753">
        <w:rPr>
          <w:rFonts w:ascii="Arial" w:hAnsi="Arial" w:cs="Arial"/>
          <w:spacing w:val="-4"/>
        </w:rPr>
        <w:t xml:space="preserve"> </w:t>
      </w:r>
      <w:r w:rsidRPr="00145753">
        <w:rPr>
          <w:rFonts w:ascii="Arial" w:hAnsi="Arial" w:cs="Arial"/>
        </w:rPr>
        <w:t>I</w:t>
      </w:r>
      <w:r w:rsidRPr="00145753">
        <w:rPr>
          <w:rFonts w:ascii="Arial" w:hAnsi="Arial" w:cs="Arial"/>
          <w:spacing w:val="-6"/>
        </w:rPr>
        <w:t xml:space="preserve"> </w:t>
      </w:r>
      <w:r w:rsidRPr="00145753">
        <w:rPr>
          <w:rFonts w:ascii="Arial" w:hAnsi="Arial" w:cs="Arial"/>
        </w:rPr>
        <w:t>dan</w:t>
      </w:r>
      <w:r w:rsidRPr="00145753">
        <w:rPr>
          <w:rFonts w:ascii="Arial" w:hAnsi="Arial" w:cs="Arial"/>
          <w:spacing w:val="-4"/>
        </w:rPr>
        <w:t xml:space="preserve"> </w:t>
      </w:r>
      <w:r w:rsidRPr="00145753">
        <w:rPr>
          <w:rFonts w:ascii="Arial" w:hAnsi="Arial" w:cs="Arial"/>
        </w:rPr>
        <w:t>Ibu</w:t>
      </w:r>
      <w:r w:rsidRPr="00145753">
        <w:rPr>
          <w:rFonts w:ascii="Arial" w:hAnsi="Arial" w:cs="Arial"/>
          <w:spacing w:val="-4"/>
        </w:rPr>
        <w:t xml:space="preserve"> </w:t>
      </w:r>
      <w:r w:rsidRPr="00145753">
        <w:rPr>
          <w:rFonts w:ascii="Arial" w:hAnsi="Arial" w:cs="Arial"/>
        </w:rPr>
        <w:t xml:space="preserve">Dian Purnama, M.Tr.Keb selaku Dosen Pembimbing II yang telah memberikan bimbingan, masukan, serta arahan yang sangat berharga dalam penyusunan </w:t>
      </w:r>
      <w:r w:rsidR="00FD4889">
        <w:rPr>
          <w:rFonts w:ascii="Arial" w:hAnsi="Arial" w:cs="Arial"/>
          <w:lang w:val="en-US"/>
        </w:rPr>
        <w:t>karya tulis ilmiah</w:t>
      </w:r>
      <w:r w:rsidRPr="00145753">
        <w:rPr>
          <w:rFonts w:ascii="Arial" w:hAnsi="Arial" w:cs="Arial"/>
        </w:rPr>
        <w:t xml:space="preserve"> ini.</w:t>
      </w:r>
    </w:p>
    <w:p w14:paraId="4C3E1947" w14:textId="0C3322C6" w:rsidR="00B34AB3" w:rsidRPr="00145753" w:rsidRDefault="00063AD8" w:rsidP="007D16E3">
      <w:pPr>
        <w:numPr>
          <w:ilvl w:val="0"/>
          <w:numId w:val="12"/>
        </w:numPr>
        <w:tabs>
          <w:tab w:val="left" w:pos="1560"/>
        </w:tabs>
        <w:spacing w:line="360" w:lineRule="auto"/>
        <w:ind w:left="993" w:hanging="426"/>
        <w:jc w:val="both"/>
        <w:rPr>
          <w:rFonts w:ascii="Arial" w:hAnsi="Arial" w:cs="Arial"/>
        </w:rPr>
      </w:pPr>
      <w:r w:rsidRPr="00145753">
        <w:rPr>
          <w:rFonts w:ascii="Arial" w:hAnsi="Arial" w:cs="Arial"/>
        </w:rPr>
        <w:t xml:space="preserve">Ibu Evie Trihartiningsih, SST, M.Keb selaku Ketua Penguji, yang telah meluangkan waktu, memberikan masukan, serta arahan yang sangat bermanfaat bagi penyempurnaan </w:t>
      </w:r>
      <w:r w:rsidR="00FD4889">
        <w:rPr>
          <w:rFonts w:ascii="Arial" w:hAnsi="Arial" w:cs="Arial"/>
          <w:lang w:val="en-US"/>
        </w:rPr>
        <w:t>karya tulis ilmiah</w:t>
      </w:r>
      <w:r w:rsidRPr="00145753">
        <w:rPr>
          <w:rFonts w:ascii="Arial" w:hAnsi="Arial" w:cs="Arial"/>
        </w:rPr>
        <w:t xml:space="preserve"> saya</w:t>
      </w:r>
      <w:r w:rsidR="00B34AB3" w:rsidRPr="00145753">
        <w:rPr>
          <w:rFonts w:ascii="Arial" w:hAnsi="Arial" w:cs="Arial"/>
        </w:rPr>
        <w:t>.</w:t>
      </w:r>
    </w:p>
    <w:p w14:paraId="6EDFD934" w14:textId="5A08E420" w:rsidR="00547B98" w:rsidRPr="00145753" w:rsidRDefault="0027081F" w:rsidP="007D16E3">
      <w:pPr>
        <w:numPr>
          <w:ilvl w:val="0"/>
          <w:numId w:val="12"/>
        </w:numPr>
        <w:tabs>
          <w:tab w:val="left" w:pos="1560"/>
        </w:tabs>
        <w:spacing w:line="360" w:lineRule="auto"/>
        <w:ind w:left="993" w:hanging="426"/>
        <w:jc w:val="both"/>
        <w:rPr>
          <w:rFonts w:ascii="Arial" w:hAnsi="Arial" w:cs="Arial"/>
        </w:rPr>
      </w:pPr>
      <w:r w:rsidRPr="00145753">
        <w:rPr>
          <w:rFonts w:ascii="Arial" w:hAnsi="Arial" w:cs="Arial"/>
        </w:rPr>
        <w:t>Kedua orang tua tercinta, Bapak Iming dan Ibu Eliawati, yang selalu memberikan doa, dukungan, dan kasih sayang yang tiada henti, serta menjadi sumber semangat utama bagi penulis.</w:t>
      </w:r>
    </w:p>
    <w:p w14:paraId="063815D2" w14:textId="3375ECF8" w:rsidR="00B34AB3" w:rsidRPr="00145753" w:rsidRDefault="00B34AB3" w:rsidP="00930749">
      <w:pPr>
        <w:numPr>
          <w:ilvl w:val="0"/>
          <w:numId w:val="12"/>
        </w:numPr>
        <w:tabs>
          <w:tab w:val="left" w:pos="1560"/>
        </w:tabs>
        <w:spacing w:line="360" w:lineRule="auto"/>
        <w:ind w:left="993" w:hanging="426"/>
        <w:jc w:val="both"/>
        <w:rPr>
          <w:rFonts w:ascii="Arial" w:hAnsi="Arial" w:cs="Arial"/>
        </w:rPr>
      </w:pPr>
      <w:r w:rsidRPr="00145753">
        <w:rPr>
          <w:rFonts w:ascii="Arial" w:hAnsi="Arial" w:cs="Arial"/>
        </w:rPr>
        <w:t>Seluruh dosen dan staf</w:t>
      </w:r>
      <w:r w:rsidRPr="00145753">
        <w:rPr>
          <w:rFonts w:ascii="Arial" w:hAnsi="Arial" w:cs="Arial"/>
          <w:spacing w:val="-1"/>
        </w:rPr>
        <w:t xml:space="preserve"> </w:t>
      </w:r>
      <w:r w:rsidRPr="00145753">
        <w:rPr>
          <w:rFonts w:ascii="Arial" w:hAnsi="Arial" w:cs="Arial"/>
        </w:rPr>
        <w:t>Akademi Kebidanan Betang Asi Raya yang telah memberikan ilmu dan dukungan selama proses perkuliahan.</w:t>
      </w:r>
    </w:p>
    <w:p w14:paraId="1BE16AEC" w14:textId="20C9B0A4" w:rsidR="00547B98" w:rsidRDefault="00FD4889" w:rsidP="00930749">
      <w:pPr>
        <w:numPr>
          <w:ilvl w:val="0"/>
          <w:numId w:val="12"/>
        </w:numPr>
        <w:tabs>
          <w:tab w:val="left" w:pos="1560"/>
        </w:tabs>
        <w:spacing w:line="360" w:lineRule="auto"/>
        <w:ind w:left="993" w:hanging="426"/>
        <w:jc w:val="both"/>
        <w:rPr>
          <w:rFonts w:ascii="Arial" w:hAnsi="Arial" w:cs="Arial"/>
        </w:rPr>
      </w:pPr>
      <w:r>
        <w:rPr>
          <w:rFonts w:ascii="Arial" w:hAnsi="Arial" w:cs="Arial"/>
          <w:lang w:val="en-US"/>
        </w:rPr>
        <w:t>Partner saya Syahri Ramadhan</w:t>
      </w:r>
      <w:r w:rsidR="00B34AB3" w:rsidRPr="00145753">
        <w:rPr>
          <w:rFonts w:ascii="Arial" w:hAnsi="Arial" w:cs="Arial"/>
        </w:rPr>
        <w:t xml:space="preserve"> yang selalu memberikan</w:t>
      </w:r>
      <w:r w:rsidR="00930749" w:rsidRPr="00145753">
        <w:rPr>
          <w:rFonts w:ascii="Arial" w:hAnsi="Arial" w:cs="Arial"/>
        </w:rPr>
        <w:t xml:space="preserve"> </w:t>
      </w:r>
      <w:r w:rsidR="00B34AB3" w:rsidRPr="00145753">
        <w:rPr>
          <w:rFonts w:ascii="Arial" w:hAnsi="Arial" w:cs="Arial"/>
        </w:rPr>
        <w:t>semangat, doa, dan dukungan secara moril maupun materil.</w:t>
      </w:r>
    </w:p>
    <w:p w14:paraId="5068021F" w14:textId="0F182438" w:rsidR="00930749" w:rsidRPr="00E67176" w:rsidRDefault="00E67176" w:rsidP="00E67176">
      <w:pPr>
        <w:numPr>
          <w:ilvl w:val="0"/>
          <w:numId w:val="12"/>
        </w:numPr>
        <w:tabs>
          <w:tab w:val="left" w:pos="1560"/>
        </w:tabs>
        <w:spacing w:line="360" w:lineRule="auto"/>
        <w:ind w:left="993" w:hanging="426"/>
        <w:jc w:val="both"/>
        <w:rPr>
          <w:rFonts w:ascii="Arial" w:hAnsi="Arial" w:cs="Arial"/>
        </w:rPr>
      </w:pPr>
      <w:r>
        <w:rPr>
          <w:rFonts w:ascii="Arial" w:hAnsi="Arial" w:cs="Arial"/>
          <w:lang w:val="en-US"/>
        </w:rPr>
        <w:t>Teman saya Angela yang menemani dan selalu mendukung saya</w:t>
      </w:r>
    </w:p>
    <w:p w14:paraId="31CFA9D7" w14:textId="5E9C9C02" w:rsidR="00547B98" w:rsidRPr="00145753" w:rsidRDefault="0027081F" w:rsidP="005F376F">
      <w:pPr>
        <w:spacing w:line="360" w:lineRule="auto"/>
        <w:ind w:left="568" w:firstLine="568"/>
        <w:jc w:val="both"/>
        <w:rPr>
          <w:rFonts w:ascii="Arial" w:hAnsi="Arial" w:cs="Arial"/>
        </w:rPr>
      </w:pPr>
      <w:r w:rsidRPr="00145753">
        <w:rPr>
          <w:rFonts w:ascii="Arial" w:hAnsi="Arial" w:cs="Arial"/>
        </w:rPr>
        <w:t xml:space="preserve">Penulis menyadari bahwa </w:t>
      </w:r>
      <w:r w:rsidR="00FD4889">
        <w:rPr>
          <w:rFonts w:ascii="Arial" w:hAnsi="Arial" w:cs="Arial"/>
          <w:lang w:val="en-US"/>
        </w:rPr>
        <w:t>karya tulis ilmiah</w:t>
      </w:r>
      <w:r w:rsidRPr="00145753">
        <w:rPr>
          <w:rFonts w:ascii="Arial" w:hAnsi="Arial" w:cs="Arial"/>
        </w:rPr>
        <w:t xml:space="preserve"> ini masih jauh dari sempurna. Oleh karena itu, saran dan kritik yang membangun sangat penulis harapkan untuk penyempurnaan </w:t>
      </w:r>
      <w:r w:rsidR="00FD4889">
        <w:rPr>
          <w:rFonts w:ascii="Arial" w:hAnsi="Arial" w:cs="Arial"/>
          <w:lang w:val="en-US"/>
        </w:rPr>
        <w:t>karya tulis ilmiah</w:t>
      </w:r>
      <w:r w:rsidRPr="00145753">
        <w:rPr>
          <w:rFonts w:ascii="Arial" w:hAnsi="Arial" w:cs="Arial"/>
        </w:rPr>
        <w:t xml:space="preserve"> ini</w:t>
      </w:r>
      <w:r w:rsidR="00B34AB3" w:rsidRPr="00145753">
        <w:rPr>
          <w:rFonts w:ascii="Arial" w:hAnsi="Arial" w:cs="Arial"/>
        </w:rPr>
        <w:t xml:space="preserve">. </w:t>
      </w:r>
      <w:r w:rsidRPr="00145753">
        <w:rPr>
          <w:rFonts w:ascii="Arial" w:hAnsi="Arial" w:cs="Arial"/>
        </w:rPr>
        <w:t xml:space="preserve">Penulis menyadari bahwa penulisan </w:t>
      </w:r>
      <w:r w:rsidR="00FD4889">
        <w:rPr>
          <w:rFonts w:ascii="Arial" w:hAnsi="Arial" w:cs="Arial"/>
          <w:lang w:val="en-US"/>
        </w:rPr>
        <w:t>karya tulis ilmiah</w:t>
      </w:r>
      <w:r w:rsidRPr="00145753">
        <w:rPr>
          <w:rFonts w:ascii="Arial" w:hAnsi="Arial" w:cs="Arial"/>
          <w:spacing w:val="40"/>
        </w:rPr>
        <w:t xml:space="preserve"> </w:t>
      </w:r>
      <w:r w:rsidRPr="00145753">
        <w:rPr>
          <w:rFonts w:ascii="Arial" w:hAnsi="Arial" w:cs="Arial"/>
        </w:rPr>
        <w:t xml:space="preserve">ini masih jauh dari sempurna, oleh karena itu kritik dan saran yang bersifat membangun sangat penulis harapkan demi </w:t>
      </w:r>
      <w:r w:rsidRPr="00145753">
        <w:rPr>
          <w:rFonts w:ascii="Arial" w:hAnsi="Arial" w:cs="Arial"/>
        </w:rPr>
        <w:lastRenderedPageBreak/>
        <w:t xml:space="preserve">kelengkapan </w:t>
      </w:r>
      <w:r w:rsidR="00FD4889">
        <w:rPr>
          <w:rFonts w:ascii="Arial" w:hAnsi="Arial" w:cs="Arial"/>
          <w:lang w:val="en-US"/>
        </w:rPr>
        <w:t>karya tulis ilmiah</w:t>
      </w:r>
      <w:r w:rsidRPr="00145753">
        <w:rPr>
          <w:rFonts w:ascii="Arial" w:hAnsi="Arial" w:cs="Arial"/>
          <w:spacing w:val="40"/>
        </w:rPr>
        <w:t xml:space="preserve"> </w:t>
      </w:r>
      <w:r w:rsidRPr="00145753">
        <w:rPr>
          <w:rFonts w:ascii="Arial" w:hAnsi="Arial" w:cs="Arial"/>
        </w:rPr>
        <w:t xml:space="preserve">ini. Dan penulis berharap </w:t>
      </w:r>
      <w:r w:rsidR="00FD4889">
        <w:rPr>
          <w:rFonts w:ascii="Arial" w:hAnsi="Arial" w:cs="Arial"/>
          <w:lang w:val="en-US"/>
        </w:rPr>
        <w:t>karya tulis ilmiah</w:t>
      </w:r>
      <w:r w:rsidRPr="00145753">
        <w:rPr>
          <w:rFonts w:ascii="Arial" w:hAnsi="Arial" w:cs="Arial"/>
        </w:rPr>
        <w:t xml:space="preserve"> ini mampu menjadi salah satu bahan bacaan untuk acuan pembuatan </w:t>
      </w:r>
      <w:r w:rsidR="00FD4889">
        <w:rPr>
          <w:rFonts w:ascii="Arial" w:hAnsi="Arial" w:cs="Arial"/>
          <w:lang w:val="en-US"/>
        </w:rPr>
        <w:t>karya tulis ilmiah</w:t>
      </w:r>
      <w:r w:rsidRPr="00145753">
        <w:rPr>
          <w:rFonts w:ascii="Arial" w:hAnsi="Arial" w:cs="Arial"/>
          <w:spacing w:val="40"/>
        </w:rPr>
        <w:t xml:space="preserve"> </w:t>
      </w:r>
      <w:r w:rsidRPr="00145753">
        <w:rPr>
          <w:rFonts w:ascii="Arial" w:hAnsi="Arial" w:cs="Arial"/>
        </w:rPr>
        <w:t>selanjutnya agar menjadi lebih baik.</w:t>
      </w:r>
    </w:p>
    <w:p w14:paraId="06B3693D" w14:textId="77777777" w:rsidR="00547B98" w:rsidRPr="00145753" w:rsidRDefault="00547B98" w:rsidP="005F376F">
      <w:pPr>
        <w:spacing w:before="163"/>
        <w:rPr>
          <w:rFonts w:ascii="Arial" w:hAnsi="Arial" w:cs="Arial"/>
        </w:rPr>
      </w:pPr>
    </w:p>
    <w:p w14:paraId="2BD8EB41" w14:textId="1F29185E" w:rsidR="00547B98" w:rsidRPr="00145753" w:rsidRDefault="0027081F" w:rsidP="00AF0A9E">
      <w:pPr>
        <w:tabs>
          <w:tab w:val="left" w:pos="7240"/>
        </w:tabs>
        <w:spacing w:before="1"/>
        <w:ind w:left="5387" w:hanging="851"/>
        <w:rPr>
          <w:rFonts w:ascii="Arial" w:hAnsi="Arial" w:cs="Arial"/>
        </w:rPr>
      </w:pPr>
      <w:r w:rsidRPr="00145753">
        <w:rPr>
          <w:rFonts w:ascii="Arial" w:hAnsi="Arial" w:cs="Arial"/>
        </w:rPr>
        <w:t>Pelangka</w:t>
      </w:r>
      <w:r w:rsidRPr="00145753">
        <w:rPr>
          <w:rFonts w:ascii="Arial" w:hAnsi="Arial" w:cs="Arial"/>
          <w:spacing w:val="-2"/>
        </w:rPr>
        <w:t xml:space="preserve"> Raya</w:t>
      </w:r>
      <w:r w:rsidR="00AF0A9E">
        <w:rPr>
          <w:rFonts w:ascii="Arial" w:hAnsi="Arial" w:cs="Arial"/>
          <w:spacing w:val="-2"/>
          <w:lang w:val="en-US"/>
        </w:rPr>
        <w:t xml:space="preserve">, </w:t>
      </w:r>
      <w:r w:rsidR="00AF0A9E">
        <w:rPr>
          <w:rFonts w:ascii="Arial" w:hAnsi="Arial" w:cs="Arial"/>
          <w:lang w:val="en-US"/>
        </w:rPr>
        <w:t xml:space="preserve">24 Oktober\ </w:t>
      </w:r>
      <w:r w:rsidRPr="00145753">
        <w:rPr>
          <w:rFonts w:ascii="Arial" w:hAnsi="Arial" w:cs="Arial"/>
          <w:spacing w:val="-4"/>
        </w:rPr>
        <w:t>2025</w:t>
      </w:r>
    </w:p>
    <w:p w14:paraId="3BC5E8E4" w14:textId="77777777" w:rsidR="00547B98" w:rsidRPr="00145753" w:rsidRDefault="0027081F" w:rsidP="005F376F">
      <w:pPr>
        <w:spacing w:before="123"/>
        <w:ind w:left="4957"/>
        <w:rPr>
          <w:rFonts w:ascii="Arial" w:hAnsi="Arial" w:cs="Arial"/>
        </w:rPr>
      </w:pPr>
      <w:r w:rsidRPr="00145753">
        <w:rPr>
          <w:rFonts w:ascii="Arial" w:hAnsi="Arial" w:cs="Arial"/>
          <w:spacing w:val="-2"/>
        </w:rPr>
        <w:t>Penulis</w:t>
      </w:r>
    </w:p>
    <w:p w14:paraId="32844939" w14:textId="77777777" w:rsidR="00547B98" w:rsidRPr="00145753" w:rsidRDefault="00547B98" w:rsidP="005F376F">
      <w:pPr>
        <w:rPr>
          <w:rFonts w:ascii="Arial" w:hAnsi="Arial" w:cs="Arial"/>
        </w:rPr>
      </w:pPr>
    </w:p>
    <w:p w14:paraId="17F9D3BF" w14:textId="77777777" w:rsidR="00547B98" w:rsidRPr="00145753" w:rsidRDefault="00547B98" w:rsidP="005F376F">
      <w:pPr>
        <w:rPr>
          <w:rFonts w:ascii="Arial" w:hAnsi="Arial" w:cs="Arial"/>
        </w:rPr>
      </w:pPr>
    </w:p>
    <w:p w14:paraId="663CF72A" w14:textId="77777777" w:rsidR="00547B98" w:rsidRPr="00145753" w:rsidRDefault="00547B98" w:rsidP="005F376F">
      <w:pPr>
        <w:rPr>
          <w:rFonts w:ascii="Arial" w:hAnsi="Arial" w:cs="Arial"/>
        </w:rPr>
      </w:pPr>
    </w:p>
    <w:p w14:paraId="4BE2E99D" w14:textId="77777777" w:rsidR="00547B98" w:rsidRPr="00145753" w:rsidRDefault="00547B98" w:rsidP="005F376F">
      <w:pPr>
        <w:rPr>
          <w:rFonts w:ascii="Arial" w:hAnsi="Arial" w:cs="Arial"/>
        </w:rPr>
      </w:pPr>
    </w:p>
    <w:p w14:paraId="5B290054" w14:textId="77777777" w:rsidR="00547B98" w:rsidRPr="00145753" w:rsidRDefault="00547B98" w:rsidP="005F376F">
      <w:pPr>
        <w:spacing w:before="2"/>
        <w:rPr>
          <w:rFonts w:ascii="Arial" w:hAnsi="Arial" w:cs="Arial"/>
        </w:rPr>
      </w:pPr>
    </w:p>
    <w:p w14:paraId="4EFE7D9E" w14:textId="77777777" w:rsidR="00547B98" w:rsidRPr="00145753" w:rsidRDefault="0027081F" w:rsidP="005F376F">
      <w:pPr>
        <w:ind w:left="4957"/>
        <w:rPr>
          <w:rFonts w:ascii="Arial" w:hAnsi="Arial" w:cs="Arial"/>
        </w:rPr>
      </w:pPr>
      <w:r w:rsidRPr="00145753">
        <w:rPr>
          <w:rFonts w:ascii="Arial" w:hAnsi="Arial" w:cs="Arial"/>
          <w:spacing w:val="-2"/>
        </w:rPr>
        <w:t>WINANDA</w:t>
      </w:r>
    </w:p>
    <w:p w14:paraId="1425EDD8" w14:textId="77777777" w:rsidR="00547B98" w:rsidRPr="00145753" w:rsidRDefault="0027081F" w:rsidP="005F376F">
      <w:pPr>
        <w:spacing w:before="128"/>
        <w:ind w:left="4957"/>
        <w:rPr>
          <w:rFonts w:ascii="Arial" w:hAnsi="Arial" w:cs="Arial"/>
        </w:rPr>
      </w:pPr>
      <w:r w:rsidRPr="00145753">
        <w:rPr>
          <w:rFonts w:ascii="Arial" w:hAnsi="Arial" w:cs="Arial"/>
        </w:rPr>
        <w:t>NIM</w:t>
      </w:r>
      <w:r w:rsidRPr="00145753">
        <w:rPr>
          <w:rFonts w:ascii="Arial" w:hAnsi="Arial" w:cs="Arial"/>
          <w:spacing w:val="-8"/>
        </w:rPr>
        <w:t xml:space="preserve"> </w:t>
      </w:r>
      <w:r w:rsidRPr="00145753">
        <w:rPr>
          <w:rFonts w:ascii="Arial" w:hAnsi="Arial" w:cs="Arial"/>
          <w:spacing w:val="-2"/>
        </w:rPr>
        <w:t>111407622033</w:t>
      </w:r>
    </w:p>
    <w:p w14:paraId="0E2229F9" w14:textId="77777777" w:rsidR="00547B98" w:rsidRPr="00145753" w:rsidRDefault="00547B98" w:rsidP="005F376F">
      <w:pPr>
        <w:rPr>
          <w:rFonts w:ascii="Arial" w:hAnsi="Arial" w:cs="Arial"/>
        </w:rPr>
      </w:pPr>
    </w:p>
    <w:p w14:paraId="4FB0F944" w14:textId="77777777" w:rsidR="00547B98" w:rsidRPr="00145753" w:rsidRDefault="00547B98" w:rsidP="005F376F">
      <w:pPr>
        <w:rPr>
          <w:rFonts w:ascii="Arial" w:hAnsi="Arial" w:cs="Arial"/>
        </w:rPr>
      </w:pPr>
    </w:p>
    <w:p w14:paraId="53578E4D" w14:textId="77777777" w:rsidR="00547B98" w:rsidRPr="00145753" w:rsidRDefault="00547B98" w:rsidP="005F376F">
      <w:pPr>
        <w:rPr>
          <w:rFonts w:ascii="Arial" w:hAnsi="Arial" w:cs="Arial"/>
        </w:rPr>
      </w:pPr>
    </w:p>
    <w:p w14:paraId="60FB0FB0" w14:textId="77777777" w:rsidR="00547B98" w:rsidRPr="00145753" w:rsidRDefault="00547B98" w:rsidP="005F376F">
      <w:pPr>
        <w:rPr>
          <w:rFonts w:ascii="Arial" w:hAnsi="Arial" w:cs="Arial"/>
        </w:rPr>
      </w:pPr>
    </w:p>
    <w:p w14:paraId="1A95CC79" w14:textId="77777777" w:rsidR="00547B98" w:rsidRPr="00145753" w:rsidRDefault="00547B98" w:rsidP="005F376F">
      <w:pPr>
        <w:rPr>
          <w:rFonts w:ascii="Arial" w:hAnsi="Arial" w:cs="Arial"/>
        </w:rPr>
      </w:pPr>
    </w:p>
    <w:p w14:paraId="7FD20942" w14:textId="77777777" w:rsidR="00547B98" w:rsidRPr="00145753" w:rsidRDefault="00547B98" w:rsidP="005F376F">
      <w:pPr>
        <w:rPr>
          <w:rFonts w:ascii="Arial" w:hAnsi="Arial" w:cs="Arial"/>
        </w:rPr>
      </w:pPr>
    </w:p>
    <w:p w14:paraId="37BA17DF" w14:textId="77777777" w:rsidR="00547B98" w:rsidRPr="00145753" w:rsidRDefault="00547B98" w:rsidP="005F376F">
      <w:pPr>
        <w:rPr>
          <w:rFonts w:ascii="Arial" w:hAnsi="Arial" w:cs="Arial"/>
        </w:rPr>
      </w:pPr>
    </w:p>
    <w:p w14:paraId="4C94647F" w14:textId="77777777" w:rsidR="00930749" w:rsidRPr="00145753" w:rsidRDefault="00930749" w:rsidP="005F376F">
      <w:pPr>
        <w:rPr>
          <w:rFonts w:ascii="Arial" w:hAnsi="Arial" w:cs="Arial"/>
        </w:rPr>
      </w:pPr>
    </w:p>
    <w:p w14:paraId="7BA32811" w14:textId="77777777" w:rsidR="00930749" w:rsidRPr="00145753" w:rsidRDefault="00930749" w:rsidP="005F376F">
      <w:pPr>
        <w:rPr>
          <w:rFonts w:ascii="Arial" w:hAnsi="Arial" w:cs="Arial"/>
        </w:rPr>
      </w:pPr>
    </w:p>
    <w:p w14:paraId="1D11EBA9" w14:textId="77777777" w:rsidR="00930749" w:rsidRPr="00145753" w:rsidRDefault="00930749" w:rsidP="005F376F">
      <w:pPr>
        <w:rPr>
          <w:rFonts w:ascii="Arial" w:hAnsi="Arial" w:cs="Arial"/>
        </w:rPr>
      </w:pPr>
    </w:p>
    <w:p w14:paraId="03751F85" w14:textId="77777777" w:rsidR="00930749" w:rsidRPr="00145753" w:rsidRDefault="00930749" w:rsidP="005F376F">
      <w:pPr>
        <w:rPr>
          <w:rFonts w:ascii="Arial" w:hAnsi="Arial" w:cs="Arial"/>
        </w:rPr>
      </w:pPr>
    </w:p>
    <w:p w14:paraId="1BB04959" w14:textId="77777777" w:rsidR="00930749" w:rsidRPr="00145753" w:rsidRDefault="00930749" w:rsidP="005F376F">
      <w:pPr>
        <w:rPr>
          <w:rFonts w:ascii="Arial" w:hAnsi="Arial" w:cs="Arial"/>
        </w:rPr>
      </w:pPr>
    </w:p>
    <w:p w14:paraId="2A79560E" w14:textId="77777777" w:rsidR="00930749" w:rsidRPr="00145753" w:rsidRDefault="00930749" w:rsidP="005F376F">
      <w:pPr>
        <w:rPr>
          <w:rFonts w:ascii="Arial" w:hAnsi="Arial" w:cs="Arial"/>
        </w:rPr>
      </w:pPr>
    </w:p>
    <w:p w14:paraId="3D167F3F" w14:textId="77777777" w:rsidR="00930749" w:rsidRPr="00145753" w:rsidRDefault="00930749" w:rsidP="005F376F">
      <w:pPr>
        <w:rPr>
          <w:rFonts w:ascii="Arial" w:hAnsi="Arial" w:cs="Arial"/>
        </w:rPr>
      </w:pPr>
    </w:p>
    <w:p w14:paraId="1587A049" w14:textId="77777777" w:rsidR="00930749" w:rsidRPr="00145753" w:rsidRDefault="00930749" w:rsidP="005F376F">
      <w:pPr>
        <w:rPr>
          <w:rFonts w:ascii="Arial" w:hAnsi="Arial" w:cs="Arial"/>
        </w:rPr>
      </w:pPr>
    </w:p>
    <w:p w14:paraId="61B6CFD8" w14:textId="77777777" w:rsidR="00930749" w:rsidRPr="00145753" w:rsidRDefault="00930749" w:rsidP="005F376F">
      <w:pPr>
        <w:rPr>
          <w:rFonts w:ascii="Arial" w:hAnsi="Arial" w:cs="Arial"/>
        </w:rPr>
      </w:pPr>
    </w:p>
    <w:p w14:paraId="1492454F" w14:textId="77777777" w:rsidR="00930749" w:rsidRPr="00145753" w:rsidRDefault="00930749" w:rsidP="005F376F">
      <w:pPr>
        <w:rPr>
          <w:rFonts w:ascii="Arial" w:hAnsi="Arial" w:cs="Arial"/>
        </w:rPr>
      </w:pPr>
    </w:p>
    <w:p w14:paraId="7E4887CD" w14:textId="77777777" w:rsidR="00930749" w:rsidRPr="00145753" w:rsidRDefault="00930749" w:rsidP="005F376F">
      <w:pPr>
        <w:rPr>
          <w:rFonts w:ascii="Arial" w:hAnsi="Arial" w:cs="Arial"/>
        </w:rPr>
      </w:pPr>
    </w:p>
    <w:p w14:paraId="63AD8D51" w14:textId="77777777" w:rsidR="00930749" w:rsidRPr="00145753" w:rsidRDefault="00930749" w:rsidP="005F376F">
      <w:pPr>
        <w:rPr>
          <w:rFonts w:ascii="Arial" w:hAnsi="Arial" w:cs="Arial"/>
        </w:rPr>
      </w:pPr>
    </w:p>
    <w:p w14:paraId="41C7ACD9" w14:textId="77777777" w:rsidR="00930749" w:rsidRPr="00145753" w:rsidRDefault="00930749" w:rsidP="005F376F">
      <w:pPr>
        <w:rPr>
          <w:rFonts w:ascii="Arial" w:hAnsi="Arial" w:cs="Arial"/>
        </w:rPr>
      </w:pPr>
    </w:p>
    <w:p w14:paraId="1901B98C" w14:textId="77777777" w:rsidR="00930749" w:rsidRPr="00145753" w:rsidRDefault="00930749" w:rsidP="005F376F">
      <w:pPr>
        <w:rPr>
          <w:rFonts w:ascii="Arial" w:hAnsi="Arial" w:cs="Arial"/>
        </w:rPr>
      </w:pPr>
    </w:p>
    <w:p w14:paraId="698898D4" w14:textId="77777777" w:rsidR="00930749" w:rsidRPr="00145753" w:rsidRDefault="00930749" w:rsidP="005F376F">
      <w:pPr>
        <w:rPr>
          <w:rFonts w:ascii="Arial" w:hAnsi="Arial" w:cs="Arial"/>
        </w:rPr>
      </w:pPr>
    </w:p>
    <w:p w14:paraId="39847C3E" w14:textId="77777777" w:rsidR="00930749" w:rsidRPr="00145753" w:rsidRDefault="00930749" w:rsidP="005F376F">
      <w:pPr>
        <w:rPr>
          <w:rFonts w:ascii="Arial" w:hAnsi="Arial" w:cs="Arial"/>
        </w:rPr>
      </w:pPr>
    </w:p>
    <w:p w14:paraId="39961FDF" w14:textId="77777777" w:rsidR="00930749" w:rsidRPr="00145753" w:rsidRDefault="00930749" w:rsidP="005F376F">
      <w:pPr>
        <w:rPr>
          <w:rFonts w:ascii="Arial" w:hAnsi="Arial" w:cs="Arial"/>
        </w:rPr>
      </w:pPr>
    </w:p>
    <w:p w14:paraId="024370FF" w14:textId="77777777" w:rsidR="00930749" w:rsidRPr="00145753" w:rsidRDefault="00930749" w:rsidP="005F376F">
      <w:pPr>
        <w:rPr>
          <w:rFonts w:ascii="Arial" w:hAnsi="Arial" w:cs="Arial"/>
        </w:rPr>
      </w:pPr>
    </w:p>
    <w:p w14:paraId="2CC99262" w14:textId="77777777" w:rsidR="00930749" w:rsidRPr="00145753" w:rsidRDefault="00930749" w:rsidP="005F376F">
      <w:pPr>
        <w:rPr>
          <w:rFonts w:ascii="Arial" w:hAnsi="Arial" w:cs="Arial"/>
        </w:rPr>
      </w:pPr>
    </w:p>
    <w:p w14:paraId="70350DBE" w14:textId="77777777" w:rsidR="00930749" w:rsidRPr="00145753" w:rsidRDefault="00930749" w:rsidP="005F376F">
      <w:pPr>
        <w:rPr>
          <w:rFonts w:ascii="Arial" w:hAnsi="Arial" w:cs="Arial"/>
        </w:rPr>
      </w:pPr>
    </w:p>
    <w:p w14:paraId="15E44946" w14:textId="77777777" w:rsidR="00930749" w:rsidRPr="00145753" w:rsidRDefault="00930749" w:rsidP="005F376F">
      <w:pPr>
        <w:rPr>
          <w:rFonts w:ascii="Arial" w:hAnsi="Arial" w:cs="Arial"/>
        </w:rPr>
      </w:pPr>
    </w:p>
    <w:p w14:paraId="13BC0405" w14:textId="77777777" w:rsidR="00930749" w:rsidRPr="00145753" w:rsidRDefault="00930749" w:rsidP="005F376F">
      <w:pPr>
        <w:rPr>
          <w:rFonts w:ascii="Arial" w:hAnsi="Arial" w:cs="Arial"/>
        </w:rPr>
      </w:pPr>
    </w:p>
    <w:p w14:paraId="36B44486" w14:textId="77777777" w:rsidR="00930749" w:rsidRPr="00145753" w:rsidRDefault="00930749" w:rsidP="005F376F">
      <w:pPr>
        <w:rPr>
          <w:rFonts w:ascii="Arial" w:hAnsi="Arial" w:cs="Arial"/>
        </w:rPr>
      </w:pPr>
    </w:p>
    <w:p w14:paraId="1DFDA771" w14:textId="77777777" w:rsidR="00930749" w:rsidRPr="00145753" w:rsidRDefault="00930749" w:rsidP="005F376F">
      <w:pPr>
        <w:rPr>
          <w:rFonts w:ascii="Arial" w:hAnsi="Arial" w:cs="Arial"/>
        </w:rPr>
      </w:pPr>
    </w:p>
    <w:p w14:paraId="454FBB1C" w14:textId="77777777" w:rsidR="00930749" w:rsidRPr="00145753" w:rsidRDefault="00930749" w:rsidP="005F376F">
      <w:pPr>
        <w:rPr>
          <w:rFonts w:ascii="Arial" w:hAnsi="Arial" w:cs="Arial"/>
        </w:rPr>
      </w:pPr>
    </w:p>
    <w:p w14:paraId="46B7E7DD" w14:textId="77777777" w:rsidR="00930749" w:rsidRPr="00145753" w:rsidRDefault="00930749" w:rsidP="005F376F">
      <w:pPr>
        <w:rPr>
          <w:rFonts w:ascii="Arial" w:hAnsi="Arial" w:cs="Arial"/>
        </w:rPr>
      </w:pPr>
    </w:p>
    <w:p w14:paraId="547041FF" w14:textId="77777777" w:rsidR="00930749" w:rsidRPr="00145753" w:rsidRDefault="00930749" w:rsidP="005F376F">
      <w:pPr>
        <w:rPr>
          <w:rFonts w:ascii="Arial" w:hAnsi="Arial" w:cs="Arial"/>
        </w:rPr>
      </w:pPr>
    </w:p>
    <w:p w14:paraId="3721772B" w14:textId="30E078C8" w:rsidR="00DE3D27" w:rsidRDefault="00DE3D27" w:rsidP="00DE3D27">
      <w:pPr>
        <w:pStyle w:val="Heading1"/>
        <w:spacing w:before="75"/>
        <w:ind w:left="0" w:right="360"/>
        <w:rPr>
          <w:lang w:val="en-US"/>
        </w:rPr>
      </w:pPr>
    </w:p>
    <w:p w14:paraId="11328A90" w14:textId="5AFA66A4" w:rsidR="002001E5" w:rsidRPr="00BE3EB1" w:rsidRDefault="00BE3EB1" w:rsidP="002001E5">
      <w:pPr>
        <w:spacing w:line="360" w:lineRule="auto"/>
        <w:ind w:left="-284" w:right="-421"/>
        <w:jc w:val="center"/>
        <w:rPr>
          <w:rFonts w:ascii="Arial" w:hAnsi="Arial" w:cs="Arial"/>
          <w:b/>
          <w:sz w:val="24"/>
          <w:szCs w:val="24"/>
          <w:lang w:val="en-US"/>
        </w:rPr>
      </w:pPr>
      <w:r w:rsidRPr="00BE3EB1">
        <w:rPr>
          <w:rFonts w:ascii="Arial" w:hAnsi="Arial" w:cs="Arial"/>
          <w:b/>
          <w:sz w:val="24"/>
          <w:szCs w:val="24"/>
        </w:rPr>
        <w:t>Gambaran Dukungan Keluarga Terhadap Pemberian</w:t>
      </w:r>
      <w:r w:rsidRPr="00BE3EB1">
        <w:rPr>
          <w:rFonts w:ascii="Arial" w:hAnsi="Arial" w:cs="Arial"/>
          <w:b/>
          <w:spacing w:val="-11"/>
          <w:sz w:val="24"/>
          <w:szCs w:val="24"/>
        </w:rPr>
        <w:t xml:space="preserve"> </w:t>
      </w:r>
      <w:r w:rsidRPr="00BE3EB1">
        <w:rPr>
          <w:rFonts w:ascii="Arial" w:hAnsi="Arial" w:cs="Arial"/>
          <w:b/>
          <w:sz w:val="24"/>
          <w:szCs w:val="24"/>
        </w:rPr>
        <w:t>Asi</w:t>
      </w:r>
      <w:r w:rsidRPr="00BE3EB1">
        <w:rPr>
          <w:rFonts w:ascii="Arial" w:hAnsi="Arial" w:cs="Arial"/>
          <w:b/>
          <w:spacing w:val="-3"/>
          <w:sz w:val="24"/>
          <w:szCs w:val="24"/>
        </w:rPr>
        <w:t xml:space="preserve"> </w:t>
      </w:r>
      <w:r w:rsidRPr="00BE3EB1">
        <w:rPr>
          <w:rFonts w:ascii="Arial" w:hAnsi="Arial" w:cs="Arial"/>
          <w:b/>
          <w:sz w:val="24"/>
          <w:szCs w:val="24"/>
        </w:rPr>
        <w:t xml:space="preserve">Eksklusif </w:t>
      </w:r>
      <w:r w:rsidRPr="00BE3EB1">
        <w:rPr>
          <w:rFonts w:ascii="Arial" w:hAnsi="Arial" w:cs="Arial"/>
          <w:b/>
          <w:spacing w:val="-2"/>
          <w:sz w:val="24"/>
          <w:szCs w:val="24"/>
        </w:rPr>
        <w:t>Di</w:t>
      </w:r>
      <w:r w:rsidRPr="00BE3EB1">
        <w:rPr>
          <w:rFonts w:ascii="Arial" w:hAnsi="Arial" w:cs="Arial"/>
          <w:b/>
          <w:spacing w:val="-18"/>
          <w:sz w:val="24"/>
          <w:szCs w:val="24"/>
        </w:rPr>
        <w:t xml:space="preserve"> </w:t>
      </w:r>
      <w:r w:rsidRPr="00BE3EB1">
        <w:rPr>
          <w:rFonts w:ascii="Arial" w:hAnsi="Arial" w:cs="Arial"/>
          <w:b/>
          <w:spacing w:val="-2"/>
          <w:sz w:val="24"/>
          <w:szCs w:val="24"/>
        </w:rPr>
        <w:t>Wilayah</w:t>
      </w:r>
      <w:r w:rsidRPr="00BE3EB1">
        <w:rPr>
          <w:rFonts w:ascii="Arial" w:hAnsi="Arial" w:cs="Arial"/>
          <w:b/>
          <w:spacing w:val="-17"/>
          <w:sz w:val="24"/>
          <w:szCs w:val="24"/>
        </w:rPr>
        <w:t xml:space="preserve"> </w:t>
      </w:r>
      <w:r w:rsidRPr="00BE3EB1">
        <w:rPr>
          <w:rFonts w:ascii="Arial" w:hAnsi="Arial" w:cs="Arial"/>
          <w:b/>
          <w:spacing w:val="-2"/>
          <w:sz w:val="24"/>
          <w:szCs w:val="24"/>
        </w:rPr>
        <w:t>Kerja</w:t>
      </w:r>
      <w:r w:rsidRPr="00BE3EB1">
        <w:rPr>
          <w:rFonts w:ascii="Arial" w:hAnsi="Arial" w:cs="Arial"/>
          <w:b/>
          <w:spacing w:val="-18"/>
          <w:sz w:val="24"/>
          <w:szCs w:val="24"/>
        </w:rPr>
        <w:t xml:space="preserve"> </w:t>
      </w:r>
      <w:r w:rsidRPr="00BE3EB1">
        <w:rPr>
          <w:rFonts w:ascii="Arial" w:hAnsi="Arial" w:cs="Arial"/>
          <w:b/>
          <w:spacing w:val="-2"/>
          <w:sz w:val="24"/>
          <w:szCs w:val="24"/>
        </w:rPr>
        <w:t>Puskesmas</w:t>
      </w:r>
      <w:r w:rsidRPr="00BE3EB1">
        <w:rPr>
          <w:rFonts w:ascii="Arial" w:hAnsi="Arial" w:cs="Arial"/>
          <w:b/>
          <w:spacing w:val="-17"/>
          <w:sz w:val="24"/>
          <w:szCs w:val="24"/>
        </w:rPr>
        <w:t xml:space="preserve"> </w:t>
      </w:r>
      <w:r w:rsidRPr="00BE3EB1">
        <w:rPr>
          <w:rFonts w:ascii="Arial" w:hAnsi="Arial" w:cs="Arial"/>
          <w:b/>
          <w:spacing w:val="-2"/>
          <w:sz w:val="24"/>
          <w:szCs w:val="24"/>
        </w:rPr>
        <w:t>Kayon</w:t>
      </w:r>
      <w:r w:rsidRPr="00BE3EB1">
        <w:rPr>
          <w:rFonts w:ascii="Arial" w:hAnsi="Arial" w:cs="Arial"/>
          <w:b/>
          <w:spacing w:val="-2"/>
          <w:sz w:val="24"/>
          <w:szCs w:val="24"/>
          <w:lang w:val="en-US"/>
        </w:rPr>
        <w:t xml:space="preserve"> </w:t>
      </w:r>
      <w:r w:rsidRPr="00BE3EB1">
        <w:rPr>
          <w:rFonts w:ascii="Arial" w:hAnsi="Arial" w:cs="Arial"/>
          <w:b/>
          <w:sz w:val="24"/>
          <w:szCs w:val="24"/>
        </w:rPr>
        <w:t>Palangka Raya</w:t>
      </w:r>
      <w:r w:rsidRPr="00BE3EB1">
        <w:rPr>
          <w:rFonts w:ascii="Arial" w:hAnsi="Arial" w:cs="Arial"/>
          <w:b/>
          <w:sz w:val="24"/>
          <w:szCs w:val="24"/>
          <w:lang w:val="en-US"/>
        </w:rPr>
        <w:t xml:space="preserve"> Tahun 2025</w:t>
      </w:r>
    </w:p>
    <w:p w14:paraId="6CB45F11" w14:textId="77777777" w:rsidR="002001E5" w:rsidRDefault="002001E5" w:rsidP="00BE3EB1">
      <w:pPr>
        <w:spacing w:line="360" w:lineRule="auto"/>
        <w:ind w:left="-284" w:right="-421"/>
        <w:jc w:val="center"/>
        <w:rPr>
          <w:rFonts w:ascii="Arial" w:hAnsi="Arial" w:cs="Arial"/>
          <w:b/>
          <w:bCs/>
          <w:sz w:val="24"/>
          <w:szCs w:val="24"/>
          <w:lang w:val="en-US"/>
        </w:rPr>
      </w:pPr>
    </w:p>
    <w:p w14:paraId="021A38F8" w14:textId="5340817C" w:rsidR="00BE3EB1" w:rsidRPr="002001E5" w:rsidRDefault="00BE3EB1" w:rsidP="00BE3EB1">
      <w:pPr>
        <w:spacing w:line="360" w:lineRule="auto"/>
        <w:ind w:left="-284" w:right="-421"/>
        <w:jc w:val="center"/>
        <w:rPr>
          <w:rFonts w:ascii="Arial" w:hAnsi="Arial" w:cs="Arial"/>
          <w:b/>
          <w:bCs/>
          <w:sz w:val="24"/>
          <w:szCs w:val="24"/>
          <w:lang w:val="en-US"/>
        </w:rPr>
      </w:pPr>
      <w:r w:rsidRPr="002001E5">
        <w:rPr>
          <w:rFonts w:ascii="Arial" w:hAnsi="Arial" w:cs="Arial"/>
          <w:b/>
          <w:bCs/>
          <w:sz w:val="24"/>
          <w:szCs w:val="24"/>
          <w:lang w:val="en-US"/>
        </w:rPr>
        <w:t>Winanda</w:t>
      </w:r>
      <w:r w:rsidRPr="002001E5">
        <w:rPr>
          <w:rFonts w:ascii="Arial" w:hAnsi="Arial" w:cs="Arial"/>
          <w:b/>
          <w:bCs/>
          <w:sz w:val="24"/>
          <w:szCs w:val="24"/>
        </w:rPr>
        <w:t>¹Fitriani Ningsih²Evie Trihartiningsih³</w:t>
      </w:r>
      <w:r w:rsidRPr="002001E5">
        <w:rPr>
          <w:rFonts w:ascii="Arial" w:hAnsi="Arial" w:cs="Arial"/>
          <w:b/>
          <w:bCs/>
          <w:sz w:val="24"/>
          <w:szCs w:val="24"/>
          <w:lang w:val="en-US"/>
        </w:rPr>
        <w:t>Dian Purnama Putri</w:t>
      </w:r>
    </w:p>
    <w:p w14:paraId="36C6A0F1" w14:textId="77777777" w:rsidR="00BE3EB1" w:rsidRPr="002001E5" w:rsidRDefault="00BE3EB1" w:rsidP="00BE3EB1">
      <w:pPr>
        <w:pStyle w:val="BodyText"/>
        <w:spacing w:line="360" w:lineRule="auto"/>
        <w:jc w:val="center"/>
        <w:rPr>
          <w:rFonts w:ascii="Arial" w:hAnsi="Arial" w:cs="Arial"/>
          <w:b/>
          <w:bCs/>
          <w:sz w:val="24"/>
          <w:szCs w:val="24"/>
        </w:rPr>
      </w:pPr>
      <w:r w:rsidRPr="002001E5">
        <w:rPr>
          <w:rFonts w:ascii="Arial" w:hAnsi="Arial" w:cs="Arial"/>
          <w:b/>
          <w:bCs/>
          <w:sz w:val="24"/>
          <w:szCs w:val="24"/>
        </w:rPr>
        <w:t>Akademi Kebidanan Betang Asi Raya</w:t>
      </w:r>
    </w:p>
    <w:p w14:paraId="273EFEED" w14:textId="7FB17C1F" w:rsidR="00BE3EB1" w:rsidRPr="002001E5" w:rsidRDefault="00BE3EB1" w:rsidP="00BE3EB1">
      <w:pPr>
        <w:spacing w:line="360" w:lineRule="auto"/>
        <w:ind w:left="-284" w:right="-421"/>
        <w:jc w:val="center"/>
        <w:rPr>
          <w:rFonts w:ascii="Arial" w:hAnsi="Arial" w:cs="Arial"/>
          <w:b/>
          <w:bCs/>
          <w:spacing w:val="-4"/>
          <w:sz w:val="24"/>
          <w:szCs w:val="24"/>
          <w:lang w:val="en-US"/>
        </w:rPr>
      </w:pPr>
      <w:r w:rsidRPr="002001E5">
        <w:rPr>
          <w:rFonts w:ascii="Arial" w:hAnsi="Arial" w:cs="Arial"/>
          <w:b/>
          <w:bCs/>
          <w:spacing w:val="-4"/>
          <w:sz w:val="24"/>
          <w:szCs w:val="24"/>
          <w:lang w:val="en-US"/>
        </w:rPr>
        <w:t>Email : winandawinanda608@gmail.com</w:t>
      </w:r>
    </w:p>
    <w:p w14:paraId="079DA0E2" w14:textId="0E30FEC2" w:rsidR="00DE3D27" w:rsidRPr="00BE3EB1" w:rsidRDefault="00DE3D27" w:rsidP="00BE3EB1">
      <w:pPr>
        <w:spacing w:line="360" w:lineRule="auto"/>
        <w:ind w:right="-421"/>
        <w:rPr>
          <w:rFonts w:ascii="Arial" w:hAnsi="Arial" w:cs="Arial"/>
          <w:b/>
          <w:spacing w:val="-2"/>
          <w:sz w:val="24"/>
          <w:szCs w:val="24"/>
          <w:lang w:val="en-US"/>
        </w:rPr>
      </w:pPr>
    </w:p>
    <w:p w14:paraId="15754C0B" w14:textId="77777777" w:rsidR="00DE3D27" w:rsidRDefault="00DE3D27" w:rsidP="00DE3D27"/>
    <w:p w14:paraId="38D0DCD5" w14:textId="392C3126" w:rsidR="00DE3D27" w:rsidRDefault="00DE3D27" w:rsidP="0083390E">
      <w:pPr>
        <w:ind w:right="360"/>
        <w:jc w:val="center"/>
        <w:rPr>
          <w:rFonts w:ascii="Arial" w:hAnsi="Arial" w:cs="Arial"/>
          <w:b/>
          <w:sz w:val="24"/>
          <w:lang w:val="en-US"/>
        </w:rPr>
      </w:pPr>
      <w:r w:rsidRPr="00787910">
        <w:rPr>
          <w:rFonts w:ascii="Arial" w:hAnsi="Arial" w:cs="Arial"/>
          <w:b/>
          <w:sz w:val="24"/>
        </w:rPr>
        <w:t>A</w:t>
      </w:r>
      <w:r w:rsidR="00BE3EB1">
        <w:rPr>
          <w:rFonts w:ascii="Arial" w:hAnsi="Arial" w:cs="Arial"/>
          <w:b/>
          <w:sz w:val="24"/>
          <w:lang w:val="en-US"/>
        </w:rPr>
        <w:t>BSTRAK</w:t>
      </w:r>
    </w:p>
    <w:p w14:paraId="6F665292" w14:textId="77777777" w:rsidR="00BE3EB1" w:rsidRDefault="00BE3EB1" w:rsidP="0083390E">
      <w:pPr>
        <w:ind w:right="360"/>
        <w:jc w:val="center"/>
        <w:rPr>
          <w:rFonts w:ascii="Arial" w:hAnsi="Arial" w:cs="Arial"/>
          <w:b/>
          <w:sz w:val="24"/>
          <w:lang w:val="en-US"/>
        </w:rPr>
      </w:pPr>
    </w:p>
    <w:p w14:paraId="7FC61630" w14:textId="77777777" w:rsidR="00BE3EB1" w:rsidRPr="00BE3EB1" w:rsidRDefault="00BE3EB1" w:rsidP="0083390E">
      <w:pPr>
        <w:ind w:right="360"/>
        <w:jc w:val="center"/>
        <w:rPr>
          <w:rFonts w:ascii="Arial" w:hAnsi="Arial" w:cs="Arial"/>
          <w:b/>
          <w:spacing w:val="-2"/>
          <w:sz w:val="24"/>
          <w:lang w:val="en-US"/>
        </w:rPr>
      </w:pPr>
    </w:p>
    <w:p w14:paraId="2C2FF511" w14:textId="58AD3010" w:rsidR="00BE3EB1" w:rsidRPr="00BE3EB1" w:rsidRDefault="00BE3EB1" w:rsidP="00BE3EB1">
      <w:pPr>
        <w:spacing w:line="360" w:lineRule="auto"/>
        <w:ind w:right="357"/>
        <w:jc w:val="both"/>
        <w:rPr>
          <w:rFonts w:ascii="Arial" w:hAnsi="Arial" w:cs="Arial"/>
        </w:rPr>
      </w:pPr>
      <w:r w:rsidRPr="00BE3EB1">
        <w:rPr>
          <w:rFonts w:ascii="Arial" w:hAnsi="Arial" w:cs="Arial"/>
          <w:b/>
          <w:bCs/>
        </w:rPr>
        <w:t>Latar Belakang</w:t>
      </w:r>
      <w:r w:rsidRPr="00BE3EB1">
        <w:rPr>
          <w:rFonts w:ascii="Arial" w:hAnsi="Arial" w:cs="Arial"/>
        </w:rPr>
        <w:t>: Pemberian Air Susu Ibu (ASI) eksklusif selama enam bulan pertama kehidupan bayi sangat penting untuk meningkatkan kesehatan ibu dan anak. Keberhasilan ASI eksklusif tidak hanya dipengaruhi oleh faktor ibu, tetapi juga oleh peran lingkungan terdekat, terutama dukungan keluarga. Dukungan keluarga yang baik—baik secara emosional, instrumental, informasional, maupun penghargaan—dapat meningkatkan motivasi ibu untuk menyusui serta mengurangi hambatan selama proses menyusui.</w:t>
      </w:r>
    </w:p>
    <w:p w14:paraId="1C5AA140" w14:textId="0719B08E" w:rsidR="00BE3EB1" w:rsidRPr="00BE3EB1" w:rsidRDefault="00BE3EB1" w:rsidP="00BE3EB1">
      <w:pPr>
        <w:spacing w:line="360" w:lineRule="auto"/>
        <w:ind w:right="357"/>
        <w:jc w:val="both"/>
        <w:rPr>
          <w:rFonts w:ascii="Arial" w:hAnsi="Arial" w:cs="Arial"/>
        </w:rPr>
      </w:pPr>
      <w:r w:rsidRPr="002001E5">
        <w:rPr>
          <w:rFonts w:ascii="Arial" w:hAnsi="Arial" w:cs="Arial"/>
          <w:b/>
          <w:bCs/>
        </w:rPr>
        <w:t>Tujuan</w:t>
      </w:r>
      <w:r w:rsidRPr="00BE3EB1">
        <w:rPr>
          <w:rFonts w:ascii="Arial" w:hAnsi="Arial" w:cs="Arial"/>
        </w:rPr>
        <w:t>: Untuk mengetahui gambaran dukungan keluarga terhadap pemberian ASI eksklusif pada ibu yang memiliki bayi usia 0–6 bulan.</w:t>
      </w:r>
    </w:p>
    <w:p w14:paraId="0D906D3E" w14:textId="6AB5C360" w:rsidR="00BE3EB1" w:rsidRPr="00BE3EB1" w:rsidRDefault="00BE3EB1" w:rsidP="00BE3EB1">
      <w:pPr>
        <w:spacing w:line="360" w:lineRule="auto"/>
        <w:ind w:right="357"/>
        <w:jc w:val="both"/>
        <w:rPr>
          <w:rFonts w:ascii="Arial" w:hAnsi="Arial" w:cs="Arial"/>
        </w:rPr>
      </w:pPr>
      <w:r w:rsidRPr="002001E5">
        <w:rPr>
          <w:rFonts w:ascii="Arial" w:hAnsi="Arial" w:cs="Arial"/>
          <w:b/>
          <w:bCs/>
        </w:rPr>
        <w:t>Metode</w:t>
      </w:r>
      <w:r w:rsidRPr="00BE3EB1">
        <w:rPr>
          <w:rFonts w:ascii="Arial" w:hAnsi="Arial" w:cs="Arial"/>
        </w:rPr>
        <w:t>: Penelitian ini menggunakan desain deskriptif kuantitatif dengan pendekatan cross-sectional. Sampel penelitian adalah ibu menyusui dengan bayi usia 0–6 bulan yang dipilih menggunakan teknik purposive sampling. Pengumpulan data dilakukan menggunakan kuesioner yang mencakup empat aspek dukungan keluarga, yaitu dukungan emosional, instrumental, informasional, dan penghargaan. Data dianalisis secara univariat dan disajikan dalam bentuk distribusi frekuensi dan persentase.</w:t>
      </w:r>
    </w:p>
    <w:p w14:paraId="52A4C9C1" w14:textId="20A7DB64" w:rsidR="00BE3EB1" w:rsidRPr="00BE3EB1" w:rsidRDefault="00BE3EB1" w:rsidP="00BE3EB1">
      <w:pPr>
        <w:spacing w:line="360" w:lineRule="auto"/>
        <w:ind w:right="357"/>
        <w:jc w:val="both"/>
        <w:rPr>
          <w:rFonts w:ascii="Arial" w:hAnsi="Arial" w:cs="Arial"/>
        </w:rPr>
      </w:pPr>
      <w:r w:rsidRPr="002001E5">
        <w:rPr>
          <w:rFonts w:ascii="Arial" w:hAnsi="Arial" w:cs="Arial"/>
          <w:b/>
          <w:bCs/>
        </w:rPr>
        <w:t>Hasi</w:t>
      </w:r>
      <w:r w:rsidRPr="00BE3EB1">
        <w:rPr>
          <w:rFonts w:ascii="Arial" w:hAnsi="Arial" w:cs="Arial"/>
        </w:rPr>
        <w:t xml:space="preserve">l: Hasil penelitian menunjukkan bahwa sebagian besar keluarga memberikan dukungan yang baik terhadap pemberian ASI eksklusif. Dukungan emosional, instrumental, informasional, dan penghargaan masing-masing menunjukkan kategori dukungan baik dengan persentase mayoritas responden berada pada kategori tinggi. Namun, masih ditemukan sebagian kecil keluarga yang menunjukkan dukungan rendah pada aspek instrumental </w:t>
      </w:r>
      <w:r w:rsidRPr="00BE3EB1">
        <w:rPr>
          <w:rFonts w:ascii="Arial" w:hAnsi="Arial" w:cs="Arial"/>
        </w:rPr>
        <w:lastRenderedPageBreak/>
        <w:t>dan informasional.</w:t>
      </w:r>
    </w:p>
    <w:p w14:paraId="2F4BC559" w14:textId="7A1D288D" w:rsidR="00BE3EB1" w:rsidRDefault="00BE3EB1" w:rsidP="00BE3EB1">
      <w:pPr>
        <w:spacing w:line="360" w:lineRule="auto"/>
        <w:ind w:right="357"/>
        <w:jc w:val="both"/>
        <w:rPr>
          <w:rFonts w:ascii="Arial" w:hAnsi="Arial" w:cs="Arial"/>
        </w:rPr>
      </w:pPr>
      <w:r w:rsidRPr="002001E5">
        <w:rPr>
          <w:rFonts w:ascii="Arial" w:hAnsi="Arial" w:cs="Arial"/>
          <w:b/>
          <w:bCs/>
        </w:rPr>
        <w:t>Kesimpulan</w:t>
      </w:r>
      <w:r w:rsidRPr="00BE3EB1">
        <w:rPr>
          <w:rFonts w:ascii="Arial" w:hAnsi="Arial" w:cs="Arial"/>
        </w:rPr>
        <w:t>: Mayoritas keluarga memberikan dukungan yang baik terhadap ibu dalam pemberian ASI eksklusif. Dukungan keluarga berperan penting dalam keberhasilan ibu memberikan ASI eksklusif. Peningkatan edukasi kepada keluarga diharapkan dapat semakin memperkuat praktik pemberian ASI eksklusif.</w:t>
      </w:r>
    </w:p>
    <w:p w14:paraId="4BA9A53B" w14:textId="77777777" w:rsidR="002001E5" w:rsidRPr="00BE3EB1" w:rsidRDefault="002001E5" w:rsidP="00BE3EB1">
      <w:pPr>
        <w:spacing w:line="360" w:lineRule="auto"/>
        <w:ind w:right="357"/>
        <w:jc w:val="both"/>
        <w:rPr>
          <w:rFonts w:ascii="Arial" w:hAnsi="Arial" w:cs="Arial"/>
        </w:rPr>
      </w:pPr>
    </w:p>
    <w:p w14:paraId="4CBABB5B" w14:textId="331607ED" w:rsidR="0083390E" w:rsidRPr="002001E5" w:rsidRDefault="00BE3EB1" w:rsidP="00BE3EB1">
      <w:pPr>
        <w:spacing w:line="360" w:lineRule="auto"/>
        <w:ind w:right="357"/>
        <w:jc w:val="both"/>
        <w:rPr>
          <w:rFonts w:ascii="Arial" w:hAnsi="Arial" w:cs="Arial"/>
          <w:lang w:val="en-US"/>
        </w:rPr>
      </w:pPr>
      <w:r w:rsidRPr="002001E5">
        <w:rPr>
          <w:rFonts w:ascii="Arial" w:hAnsi="Arial" w:cs="Arial"/>
          <w:b/>
          <w:bCs/>
        </w:rPr>
        <w:t>Kata Kunci</w:t>
      </w:r>
      <w:r w:rsidRPr="00BE3EB1">
        <w:rPr>
          <w:rFonts w:ascii="Arial" w:hAnsi="Arial" w:cs="Arial"/>
        </w:rPr>
        <w:t>: Dukungan keluarga, ASI eksklusif</w:t>
      </w:r>
      <w:r w:rsidR="002001E5">
        <w:rPr>
          <w:rFonts w:ascii="Arial" w:hAnsi="Arial" w:cs="Arial"/>
          <w:lang w:val="en-US"/>
        </w:rPr>
        <w:t>, Puskesmas Kayon</w:t>
      </w:r>
    </w:p>
    <w:p w14:paraId="403E056C" w14:textId="77777777" w:rsidR="002001E5" w:rsidRDefault="002001E5" w:rsidP="00DE3D27">
      <w:pPr>
        <w:ind w:left="2" w:right="360"/>
        <w:jc w:val="center"/>
        <w:rPr>
          <w:rFonts w:ascii="Arial" w:hAnsi="Arial" w:cs="Arial"/>
          <w:b/>
          <w:i/>
          <w:spacing w:val="-2"/>
          <w:sz w:val="24"/>
          <w:szCs w:val="24"/>
        </w:rPr>
      </w:pPr>
    </w:p>
    <w:p w14:paraId="39BC57EB" w14:textId="77777777" w:rsidR="002001E5" w:rsidRDefault="002001E5" w:rsidP="00DE3D27">
      <w:pPr>
        <w:ind w:left="2" w:right="360"/>
        <w:jc w:val="center"/>
        <w:rPr>
          <w:rFonts w:ascii="Arial" w:hAnsi="Arial" w:cs="Arial"/>
          <w:b/>
          <w:i/>
          <w:spacing w:val="-2"/>
          <w:sz w:val="24"/>
          <w:szCs w:val="24"/>
        </w:rPr>
      </w:pPr>
    </w:p>
    <w:p w14:paraId="68DE9D45" w14:textId="77777777" w:rsidR="002001E5" w:rsidRDefault="002001E5" w:rsidP="00DE3D27">
      <w:pPr>
        <w:ind w:left="2" w:right="360"/>
        <w:jc w:val="center"/>
        <w:rPr>
          <w:rFonts w:ascii="Arial" w:hAnsi="Arial" w:cs="Arial"/>
          <w:b/>
          <w:i/>
          <w:spacing w:val="-2"/>
          <w:sz w:val="24"/>
          <w:szCs w:val="24"/>
        </w:rPr>
      </w:pPr>
    </w:p>
    <w:p w14:paraId="3951353A" w14:textId="77777777" w:rsidR="002001E5" w:rsidRDefault="002001E5" w:rsidP="00DE3D27">
      <w:pPr>
        <w:ind w:left="2" w:right="360"/>
        <w:jc w:val="center"/>
        <w:rPr>
          <w:rFonts w:ascii="Arial" w:hAnsi="Arial" w:cs="Arial"/>
          <w:b/>
          <w:i/>
          <w:spacing w:val="-2"/>
          <w:sz w:val="24"/>
          <w:szCs w:val="24"/>
        </w:rPr>
      </w:pPr>
    </w:p>
    <w:p w14:paraId="240C3F33" w14:textId="77777777" w:rsidR="002001E5" w:rsidRDefault="002001E5" w:rsidP="00DE3D27">
      <w:pPr>
        <w:ind w:left="2" w:right="360"/>
        <w:jc w:val="center"/>
        <w:rPr>
          <w:rFonts w:ascii="Arial" w:hAnsi="Arial" w:cs="Arial"/>
          <w:b/>
          <w:i/>
          <w:spacing w:val="-2"/>
          <w:sz w:val="24"/>
          <w:szCs w:val="24"/>
        </w:rPr>
      </w:pPr>
    </w:p>
    <w:p w14:paraId="50D7D911" w14:textId="77777777" w:rsidR="002001E5" w:rsidRDefault="002001E5" w:rsidP="00DE3D27">
      <w:pPr>
        <w:ind w:left="2" w:right="360"/>
        <w:jc w:val="center"/>
        <w:rPr>
          <w:rFonts w:ascii="Arial" w:hAnsi="Arial" w:cs="Arial"/>
          <w:b/>
          <w:i/>
          <w:spacing w:val="-2"/>
          <w:sz w:val="24"/>
          <w:szCs w:val="24"/>
        </w:rPr>
      </w:pPr>
    </w:p>
    <w:p w14:paraId="76B10084" w14:textId="77777777" w:rsidR="002001E5" w:rsidRDefault="002001E5" w:rsidP="00DE3D27">
      <w:pPr>
        <w:ind w:left="2" w:right="360"/>
        <w:jc w:val="center"/>
        <w:rPr>
          <w:rFonts w:ascii="Arial" w:hAnsi="Arial" w:cs="Arial"/>
          <w:b/>
          <w:i/>
          <w:spacing w:val="-2"/>
          <w:sz w:val="24"/>
          <w:szCs w:val="24"/>
        </w:rPr>
      </w:pPr>
    </w:p>
    <w:p w14:paraId="30068AE7" w14:textId="77777777" w:rsidR="002001E5" w:rsidRDefault="002001E5" w:rsidP="00DE3D27">
      <w:pPr>
        <w:ind w:left="2" w:right="360"/>
        <w:jc w:val="center"/>
        <w:rPr>
          <w:rFonts w:ascii="Arial" w:hAnsi="Arial" w:cs="Arial"/>
          <w:b/>
          <w:i/>
          <w:spacing w:val="-2"/>
          <w:sz w:val="24"/>
          <w:szCs w:val="24"/>
        </w:rPr>
      </w:pPr>
    </w:p>
    <w:p w14:paraId="040590F3" w14:textId="77777777" w:rsidR="002001E5" w:rsidRDefault="002001E5" w:rsidP="00DE3D27">
      <w:pPr>
        <w:ind w:left="2" w:right="360"/>
        <w:jc w:val="center"/>
        <w:rPr>
          <w:rFonts w:ascii="Arial" w:hAnsi="Arial" w:cs="Arial"/>
          <w:b/>
          <w:i/>
          <w:spacing w:val="-2"/>
          <w:sz w:val="24"/>
          <w:szCs w:val="24"/>
        </w:rPr>
      </w:pPr>
    </w:p>
    <w:p w14:paraId="78932714" w14:textId="77777777" w:rsidR="002001E5" w:rsidRDefault="002001E5" w:rsidP="00DE3D27">
      <w:pPr>
        <w:ind w:left="2" w:right="360"/>
        <w:jc w:val="center"/>
        <w:rPr>
          <w:rFonts w:ascii="Arial" w:hAnsi="Arial" w:cs="Arial"/>
          <w:b/>
          <w:i/>
          <w:spacing w:val="-2"/>
          <w:sz w:val="24"/>
          <w:szCs w:val="24"/>
        </w:rPr>
      </w:pPr>
    </w:p>
    <w:p w14:paraId="355FAEE6" w14:textId="77777777" w:rsidR="002001E5" w:rsidRDefault="002001E5" w:rsidP="00DE3D27">
      <w:pPr>
        <w:ind w:left="2" w:right="360"/>
        <w:jc w:val="center"/>
        <w:rPr>
          <w:rFonts w:ascii="Arial" w:hAnsi="Arial" w:cs="Arial"/>
          <w:b/>
          <w:i/>
          <w:spacing w:val="-2"/>
          <w:sz w:val="24"/>
          <w:szCs w:val="24"/>
        </w:rPr>
      </w:pPr>
    </w:p>
    <w:p w14:paraId="5B58C85C" w14:textId="77777777" w:rsidR="002001E5" w:rsidRDefault="002001E5" w:rsidP="00DE3D27">
      <w:pPr>
        <w:ind w:left="2" w:right="360"/>
        <w:jc w:val="center"/>
        <w:rPr>
          <w:rFonts w:ascii="Arial" w:hAnsi="Arial" w:cs="Arial"/>
          <w:b/>
          <w:i/>
          <w:spacing w:val="-2"/>
          <w:sz w:val="24"/>
          <w:szCs w:val="24"/>
        </w:rPr>
      </w:pPr>
    </w:p>
    <w:p w14:paraId="648F784B" w14:textId="77777777" w:rsidR="002001E5" w:rsidRDefault="002001E5" w:rsidP="00DE3D27">
      <w:pPr>
        <w:ind w:left="2" w:right="360"/>
        <w:jc w:val="center"/>
        <w:rPr>
          <w:rFonts w:ascii="Arial" w:hAnsi="Arial" w:cs="Arial"/>
          <w:b/>
          <w:i/>
          <w:spacing w:val="-2"/>
          <w:sz w:val="24"/>
          <w:szCs w:val="24"/>
        </w:rPr>
      </w:pPr>
    </w:p>
    <w:p w14:paraId="72B08009" w14:textId="77777777" w:rsidR="002001E5" w:rsidRDefault="002001E5" w:rsidP="00DE3D27">
      <w:pPr>
        <w:ind w:left="2" w:right="360"/>
        <w:jc w:val="center"/>
        <w:rPr>
          <w:rFonts w:ascii="Arial" w:hAnsi="Arial" w:cs="Arial"/>
          <w:b/>
          <w:i/>
          <w:spacing w:val="-2"/>
          <w:sz w:val="24"/>
          <w:szCs w:val="24"/>
        </w:rPr>
      </w:pPr>
    </w:p>
    <w:p w14:paraId="69556316" w14:textId="77777777" w:rsidR="002001E5" w:rsidRDefault="002001E5" w:rsidP="00DE3D27">
      <w:pPr>
        <w:ind w:left="2" w:right="360"/>
        <w:jc w:val="center"/>
        <w:rPr>
          <w:rFonts w:ascii="Arial" w:hAnsi="Arial" w:cs="Arial"/>
          <w:b/>
          <w:i/>
          <w:spacing w:val="-2"/>
          <w:sz w:val="24"/>
          <w:szCs w:val="24"/>
        </w:rPr>
      </w:pPr>
    </w:p>
    <w:p w14:paraId="7128635C" w14:textId="77777777" w:rsidR="002001E5" w:rsidRDefault="002001E5" w:rsidP="00DE3D27">
      <w:pPr>
        <w:ind w:left="2" w:right="360"/>
        <w:jc w:val="center"/>
        <w:rPr>
          <w:rFonts w:ascii="Arial" w:hAnsi="Arial" w:cs="Arial"/>
          <w:b/>
          <w:i/>
          <w:spacing w:val="-2"/>
          <w:sz w:val="24"/>
          <w:szCs w:val="24"/>
        </w:rPr>
      </w:pPr>
    </w:p>
    <w:p w14:paraId="7043FCC1" w14:textId="77777777" w:rsidR="002001E5" w:rsidRDefault="002001E5" w:rsidP="00DE3D27">
      <w:pPr>
        <w:ind w:left="2" w:right="360"/>
        <w:jc w:val="center"/>
        <w:rPr>
          <w:rFonts w:ascii="Arial" w:hAnsi="Arial" w:cs="Arial"/>
          <w:b/>
          <w:i/>
          <w:spacing w:val="-2"/>
          <w:sz w:val="24"/>
          <w:szCs w:val="24"/>
        </w:rPr>
      </w:pPr>
    </w:p>
    <w:p w14:paraId="0B7DFBF9" w14:textId="77777777" w:rsidR="002001E5" w:rsidRDefault="002001E5" w:rsidP="00DE3D27">
      <w:pPr>
        <w:ind w:left="2" w:right="360"/>
        <w:jc w:val="center"/>
        <w:rPr>
          <w:rFonts w:ascii="Arial" w:hAnsi="Arial" w:cs="Arial"/>
          <w:b/>
          <w:i/>
          <w:spacing w:val="-2"/>
          <w:sz w:val="24"/>
          <w:szCs w:val="24"/>
        </w:rPr>
      </w:pPr>
    </w:p>
    <w:p w14:paraId="3800B5BC" w14:textId="77777777" w:rsidR="002001E5" w:rsidRDefault="002001E5" w:rsidP="00DE3D27">
      <w:pPr>
        <w:ind w:left="2" w:right="360"/>
        <w:jc w:val="center"/>
        <w:rPr>
          <w:rFonts w:ascii="Arial" w:hAnsi="Arial" w:cs="Arial"/>
          <w:b/>
          <w:i/>
          <w:spacing w:val="-2"/>
          <w:sz w:val="24"/>
          <w:szCs w:val="24"/>
        </w:rPr>
      </w:pPr>
    </w:p>
    <w:p w14:paraId="198AD5B3" w14:textId="77777777" w:rsidR="002001E5" w:rsidRDefault="002001E5" w:rsidP="00DE3D27">
      <w:pPr>
        <w:ind w:left="2" w:right="360"/>
        <w:jc w:val="center"/>
        <w:rPr>
          <w:rFonts w:ascii="Arial" w:hAnsi="Arial" w:cs="Arial"/>
          <w:b/>
          <w:i/>
          <w:spacing w:val="-2"/>
          <w:sz w:val="24"/>
          <w:szCs w:val="24"/>
        </w:rPr>
      </w:pPr>
    </w:p>
    <w:p w14:paraId="50234034" w14:textId="77777777" w:rsidR="002001E5" w:rsidRDefault="002001E5" w:rsidP="00DE3D27">
      <w:pPr>
        <w:ind w:left="2" w:right="360"/>
        <w:jc w:val="center"/>
        <w:rPr>
          <w:rFonts w:ascii="Arial" w:hAnsi="Arial" w:cs="Arial"/>
          <w:b/>
          <w:i/>
          <w:spacing w:val="-2"/>
          <w:sz w:val="24"/>
          <w:szCs w:val="24"/>
        </w:rPr>
      </w:pPr>
    </w:p>
    <w:p w14:paraId="3757844B" w14:textId="77777777" w:rsidR="002001E5" w:rsidRDefault="002001E5" w:rsidP="00DE3D27">
      <w:pPr>
        <w:ind w:left="2" w:right="360"/>
        <w:jc w:val="center"/>
        <w:rPr>
          <w:rFonts w:ascii="Arial" w:hAnsi="Arial" w:cs="Arial"/>
          <w:b/>
          <w:i/>
          <w:spacing w:val="-2"/>
          <w:sz w:val="24"/>
          <w:szCs w:val="24"/>
        </w:rPr>
      </w:pPr>
    </w:p>
    <w:p w14:paraId="0E93C8A3" w14:textId="77777777" w:rsidR="002001E5" w:rsidRDefault="002001E5" w:rsidP="00DE3D27">
      <w:pPr>
        <w:ind w:left="2" w:right="360"/>
        <w:jc w:val="center"/>
        <w:rPr>
          <w:rFonts w:ascii="Arial" w:hAnsi="Arial" w:cs="Arial"/>
          <w:b/>
          <w:i/>
          <w:spacing w:val="-2"/>
          <w:sz w:val="24"/>
          <w:szCs w:val="24"/>
        </w:rPr>
      </w:pPr>
    </w:p>
    <w:p w14:paraId="42051E17" w14:textId="77777777" w:rsidR="002001E5" w:rsidRDefault="002001E5" w:rsidP="00DE3D27">
      <w:pPr>
        <w:ind w:left="2" w:right="360"/>
        <w:jc w:val="center"/>
        <w:rPr>
          <w:rFonts w:ascii="Arial" w:hAnsi="Arial" w:cs="Arial"/>
          <w:b/>
          <w:i/>
          <w:spacing w:val="-2"/>
          <w:sz w:val="24"/>
          <w:szCs w:val="24"/>
        </w:rPr>
      </w:pPr>
    </w:p>
    <w:p w14:paraId="598C842E" w14:textId="77777777" w:rsidR="002001E5" w:rsidRDefault="002001E5" w:rsidP="00DE3D27">
      <w:pPr>
        <w:ind w:left="2" w:right="360"/>
        <w:jc w:val="center"/>
        <w:rPr>
          <w:rFonts w:ascii="Arial" w:hAnsi="Arial" w:cs="Arial"/>
          <w:b/>
          <w:i/>
          <w:spacing w:val="-2"/>
          <w:sz w:val="24"/>
          <w:szCs w:val="24"/>
        </w:rPr>
      </w:pPr>
    </w:p>
    <w:p w14:paraId="6BA2365A" w14:textId="77777777" w:rsidR="002001E5" w:rsidRDefault="002001E5" w:rsidP="00DE3D27">
      <w:pPr>
        <w:ind w:left="2" w:right="360"/>
        <w:jc w:val="center"/>
        <w:rPr>
          <w:rFonts w:ascii="Arial" w:hAnsi="Arial" w:cs="Arial"/>
          <w:b/>
          <w:i/>
          <w:spacing w:val="-2"/>
          <w:sz w:val="24"/>
          <w:szCs w:val="24"/>
        </w:rPr>
      </w:pPr>
    </w:p>
    <w:p w14:paraId="704E3CDA" w14:textId="77777777" w:rsidR="002001E5" w:rsidRDefault="002001E5" w:rsidP="00DE3D27">
      <w:pPr>
        <w:ind w:left="2" w:right="360"/>
        <w:jc w:val="center"/>
        <w:rPr>
          <w:rFonts w:ascii="Arial" w:hAnsi="Arial" w:cs="Arial"/>
          <w:b/>
          <w:i/>
          <w:spacing w:val="-2"/>
          <w:sz w:val="24"/>
          <w:szCs w:val="24"/>
        </w:rPr>
      </w:pPr>
    </w:p>
    <w:p w14:paraId="72B219B2" w14:textId="77777777" w:rsidR="002001E5" w:rsidRDefault="002001E5" w:rsidP="00DE3D27">
      <w:pPr>
        <w:ind w:left="2" w:right="360"/>
        <w:jc w:val="center"/>
        <w:rPr>
          <w:rFonts w:ascii="Arial" w:hAnsi="Arial" w:cs="Arial"/>
          <w:b/>
          <w:i/>
          <w:spacing w:val="-2"/>
          <w:sz w:val="24"/>
          <w:szCs w:val="24"/>
        </w:rPr>
      </w:pPr>
    </w:p>
    <w:p w14:paraId="0E084C5C" w14:textId="77777777" w:rsidR="002001E5" w:rsidRDefault="002001E5" w:rsidP="00DE3D27">
      <w:pPr>
        <w:ind w:left="2" w:right="360"/>
        <w:jc w:val="center"/>
        <w:rPr>
          <w:rFonts w:ascii="Arial" w:hAnsi="Arial" w:cs="Arial"/>
          <w:b/>
          <w:i/>
          <w:spacing w:val="-2"/>
          <w:sz w:val="24"/>
          <w:szCs w:val="24"/>
        </w:rPr>
      </w:pPr>
    </w:p>
    <w:p w14:paraId="3D6283DF" w14:textId="77777777" w:rsidR="002001E5" w:rsidRDefault="002001E5" w:rsidP="00DE3D27">
      <w:pPr>
        <w:ind w:left="2" w:right="360"/>
        <w:jc w:val="center"/>
        <w:rPr>
          <w:rFonts w:ascii="Arial" w:hAnsi="Arial" w:cs="Arial"/>
          <w:b/>
          <w:i/>
          <w:spacing w:val="-2"/>
          <w:sz w:val="24"/>
          <w:szCs w:val="24"/>
        </w:rPr>
      </w:pPr>
    </w:p>
    <w:p w14:paraId="00DF65FF" w14:textId="77777777" w:rsidR="002001E5" w:rsidRDefault="002001E5" w:rsidP="00DE3D27">
      <w:pPr>
        <w:ind w:left="2" w:right="360"/>
        <w:jc w:val="center"/>
        <w:rPr>
          <w:rFonts w:ascii="Arial" w:hAnsi="Arial" w:cs="Arial"/>
          <w:b/>
          <w:i/>
          <w:spacing w:val="-2"/>
          <w:sz w:val="24"/>
          <w:szCs w:val="24"/>
        </w:rPr>
      </w:pPr>
    </w:p>
    <w:p w14:paraId="01778DE8" w14:textId="77777777" w:rsidR="002001E5" w:rsidRDefault="002001E5" w:rsidP="00DE3D27">
      <w:pPr>
        <w:ind w:left="2" w:right="360"/>
        <w:jc w:val="center"/>
        <w:rPr>
          <w:rFonts w:ascii="Arial" w:hAnsi="Arial" w:cs="Arial"/>
          <w:b/>
          <w:i/>
          <w:spacing w:val="-2"/>
          <w:sz w:val="24"/>
          <w:szCs w:val="24"/>
        </w:rPr>
      </w:pPr>
    </w:p>
    <w:p w14:paraId="210506E0" w14:textId="77777777" w:rsidR="002001E5" w:rsidRDefault="002001E5" w:rsidP="00DE3D27">
      <w:pPr>
        <w:ind w:left="2" w:right="360"/>
        <w:jc w:val="center"/>
        <w:rPr>
          <w:rFonts w:ascii="Arial" w:hAnsi="Arial" w:cs="Arial"/>
          <w:b/>
          <w:i/>
          <w:spacing w:val="-2"/>
          <w:sz w:val="24"/>
          <w:szCs w:val="24"/>
        </w:rPr>
      </w:pPr>
    </w:p>
    <w:p w14:paraId="79145D17" w14:textId="77777777" w:rsidR="002001E5" w:rsidRDefault="002001E5" w:rsidP="00DE3D27">
      <w:pPr>
        <w:ind w:left="2" w:right="360"/>
        <w:jc w:val="center"/>
        <w:rPr>
          <w:rFonts w:ascii="Arial" w:hAnsi="Arial" w:cs="Arial"/>
          <w:b/>
          <w:i/>
          <w:spacing w:val="-2"/>
          <w:sz w:val="24"/>
          <w:szCs w:val="24"/>
        </w:rPr>
      </w:pPr>
    </w:p>
    <w:p w14:paraId="5F59FB5A" w14:textId="77777777" w:rsidR="002001E5" w:rsidRDefault="002001E5" w:rsidP="00DE3D27">
      <w:pPr>
        <w:ind w:left="2" w:right="360"/>
        <w:jc w:val="center"/>
        <w:rPr>
          <w:rFonts w:ascii="Arial" w:hAnsi="Arial" w:cs="Arial"/>
          <w:b/>
          <w:i/>
          <w:spacing w:val="-2"/>
          <w:sz w:val="24"/>
          <w:szCs w:val="24"/>
        </w:rPr>
      </w:pPr>
    </w:p>
    <w:p w14:paraId="6D51CB9A" w14:textId="77777777" w:rsidR="002001E5" w:rsidRDefault="002001E5" w:rsidP="00DE3D27">
      <w:pPr>
        <w:ind w:left="2" w:right="360"/>
        <w:jc w:val="center"/>
        <w:rPr>
          <w:rFonts w:ascii="Arial" w:hAnsi="Arial" w:cs="Arial"/>
          <w:b/>
          <w:i/>
          <w:spacing w:val="-2"/>
          <w:sz w:val="24"/>
          <w:szCs w:val="24"/>
        </w:rPr>
      </w:pPr>
    </w:p>
    <w:p w14:paraId="301D42CA" w14:textId="77777777" w:rsidR="002001E5" w:rsidRPr="00A00281" w:rsidRDefault="002001E5" w:rsidP="002001E5">
      <w:pPr>
        <w:ind w:left="2" w:right="360"/>
        <w:jc w:val="center"/>
        <w:rPr>
          <w:rFonts w:ascii="Arial" w:hAnsi="Arial" w:cs="Arial"/>
          <w:bCs/>
          <w:i/>
          <w:spacing w:val="-2"/>
          <w:sz w:val="24"/>
          <w:szCs w:val="24"/>
        </w:rPr>
      </w:pPr>
      <w:r w:rsidRPr="00A00281">
        <w:rPr>
          <w:rFonts w:ascii="Arial" w:hAnsi="Arial" w:cs="Arial"/>
          <w:bCs/>
          <w:i/>
          <w:spacing w:val="-2"/>
          <w:sz w:val="24"/>
          <w:szCs w:val="24"/>
        </w:rPr>
        <w:t>Overview of Family Support for Exclusive Breastfeeding in the Working Area of Kayon Community Health Center, Palangka Raya, 2025</w:t>
      </w:r>
    </w:p>
    <w:p w14:paraId="6D9806F0" w14:textId="77777777" w:rsidR="002001E5" w:rsidRPr="00A00281" w:rsidRDefault="002001E5" w:rsidP="002001E5">
      <w:pPr>
        <w:ind w:left="2" w:right="360"/>
        <w:jc w:val="center"/>
        <w:rPr>
          <w:rFonts w:ascii="Arial" w:hAnsi="Arial" w:cs="Arial"/>
          <w:bCs/>
          <w:i/>
          <w:spacing w:val="-2"/>
          <w:sz w:val="24"/>
          <w:szCs w:val="24"/>
        </w:rPr>
      </w:pPr>
    </w:p>
    <w:p w14:paraId="7C4F10EE" w14:textId="77777777" w:rsidR="002001E5" w:rsidRPr="002001E5" w:rsidRDefault="002001E5" w:rsidP="002001E5">
      <w:pPr>
        <w:ind w:left="2" w:right="360"/>
        <w:jc w:val="center"/>
        <w:rPr>
          <w:rFonts w:ascii="Arial" w:hAnsi="Arial" w:cs="Arial"/>
          <w:bCs/>
          <w:iCs/>
          <w:spacing w:val="-2"/>
          <w:sz w:val="24"/>
          <w:szCs w:val="24"/>
        </w:rPr>
      </w:pPr>
      <w:r w:rsidRPr="002001E5">
        <w:rPr>
          <w:rFonts w:ascii="Arial" w:hAnsi="Arial" w:cs="Arial"/>
          <w:bCs/>
          <w:iCs/>
          <w:spacing w:val="-2"/>
          <w:sz w:val="24"/>
          <w:szCs w:val="24"/>
        </w:rPr>
        <w:t>Winanda¹, Fitriani Ningsih², Evie Trihartiningsih³, Dian Purnama Putri⁴</w:t>
      </w:r>
    </w:p>
    <w:p w14:paraId="00498276" w14:textId="77777777" w:rsidR="002001E5" w:rsidRPr="002001E5" w:rsidRDefault="002001E5" w:rsidP="002001E5">
      <w:pPr>
        <w:ind w:left="2" w:right="360"/>
        <w:jc w:val="center"/>
        <w:rPr>
          <w:rFonts w:ascii="Arial" w:hAnsi="Arial" w:cs="Arial"/>
          <w:bCs/>
          <w:iCs/>
          <w:spacing w:val="-2"/>
          <w:sz w:val="24"/>
          <w:szCs w:val="24"/>
        </w:rPr>
      </w:pPr>
      <w:r w:rsidRPr="002001E5">
        <w:rPr>
          <w:rFonts w:ascii="Arial" w:hAnsi="Arial" w:cs="Arial"/>
          <w:bCs/>
          <w:iCs/>
          <w:spacing w:val="-2"/>
          <w:sz w:val="24"/>
          <w:szCs w:val="24"/>
        </w:rPr>
        <w:t>Betang Asi Raya Midwifery Academy</w:t>
      </w:r>
    </w:p>
    <w:p w14:paraId="1C37EAE8" w14:textId="1F1E900F" w:rsidR="002001E5" w:rsidRPr="002001E5" w:rsidRDefault="002001E5" w:rsidP="002001E5">
      <w:pPr>
        <w:ind w:left="2" w:right="360"/>
        <w:jc w:val="center"/>
        <w:rPr>
          <w:rFonts w:ascii="Arial" w:hAnsi="Arial" w:cs="Arial"/>
          <w:bCs/>
          <w:iCs/>
          <w:spacing w:val="-2"/>
          <w:sz w:val="24"/>
          <w:szCs w:val="24"/>
        </w:rPr>
      </w:pPr>
      <w:r w:rsidRPr="002001E5">
        <w:rPr>
          <w:rFonts w:ascii="Arial" w:hAnsi="Arial" w:cs="Arial"/>
          <w:bCs/>
          <w:iCs/>
          <w:spacing w:val="-2"/>
          <w:sz w:val="24"/>
          <w:szCs w:val="24"/>
        </w:rPr>
        <w:t>Email: winandawinanda608@gmail.com</w:t>
      </w:r>
    </w:p>
    <w:p w14:paraId="16D67E4A" w14:textId="77777777" w:rsidR="002001E5" w:rsidRDefault="002001E5" w:rsidP="00DE3D27">
      <w:pPr>
        <w:ind w:left="2" w:right="360"/>
        <w:jc w:val="center"/>
        <w:rPr>
          <w:rFonts w:ascii="Arial" w:hAnsi="Arial" w:cs="Arial"/>
          <w:b/>
          <w:i/>
          <w:spacing w:val="-2"/>
          <w:sz w:val="24"/>
          <w:szCs w:val="24"/>
        </w:rPr>
      </w:pPr>
    </w:p>
    <w:p w14:paraId="4CC66D7B" w14:textId="4601ACE7" w:rsidR="00DE3D27" w:rsidRPr="00787910" w:rsidRDefault="002001E5" w:rsidP="00DE3D27">
      <w:pPr>
        <w:ind w:left="2" w:right="360"/>
        <w:jc w:val="center"/>
        <w:rPr>
          <w:rFonts w:ascii="Arial" w:hAnsi="Arial" w:cs="Arial"/>
          <w:b/>
          <w:i/>
          <w:sz w:val="24"/>
          <w:szCs w:val="24"/>
        </w:rPr>
      </w:pPr>
      <w:bookmarkStart w:id="5" w:name="_Hlk215580371"/>
      <w:r w:rsidRPr="00787910">
        <w:rPr>
          <w:rFonts w:ascii="Arial" w:hAnsi="Arial" w:cs="Arial"/>
          <w:b/>
          <w:i/>
          <w:spacing w:val="-2"/>
          <w:sz w:val="24"/>
          <w:szCs w:val="24"/>
        </w:rPr>
        <w:t>ABSTRACT</w:t>
      </w:r>
    </w:p>
    <w:bookmarkEnd w:id="5"/>
    <w:p w14:paraId="7362F12E" w14:textId="77777777" w:rsidR="00DE3D27" w:rsidRPr="00787910" w:rsidRDefault="00DE3D27" w:rsidP="00DE3D27">
      <w:pPr>
        <w:rPr>
          <w:rFonts w:ascii="Arial" w:hAnsi="Arial" w:cs="Arial"/>
          <w:b/>
          <w:i/>
          <w:sz w:val="24"/>
          <w:szCs w:val="24"/>
        </w:rPr>
      </w:pPr>
    </w:p>
    <w:p w14:paraId="75545851" w14:textId="2C6D7730" w:rsidR="002001E5" w:rsidRPr="00A00281" w:rsidRDefault="002001E5" w:rsidP="00A00281">
      <w:pPr>
        <w:spacing w:line="360" w:lineRule="auto"/>
        <w:jc w:val="both"/>
        <w:rPr>
          <w:rFonts w:ascii="Arial" w:hAnsi="Arial" w:cs="Arial"/>
          <w:i/>
          <w:iCs/>
        </w:rPr>
      </w:pPr>
      <w:r w:rsidRPr="00A00281">
        <w:rPr>
          <w:rFonts w:ascii="Arial" w:hAnsi="Arial" w:cs="Arial"/>
          <w:i/>
          <w:iCs/>
        </w:rPr>
        <w:t>Background: Exclusive breastfeeding during the first six months of a baby’s life is essential for improving the health of both mother and child. The success of exclusive breastfeeding is influenced not only by maternal factors but also by the surrounding environment, particularly family support. Strong family support—whether emotional, instrumental, informational, or appraisal support—can enhance a mother’s motivation to breastfeed and reduce barriers during the breastfeeding process.</w:t>
      </w:r>
    </w:p>
    <w:p w14:paraId="38F1F519" w14:textId="7E823E8F" w:rsidR="002001E5" w:rsidRPr="00A00281" w:rsidRDefault="002001E5" w:rsidP="00A00281">
      <w:pPr>
        <w:spacing w:line="360" w:lineRule="auto"/>
        <w:jc w:val="both"/>
        <w:rPr>
          <w:rFonts w:ascii="Arial" w:hAnsi="Arial" w:cs="Arial"/>
          <w:i/>
          <w:iCs/>
        </w:rPr>
      </w:pPr>
      <w:r w:rsidRPr="00A00281">
        <w:rPr>
          <w:rFonts w:ascii="Arial" w:hAnsi="Arial" w:cs="Arial"/>
          <w:i/>
          <w:iCs/>
        </w:rPr>
        <w:t>Objective: To describe the level of family support for exclusive breastfeeding among mothers with infants aged 0–6 months.</w:t>
      </w:r>
    </w:p>
    <w:p w14:paraId="08687282" w14:textId="65A6E7C9" w:rsidR="002001E5" w:rsidRPr="00A00281" w:rsidRDefault="002001E5" w:rsidP="00A00281">
      <w:pPr>
        <w:spacing w:line="360" w:lineRule="auto"/>
        <w:jc w:val="both"/>
        <w:rPr>
          <w:rFonts w:ascii="Arial" w:hAnsi="Arial" w:cs="Arial"/>
          <w:i/>
          <w:iCs/>
        </w:rPr>
      </w:pPr>
      <w:r w:rsidRPr="00A00281">
        <w:rPr>
          <w:rFonts w:ascii="Arial" w:hAnsi="Arial" w:cs="Arial"/>
          <w:i/>
          <w:iCs/>
        </w:rPr>
        <w:t>Method: This study used a descriptive quantitative design with a cross-sectional approach. The sample consisted of breastfeeding mothers with infants aged 0–6 months, selected using purposive sampling. Data were collected using a questionnaire covering four aspects of family support: emotional, instrumental, informational, and appraisal. Data were analyzed univariately and presented in frequency distribution tables and percentages.</w:t>
      </w:r>
    </w:p>
    <w:p w14:paraId="7F1A771B" w14:textId="4F170354" w:rsidR="002001E5" w:rsidRPr="00A00281" w:rsidRDefault="002001E5" w:rsidP="00A00281">
      <w:pPr>
        <w:spacing w:line="360" w:lineRule="auto"/>
        <w:jc w:val="both"/>
        <w:rPr>
          <w:rFonts w:ascii="Arial" w:hAnsi="Arial" w:cs="Arial"/>
          <w:i/>
          <w:iCs/>
        </w:rPr>
      </w:pPr>
      <w:r w:rsidRPr="00A00281">
        <w:rPr>
          <w:rFonts w:ascii="Arial" w:hAnsi="Arial" w:cs="Arial"/>
          <w:i/>
          <w:iCs/>
        </w:rPr>
        <w:t>Results: The study found that most families provided good support for exclusive breastfeeding. Emotional, instrumental, informational, and appraisal support were all categorized as good, with the majority of respondents falling into the high-support category. However, a small proportion of families showed lower levels of support in the instrumental and informational aspects.</w:t>
      </w:r>
    </w:p>
    <w:p w14:paraId="149547D7" w14:textId="40E78A47" w:rsidR="002001E5" w:rsidRPr="00A00281" w:rsidRDefault="002001E5" w:rsidP="00A00281">
      <w:pPr>
        <w:spacing w:line="360" w:lineRule="auto"/>
        <w:jc w:val="both"/>
        <w:rPr>
          <w:rFonts w:ascii="Arial" w:hAnsi="Arial" w:cs="Arial"/>
          <w:i/>
          <w:iCs/>
        </w:rPr>
      </w:pPr>
      <w:r w:rsidRPr="00A00281">
        <w:rPr>
          <w:rFonts w:ascii="Arial" w:hAnsi="Arial" w:cs="Arial"/>
          <w:i/>
          <w:iCs/>
        </w:rPr>
        <w:t>Conclusion: The majority of families provided good support for mothers in exclusive breastfeeding. Family support plays an important role in the success of exclusive breastfeeding. Increasing education and awareness among families is expected to further strengthen exclusive breastfeeding practices.</w:t>
      </w:r>
    </w:p>
    <w:p w14:paraId="551EE627" w14:textId="1775BB45" w:rsidR="002001E5" w:rsidRPr="00A00281" w:rsidRDefault="002001E5" w:rsidP="00A00281">
      <w:pPr>
        <w:spacing w:line="360" w:lineRule="auto"/>
        <w:jc w:val="both"/>
        <w:rPr>
          <w:rFonts w:ascii="Arial" w:hAnsi="Arial" w:cs="Arial"/>
          <w:i/>
          <w:iCs/>
          <w:lang w:val="en-US"/>
        </w:rPr>
      </w:pPr>
      <w:r w:rsidRPr="00A00281">
        <w:rPr>
          <w:rFonts w:ascii="Arial" w:hAnsi="Arial" w:cs="Arial"/>
          <w:i/>
          <w:iCs/>
        </w:rPr>
        <w:t xml:space="preserve">Keywords: Family support, exclusive breastfeeding, </w:t>
      </w:r>
      <w:r w:rsidR="00A00281" w:rsidRPr="00A00281">
        <w:rPr>
          <w:rFonts w:ascii="Arial" w:hAnsi="Arial" w:cs="Arial"/>
          <w:i/>
          <w:iCs/>
          <w:lang w:val="en-US"/>
        </w:rPr>
        <w:t>Puskesmas Kayon</w:t>
      </w:r>
    </w:p>
    <w:p w14:paraId="2D4C4BD8" w14:textId="63066ED7" w:rsidR="003416BA" w:rsidRDefault="003416BA" w:rsidP="00DE3D27">
      <w:pPr>
        <w:jc w:val="both"/>
        <w:rPr>
          <w:rFonts w:ascii="Arial" w:hAnsi="Arial" w:cs="Arial"/>
          <w:i/>
          <w:iCs/>
          <w:spacing w:val="-4"/>
          <w:sz w:val="24"/>
        </w:rPr>
      </w:pPr>
    </w:p>
    <w:p w14:paraId="1DD7773C" w14:textId="530309BC" w:rsidR="00DE3D27" w:rsidRDefault="00DE3D27" w:rsidP="00C0445C">
      <w:pPr>
        <w:rPr>
          <w:rFonts w:ascii="Arial" w:hAnsi="Arial" w:cs="Arial"/>
          <w:i/>
          <w:iCs/>
          <w:spacing w:val="-4"/>
          <w:sz w:val="24"/>
        </w:rPr>
      </w:pPr>
    </w:p>
    <w:p w14:paraId="36994811" w14:textId="77777777" w:rsidR="00C0445C" w:rsidRDefault="00C0445C" w:rsidP="00C0445C">
      <w:pPr>
        <w:rPr>
          <w:rFonts w:ascii="Arial" w:hAnsi="Arial" w:cs="Arial"/>
          <w:b/>
          <w:bCs/>
          <w:sz w:val="24"/>
        </w:rPr>
      </w:pPr>
    </w:p>
    <w:p w14:paraId="60953F37" w14:textId="3CE7A5FC" w:rsidR="00547B98" w:rsidRPr="00145753" w:rsidRDefault="00930749" w:rsidP="00930749">
      <w:pPr>
        <w:jc w:val="center"/>
        <w:rPr>
          <w:rFonts w:ascii="Arial" w:hAnsi="Arial" w:cs="Arial"/>
          <w:b/>
          <w:bCs/>
          <w:sz w:val="24"/>
        </w:rPr>
      </w:pPr>
      <w:r w:rsidRPr="00145753">
        <w:rPr>
          <w:rFonts w:ascii="Arial" w:hAnsi="Arial" w:cs="Arial"/>
          <w:b/>
          <w:bCs/>
          <w:sz w:val="24"/>
        </w:rPr>
        <w:t>DAFTAR ISI</w:t>
      </w:r>
    </w:p>
    <w:p w14:paraId="23047121" w14:textId="77777777" w:rsidR="003416BA" w:rsidRPr="00145753" w:rsidRDefault="003416BA" w:rsidP="005F376F">
      <w:pPr>
        <w:rPr>
          <w:rFonts w:ascii="Arial" w:hAnsi="Arial" w:cs="Arial"/>
          <w:sz w:val="24"/>
        </w:rPr>
      </w:pPr>
    </w:p>
    <w:p w14:paraId="1C04B887" w14:textId="77777777" w:rsidR="00547B98" w:rsidRPr="00145753" w:rsidRDefault="00547B98" w:rsidP="005F376F">
      <w:pPr>
        <w:spacing w:before="85"/>
        <w:rPr>
          <w:rFonts w:ascii="Arial" w:hAnsi="Arial" w:cs="Arial"/>
          <w:sz w:val="24"/>
        </w:rPr>
      </w:pPr>
    </w:p>
    <w:p w14:paraId="7C27DBCC" w14:textId="7542D31A" w:rsidR="00547B98" w:rsidRPr="00145753" w:rsidRDefault="0027081F" w:rsidP="005F376F">
      <w:pPr>
        <w:pStyle w:val="Heading2"/>
        <w:ind w:left="0"/>
        <w:jc w:val="right"/>
      </w:pPr>
      <w:r w:rsidRPr="00145753">
        <w:rPr>
          <w:spacing w:val="-2"/>
        </w:rPr>
        <w:t>Halaman</w:t>
      </w:r>
    </w:p>
    <w:bookmarkStart w:id="6" w:name="_Hlk209549389" w:displacedByCustomXml="next"/>
    <w:sdt>
      <w:sdtPr>
        <w:id w:val="663750690"/>
        <w:docPartObj>
          <w:docPartGallery w:val="Table of Contents"/>
          <w:docPartUnique/>
        </w:docPartObj>
      </w:sdtPr>
      <w:sdtEndPr>
        <w:rPr>
          <w:b/>
          <w:bCs/>
        </w:rPr>
      </w:sdtEndPr>
      <w:sdtContent>
        <w:p w14:paraId="20280943" w14:textId="460B5211" w:rsidR="00547B98" w:rsidRPr="00C0445C" w:rsidRDefault="0092703F" w:rsidP="002B02C0">
          <w:pPr>
            <w:tabs>
              <w:tab w:val="right" w:leader="dot" w:pos="8498"/>
            </w:tabs>
            <w:spacing w:line="360" w:lineRule="auto"/>
            <w:rPr>
              <w:rFonts w:ascii="Arial" w:hAnsi="Arial" w:cs="Arial"/>
              <w:b/>
              <w:bCs/>
            </w:rPr>
          </w:pPr>
          <w:hyperlink w:anchor="_bookmark0" w:history="1">
            <w:r w:rsidR="00547B98" w:rsidRPr="00C0445C">
              <w:rPr>
                <w:rFonts w:ascii="Arial" w:hAnsi="Arial" w:cs="Arial"/>
                <w:b/>
                <w:bCs/>
              </w:rPr>
              <w:t>HALAMAN</w:t>
            </w:r>
            <w:r w:rsidR="00547B98" w:rsidRPr="00C0445C">
              <w:rPr>
                <w:rFonts w:ascii="Arial" w:hAnsi="Arial" w:cs="Arial"/>
                <w:b/>
                <w:bCs/>
                <w:spacing w:val="-15"/>
              </w:rPr>
              <w:t xml:space="preserve"> </w:t>
            </w:r>
            <w:r w:rsidR="00547B98" w:rsidRPr="00C0445C">
              <w:rPr>
                <w:rFonts w:ascii="Arial" w:hAnsi="Arial" w:cs="Arial"/>
                <w:b/>
                <w:bCs/>
              </w:rPr>
              <w:t>PERSETUJUAN</w:t>
            </w:r>
            <w:r w:rsidR="00547B98" w:rsidRPr="00C0445C">
              <w:rPr>
                <w:rFonts w:ascii="Arial" w:hAnsi="Arial" w:cs="Arial"/>
                <w:b/>
                <w:bCs/>
                <w:spacing w:val="-15"/>
              </w:rPr>
              <w:t xml:space="preserve"> </w:t>
            </w:r>
            <w:r w:rsidR="00547B98" w:rsidRPr="00C0445C">
              <w:rPr>
                <w:rFonts w:ascii="Arial" w:hAnsi="Arial" w:cs="Arial"/>
                <w:b/>
                <w:bCs/>
                <w:spacing w:val="-2"/>
              </w:rPr>
              <w:t>PEMBIMBING</w:t>
            </w:r>
            <w:r w:rsidR="00547B98" w:rsidRPr="00C0445C">
              <w:rPr>
                <w:rFonts w:ascii="Arial" w:hAnsi="Arial" w:cs="Arial"/>
                <w:b/>
                <w:bCs/>
              </w:rPr>
              <w:tab/>
            </w:r>
            <w:r w:rsidR="00365C4A" w:rsidRPr="00C0445C">
              <w:rPr>
                <w:rFonts w:ascii="Arial" w:hAnsi="Arial" w:cs="Arial"/>
                <w:b/>
                <w:bCs/>
                <w:spacing w:val="-5"/>
              </w:rPr>
              <w:t>i</w:t>
            </w:r>
          </w:hyperlink>
        </w:p>
        <w:p w14:paraId="3AF81566" w14:textId="58B59A64" w:rsidR="00547B98" w:rsidRPr="00C0445C" w:rsidRDefault="0092703F" w:rsidP="002B02C0">
          <w:pPr>
            <w:tabs>
              <w:tab w:val="right" w:leader="dot" w:pos="8495"/>
            </w:tabs>
            <w:spacing w:line="360" w:lineRule="auto"/>
            <w:rPr>
              <w:rFonts w:ascii="Arial" w:hAnsi="Arial" w:cs="Arial"/>
              <w:b/>
              <w:bCs/>
            </w:rPr>
          </w:pPr>
          <w:hyperlink w:anchor="_bookmark1" w:history="1">
            <w:r w:rsidR="00547B98" w:rsidRPr="00C0445C">
              <w:rPr>
                <w:rFonts w:ascii="Arial" w:hAnsi="Arial" w:cs="Arial"/>
                <w:b/>
                <w:bCs/>
              </w:rPr>
              <w:t>HALAMAN</w:t>
            </w:r>
            <w:r w:rsidR="00547B98" w:rsidRPr="00C0445C">
              <w:rPr>
                <w:rFonts w:ascii="Arial" w:hAnsi="Arial" w:cs="Arial"/>
                <w:b/>
                <w:bCs/>
                <w:spacing w:val="-16"/>
              </w:rPr>
              <w:t xml:space="preserve"> </w:t>
            </w:r>
            <w:r w:rsidR="00547B98" w:rsidRPr="00C0445C">
              <w:rPr>
                <w:rFonts w:ascii="Arial" w:hAnsi="Arial" w:cs="Arial"/>
                <w:b/>
                <w:bCs/>
              </w:rPr>
              <w:t>PENGESAHAN</w:t>
            </w:r>
            <w:r w:rsidR="00547B98" w:rsidRPr="00C0445C">
              <w:rPr>
                <w:rFonts w:ascii="Arial" w:hAnsi="Arial" w:cs="Arial"/>
                <w:b/>
                <w:bCs/>
                <w:spacing w:val="-12"/>
              </w:rPr>
              <w:t xml:space="preserve"> </w:t>
            </w:r>
            <w:r w:rsidR="00547B98" w:rsidRPr="00C0445C">
              <w:rPr>
                <w:rFonts w:ascii="Arial" w:hAnsi="Arial" w:cs="Arial"/>
                <w:b/>
                <w:bCs/>
              </w:rPr>
              <w:t>LAPORAN</w:t>
            </w:r>
            <w:r w:rsidR="00547B98" w:rsidRPr="00C0445C">
              <w:rPr>
                <w:rFonts w:ascii="Arial" w:hAnsi="Arial" w:cs="Arial"/>
                <w:b/>
                <w:bCs/>
                <w:spacing w:val="-11"/>
              </w:rPr>
              <w:t xml:space="preserve"> </w:t>
            </w:r>
            <w:r w:rsidR="00547B98" w:rsidRPr="00C0445C">
              <w:rPr>
                <w:rFonts w:ascii="Arial" w:hAnsi="Arial" w:cs="Arial"/>
                <w:b/>
                <w:bCs/>
              </w:rPr>
              <w:t>TUGAS</w:t>
            </w:r>
            <w:r w:rsidR="00547B98" w:rsidRPr="00C0445C">
              <w:rPr>
                <w:rFonts w:ascii="Arial" w:hAnsi="Arial" w:cs="Arial"/>
                <w:b/>
                <w:bCs/>
                <w:spacing w:val="-16"/>
              </w:rPr>
              <w:t xml:space="preserve"> </w:t>
            </w:r>
            <w:r w:rsidR="00547B98" w:rsidRPr="00C0445C">
              <w:rPr>
                <w:rFonts w:ascii="Arial" w:hAnsi="Arial" w:cs="Arial"/>
                <w:b/>
                <w:bCs/>
                <w:spacing w:val="-2"/>
              </w:rPr>
              <w:t>AKHIR</w:t>
            </w:r>
            <w:r w:rsidR="00547B98" w:rsidRPr="00C0445C">
              <w:rPr>
                <w:rFonts w:ascii="Arial" w:hAnsi="Arial" w:cs="Arial"/>
                <w:b/>
                <w:bCs/>
              </w:rPr>
              <w:tab/>
            </w:r>
            <w:r w:rsidR="00365C4A" w:rsidRPr="00C0445C">
              <w:rPr>
                <w:rFonts w:ascii="Arial" w:hAnsi="Arial" w:cs="Arial"/>
                <w:b/>
                <w:bCs/>
                <w:spacing w:val="-5"/>
              </w:rPr>
              <w:t>ii</w:t>
            </w:r>
          </w:hyperlink>
        </w:p>
        <w:p w14:paraId="5A59BD86" w14:textId="0FA9063B" w:rsidR="00547B98" w:rsidRPr="00C0445C" w:rsidRDefault="0092703F" w:rsidP="002B02C0">
          <w:pPr>
            <w:tabs>
              <w:tab w:val="right" w:leader="dot" w:pos="8491"/>
            </w:tabs>
            <w:spacing w:line="360" w:lineRule="auto"/>
            <w:rPr>
              <w:rFonts w:ascii="Arial" w:hAnsi="Arial" w:cs="Arial"/>
              <w:b/>
              <w:bCs/>
            </w:rPr>
          </w:pPr>
          <w:hyperlink w:anchor="_bookmark2" w:history="1">
            <w:r w:rsidR="00547B98" w:rsidRPr="00C0445C">
              <w:rPr>
                <w:rFonts w:ascii="Arial" w:hAnsi="Arial" w:cs="Arial"/>
                <w:b/>
                <w:bCs/>
                <w:spacing w:val="-4"/>
              </w:rPr>
              <w:t>SURAT PERNYATAAN</w:t>
            </w:r>
            <w:r w:rsidR="00547B98" w:rsidRPr="00C0445C">
              <w:rPr>
                <w:rFonts w:ascii="Arial" w:hAnsi="Arial" w:cs="Arial"/>
                <w:b/>
                <w:bCs/>
                <w:spacing w:val="-5"/>
              </w:rPr>
              <w:t xml:space="preserve"> </w:t>
            </w:r>
            <w:r w:rsidR="00547B98" w:rsidRPr="00C0445C">
              <w:rPr>
                <w:rFonts w:ascii="Arial" w:hAnsi="Arial" w:cs="Arial"/>
                <w:b/>
                <w:bCs/>
                <w:spacing w:val="-4"/>
              </w:rPr>
              <w:t>TIDAK</w:t>
            </w:r>
            <w:r w:rsidR="00547B98" w:rsidRPr="00C0445C">
              <w:rPr>
                <w:rFonts w:ascii="Arial" w:hAnsi="Arial" w:cs="Arial"/>
                <w:b/>
                <w:bCs/>
                <w:spacing w:val="-5"/>
              </w:rPr>
              <w:t xml:space="preserve"> </w:t>
            </w:r>
            <w:r w:rsidR="00547B98" w:rsidRPr="00C0445C">
              <w:rPr>
                <w:rFonts w:ascii="Arial" w:hAnsi="Arial" w:cs="Arial"/>
                <w:b/>
                <w:bCs/>
                <w:spacing w:val="-4"/>
              </w:rPr>
              <w:t>PLAGIAT</w:t>
            </w:r>
            <w:r w:rsidR="00547B98" w:rsidRPr="00C0445C">
              <w:rPr>
                <w:rFonts w:ascii="Arial" w:hAnsi="Arial" w:cs="Arial"/>
                <w:b/>
                <w:bCs/>
              </w:rPr>
              <w:tab/>
            </w:r>
            <w:r w:rsidR="00365C4A" w:rsidRPr="00C0445C">
              <w:rPr>
                <w:rFonts w:ascii="Arial" w:hAnsi="Arial" w:cs="Arial"/>
                <w:b/>
                <w:bCs/>
                <w:spacing w:val="-5"/>
              </w:rPr>
              <w:t>iii</w:t>
            </w:r>
          </w:hyperlink>
        </w:p>
        <w:p w14:paraId="339CE98C" w14:textId="6E8C7F93" w:rsidR="00D53148" w:rsidRPr="00D53148" w:rsidRDefault="0092703F" w:rsidP="00D53148">
          <w:pPr>
            <w:tabs>
              <w:tab w:val="right" w:leader="dot" w:pos="8493"/>
            </w:tabs>
            <w:spacing w:line="360" w:lineRule="auto"/>
            <w:rPr>
              <w:rFonts w:ascii="Arial" w:hAnsi="Arial" w:cs="Arial"/>
              <w:b/>
              <w:bCs/>
              <w:spacing w:val="-10"/>
            </w:rPr>
          </w:pPr>
          <w:hyperlink w:anchor="_bookmark3" w:history="1">
            <w:r w:rsidR="00547B98" w:rsidRPr="00C0445C">
              <w:rPr>
                <w:rFonts w:ascii="Arial" w:hAnsi="Arial" w:cs="Arial"/>
                <w:b/>
                <w:bCs/>
                <w:spacing w:val="-10"/>
              </w:rPr>
              <w:t>KATA</w:t>
            </w:r>
            <w:r w:rsidR="00547B98" w:rsidRPr="00C0445C">
              <w:rPr>
                <w:rFonts w:ascii="Arial" w:hAnsi="Arial" w:cs="Arial"/>
                <w:b/>
                <w:bCs/>
                <w:spacing w:val="-3"/>
              </w:rPr>
              <w:t xml:space="preserve"> </w:t>
            </w:r>
            <w:r w:rsidR="00547B98" w:rsidRPr="00C0445C">
              <w:rPr>
                <w:rFonts w:ascii="Arial" w:hAnsi="Arial" w:cs="Arial"/>
                <w:b/>
                <w:bCs/>
                <w:spacing w:val="-2"/>
              </w:rPr>
              <w:t>PENGANTAR</w:t>
            </w:r>
            <w:r w:rsidR="00547B98" w:rsidRPr="00C0445C">
              <w:rPr>
                <w:rFonts w:ascii="Arial" w:hAnsi="Arial" w:cs="Arial"/>
                <w:b/>
                <w:bCs/>
              </w:rPr>
              <w:tab/>
            </w:r>
            <w:r w:rsidR="00365C4A" w:rsidRPr="00C0445C">
              <w:rPr>
                <w:rFonts w:ascii="Arial" w:hAnsi="Arial" w:cs="Arial"/>
                <w:b/>
                <w:bCs/>
              </w:rPr>
              <w:t>i</w:t>
            </w:r>
            <w:r w:rsidR="00547B98" w:rsidRPr="00C0445C">
              <w:rPr>
                <w:rFonts w:ascii="Arial" w:hAnsi="Arial" w:cs="Arial"/>
                <w:b/>
                <w:bCs/>
                <w:spacing w:val="-10"/>
              </w:rPr>
              <w:t>v</w:t>
            </w:r>
          </w:hyperlink>
        </w:p>
        <w:p w14:paraId="762274EC" w14:textId="25D1667A" w:rsidR="00D53148" w:rsidRPr="00D53148" w:rsidRDefault="00D53148" w:rsidP="00D53148">
          <w:pPr>
            <w:tabs>
              <w:tab w:val="right" w:leader="dot" w:pos="8493"/>
            </w:tabs>
            <w:spacing w:line="360" w:lineRule="auto"/>
            <w:rPr>
              <w:rFonts w:ascii="Arial" w:hAnsi="Arial" w:cs="Arial"/>
              <w:b/>
              <w:bCs/>
              <w:spacing w:val="-10"/>
              <w:lang w:val="en-US"/>
            </w:rPr>
          </w:pPr>
          <w:r w:rsidRPr="00D53148">
            <w:rPr>
              <w:rFonts w:ascii="Arial" w:hAnsi="Arial" w:cs="Arial"/>
              <w:b/>
              <w:bCs/>
              <w:spacing w:val="-10"/>
            </w:rPr>
            <w:t>ABSTRAK</w:t>
          </w:r>
          <w:r>
            <w:rPr>
              <w:rFonts w:ascii="Arial" w:hAnsi="Arial" w:cs="Arial"/>
              <w:b/>
              <w:bCs/>
              <w:spacing w:val="-10"/>
            </w:rPr>
            <w:tab/>
          </w:r>
          <w:r>
            <w:rPr>
              <w:rFonts w:ascii="Arial" w:hAnsi="Arial" w:cs="Arial"/>
              <w:b/>
              <w:bCs/>
              <w:spacing w:val="-10"/>
              <w:lang w:val="en-US"/>
            </w:rPr>
            <w:t>vi</w:t>
          </w:r>
        </w:p>
        <w:p w14:paraId="3BF7FC75" w14:textId="7E45532E" w:rsidR="00D53148" w:rsidRPr="00D53148" w:rsidRDefault="00D53148" w:rsidP="002B02C0">
          <w:pPr>
            <w:tabs>
              <w:tab w:val="right" w:leader="dot" w:pos="8493"/>
            </w:tabs>
            <w:spacing w:line="360" w:lineRule="auto"/>
            <w:rPr>
              <w:rFonts w:ascii="Arial" w:hAnsi="Arial" w:cs="Arial"/>
              <w:b/>
              <w:bCs/>
              <w:spacing w:val="-10"/>
              <w:lang w:val="en-US"/>
            </w:rPr>
          </w:pPr>
          <w:r w:rsidRPr="00D53148">
            <w:rPr>
              <w:rFonts w:ascii="Arial" w:hAnsi="Arial" w:cs="Arial"/>
              <w:b/>
              <w:bCs/>
              <w:spacing w:val="-10"/>
            </w:rPr>
            <w:t>ABSTRACT</w:t>
          </w:r>
          <w:r>
            <w:rPr>
              <w:rFonts w:ascii="Arial" w:hAnsi="Arial" w:cs="Arial"/>
              <w:b/>
              <w:bCs/>
              <w:spacing w:val="-10"/>
            </w:rPr>
            <w:tab/>
          </w:r>
          <w:r>
            <w:rPr>
              <w:rFonts w:ascii="Arial" w:hAnsi="Arial" w:cs="Arial"/>
              <w:b/>
              <w:bCs/>
              <w:spacing w:val="-10"/>
              <w:lang w:val="en-US"/>
            </w:rPr>
            <w:t>viii</w:t>
          </w:r>
        </w:p>
        <w:p w14:paraId="0F6943F9" w14:textId="74CB6A75" w:rsidR="00547B98" w:rsidRPr="00C0445C" w:rsidRDefault="0092703F" w:rsidP="002B02C0">
          <w:pPr>
            <w:tabs>
              <w:tab w:val="right" w:leader="dot" w:pos="8495"/>
            </w:tabs>
            <w:spacing w:line="360" w:lineRule="auto"/>
            <w:rPr>
              <w:rFonts w:ascii="Arial" w:hAnsi="Arial" w:cs="Arial"/>
              <w:b/>
              <w:bCs/>
            </w:rPr>
          </w:pPr>
          <w:hyperlink w:anchor="_bookmark4" w:history="1">
            <w:r w:rsidR="00547B98" w:rsidRPr="00C0445C">
              <w:rPr>
                <w:rFonts w:ascii="Arial" w:hAnsi="Arial" w:cs="Arial"/>
                <w:b/>
                <w:bCs/>
                <w:spacing w:val="-4"/>
              </w:rPr>
              <w:t>DAFTAR</w:t>
            </w:r>
            <w:r w:rsidR="00547B98" w:rsidRPr="00C0445C">
              <w:rPr>
                <w:rFonts w:ascii="Arial" w:hAnsi="Arial" w:cs="Arial"/>
                <w:b/>
                <w:bCs/>
                <w:spacing w:val="-2"/>
              </w:rPr>
              <w:t xml:space="preserve"> </w:t>
            </w:r>
            <w:r w:rsidR="00547B98" w:rsidRPr="00C0445C">
              <w:rPr>
                <w:rFonts w:ascii="Arial" w:hAnsi="Arial" w:cs="Arial"/>
                <w:b/>
                <w:bCs/>
                <w:spacing w:val="-5"/>
              </w:rPr>
              <w:t>ISI</w:t>
            </w:r>
            <w:r w:rsidR="00547B98" w:rsidRPr="00C0445C">
              <w:rPr>
                <w:rFonts w:ascii="Arial" w:hAnsi="Arial" w:cs="Arial"/>
                <w:b/>
                <w:bCs/>
              </w:rPr>
              <w:tab/>
            </w:r>
            <w:r w:rsidR="00D53148">
              <w:rPr>
                <w:rFonts w:ascii="Arial" w:hAnsi="Arial" w:cs="Arial"/>
                <w:b/>
                <w:bCs/>
                <w:spacing w:val="-5"/>
                <w:lang w:val="en-US"/>
              </w:rPr>
              <w:t>ix</w:t>
            </w:r>
          </w:hyperlink>
        </w:p>
        <w:p w14:paraId="546155D6" w14:textId="7FBDD59E" w:rsidR="00547B98" w:rsidRPr="00D53148" w:rsidRDefault="0027081F" w:rsidP="002B02C0">
          <w:pPr>
            <w:tabs>
              <w:tab w:val="right" w:leader="dot" w:pos="8497"/>
            </w:tabs>
            <w:spacing w:line="360" w:lineRule="auto"/>
            <w:rPr>
              <w:rFonts w:ascii="Arial" w:hAnsi="Arial" w:cs="Arial"/>
              <w:b/>
              <w:bCs/>
              <w:lang w:val="en-US"/>
            </w:rPr>
          </w:pPr>
          <w:r w:rsidRPr="00C0445C">
            <w:rPr>
              <w:rFonts w:ascii="Arial" w:hAnsi="Arial" w:cs="Arial"/>
              <w:b/>
              <w:bCs/>
              <w:spacing w:val="-4"/>
            </w:rPr>
            <w:t>DAFTAR</w:t>
          </w:r>
          <w:r w:rsidRPr="00C0445C">
            <w:rPr>
              <w:rFonts w:ascii="Arial" w:hAnsi="Arial" w:cs="Arial"/>
              <w:b/>
              <w:bCs/>
              <w:spacing w:val="-2"/>
            </w:rPr>
            <w:t xml:space="preserve"> BAGAN</w:t>
          </w:r>
          <w:r w:rsidRPr="00C0445C">
            <w:rPr>
              <w:rFonts w:ascii="Arial" w:hAnsi="Arial" w:cs="Arial"/>
              <w:b/>
              <w:bCs/>
            </w:rPr>
            <w:tab/>
          </w:r>
          <w:r w:rsidR="00D53148">
            <w:rPr>
              <w:rFonts w:ascii="Arial" w:hAnsi="Arial" w:cs="Arial"/>
              <w:b/>
              <w:bCs/>
              <w:spacing w:val="-10"/>
              <w:lang w:val="en-US"/>
            </w:rPr>
            <w:t>xi</w:t>
          </w:r>
        </w:p>
        <w:p w14:paraId="3526DD4B" w14:textId="5F7B4B79" w:rsidR="00547B98" w:rsidRPr="00C0445C" w:rsidRDefault="0092703F" w:rsidP="002B02C0">
          <w:pPr>
            <w:tabs>
              <w:tab w:val="right" w:leader="dot" w:pos="8491"/>
            </w:tabs>
            <w:spacing w:line="360" w:lineRule="auto"/>
            <w:rPr>
              <w:rFonts w:ascii="Arial" w:hAnsi="Arial" w:cs="Arial"/>
              <w:b/>
              <w:bCs/>
            </w:rPr>
          </w:pPr>
          <w:hyperlink w:anchor="_bookmark5" w:history="1">
            <w:r w:rsidR="00547B98" w:rsidRPr="00C0445C">
              <w:rPr>
                <w:rFonts w:ascii="Arial" w:hAnsi="Arial" w:cs="Arial"/>
                <w:b/>
                <w:bCs/>
                <w:spacing w:val="-4"/>
              </w:rPr>
              <w:t>DAFTAR</w:t>
            </w:r>
            <w:r w:rsidR="00547B98" w:rsidRPr="00C0445C">
              <w:rPr>
                <w:rFonts w:ascii="Arial" w:hAnsi="Arial" w:cs="Arial"/>
                <w:b/>
                <w:bCs/>
                <w:spacing w:val="-2"/>
              </w:rPr>
              <w:t xml:space="preserve"> LAMPIRAN</w:t>
            </w:r>
            <w:r w:rsidR="00547B98" w:rsidRPr="00C0445C">
              <w:rPr>
                <w:rFonts w:ascii="Arial" w:hAnsi="Arial" w:cs="Arial"/>
                <w:b/>
                <w:bCs/>
              </w:rPr>
              <w:tab/>
            </w:r>
            <w:r w:rsidR="00D53148">
              <w:rPr>
                <w:rFonts w:ascii="Arial" w:hAnsi="Arial" w:cs="Arial"/>
                <w:b/>
                <w:bCs/>
                <w:spacing w:val="-5"/>
                <w:lang w:val="en-US"/>
              </w:rPr>
              <w:t>xii</w:t>
            </w:r>
          </w:hyperlink>
        </w:p>
        <w:p w14:paraId="2F0444F6" w14:textId="77777777" w:rsidR="00547B98" w:rsidRPr="00C0445C" w:rsidRDefault="0027081F" w:rsidP="002B02C0">
          <w:pPr>
            <w:tabs>
              <w:tab w:val="right" w:leader="dot" w:pos="8493"/>
            </w:tabs>
            <w:spacing w:line="360" w:lineRule="auto"/>
            <w:rPr>
              <w:rFonts w:ascii="Arial" w:hAnsi="Arial" w:cs="Arial"/>
              <w:b/>
              <w:bCs/>
            </w:rPr>
          </w:pPr>
          <w:r w:rsidRPr="00C0445C">
            <w:rPr>
              <w:rFonts w:ascii="Arial" w:hAnsi="Arial" w:cs="Arial"/>
              <w:b/>
              <w:bCs/>
            </w:rPr>
            <w:t>BAB</w:t>
          </w:r>
          <w:r w:rsidRPr="00C0445C">
            <w:rPr>
              <w:rFonts w:ascii="Arial" w:hAnsi="Arial" w:cs="Arial"/>
              <w:b/>
              <w:bCs/>
              <w:spacing w:val="-4"/>
            </w:rPr>
            <w:t xml:space="preserve"> </w:t>
          </w:r>
          <w:r w:rsidRPr="00C0445C">
            <w:rPr>
              <w:rFonts w:ascii="Arial" w:hAnsi="Arial" w:cs="Arial"/>
              <w:b/>
              <w:bCs/>
            </w:rPr>
            <w:t>I</w:t>
          </w:r>
          <w:r w:rsidRPr="00C0445C">
            <w:rPr>
              <w:rFonts w:ascii="Arial" w:hAnsi="Arial" w:cs="Arial"/>
              <w:b/>
              <w:bCs/>
              <w:spacing w:val="-3"/>
            </w:rPr>
            <w:t xml:space="preserve"> </w:t>
          </w:r>
          <w:hyperlink w:anchor="_bookmark6" w:history="1">
            <w:r w:rsidR="00547B98" w:rsidRPr="00C0445C">
              <w:rPr>
                <w:rFonts w:ascii="Arial" w:hAnsi="Arial" w:cs="Arial"/>
                <w:b/>
                <w:bCs/>
                <w:spacing w:val="-2"/>
              </w:rPr>
              <w:t>PENDAHULUAN</w:t>
            </w:r>
            <w:r w:rsidR="00547B98" w:rsidRPr="00C0445C">
              <w:rPr>
                <w:rFonts w:ascii="Arial" w:hAnsi="Arial" w:cs="Arial"/>
                <w:b/>
                <w:bCs/>
              </w:rPr>
              <w:tab/>
            </w:r>
            <w:r w:rsidR="00547B98" w:rsidRPr="00C0445C">
              <w:rPr>
                <w:rFonts w:ascii="Arial" w:hAnsi="Arial" w:cs="Arial"/>
                <w:b/>
                <w:bCs/>
                <w:spacing w:val="-10"/>
              </w:rPr>
              <w:t>1</w:t>
            </w:r>
          </w:hyperlink>
        </w:p>
        <w:p w14:paraId="51D66C7B" w14:textId="77777777" w:rsidR="00547B98" w:rsidRPr="00C0445C" w:rsidRDefault="0092703F" w:rsidP="002B02C0">
          <w:pPr>
            <w:numPr>
              <w:ilvl w:val="0"/>
              <w:numId w:val="11"/>
            </w:numPr>
            <w:tabs>
              <w:tab w:val="left" w:pos="1076"/>
              <w:tab w:val="right" w:leader="dot" w:pos="8493"/>
            </w:tabs>
            <w:spacing w:line="360" w:lineRule="auto"/>
            <w:ind w:left="709" w:firstLine="100"/>
            <w:rPr>
              <w:rFonts w:ascii="Arial" w:hAnsi="Arial" w:cs="Arial"/>
            </w:rPr>
          </w:pPr>
          <w:hyperlink w:anchor="_bookmark7" w:history="1">
            <w:r w:rsidR="00547B98" w:rsidRPr="00C0445C">
              <w:rPr>
                <w:rFonts w:ascii="Arial" w:hAnsi="Arial" w:cs="Arial"/>
              </w:rPr>
              <w:t>Latar</w:t>
            </w:r>
            <w:r w:rsidR="00547B98" w:rsidRPr="00C0445C">
              <w:rPr>
                <w:rFonts w:ascii="Arial" w:hAnsi="Arial" w:cs="Arial"/>
                <w:spacing w:val="-4"/>
              </w:rPr>
              <w:t xml:space="preserve"> </w:t>
            </w:r>
            <w:r w:rsidR="00547B98" w:rsidRPr="00C0445C">
              <w:rPr>
                <w:rFonts w:ascii="Arial" w:hAnsi="Arial" w:cs="Arial"/>
                <w:spacing w:val="-2"/>
              </w:rPr>
              <w:t>Belakang</w:t>
            </w:r>
            <w:r w:rsidR="00547B98" w:rsidRPr="00C0445C">
              <w:rPr>
                <w:rFonts w:ascii="Arial" w:hAnsi="Arial" w:cs="Arial"/>
              </w:rPr>
              <w:tab/>
            </w:r>
            <w:r w:rsidR="00547B98" w:rsidRPr="00C0445C">
              <w:rPr>
                <w:rFonts w:ascii="Arial" w:hAnsi="Arial" w:cs="Arial"/>
                <w:spacing w:val="-10"/>
              </w:rPr>
              <w:t>1</w:t>
            </w:r>
          </w:hyperlink>
        </w:p>
        <w:p w14:paraId="2A0C7FBB" w14:textId="43E00102" w:rsidR="00547B98" w:rsidRPr="00C0445C" w:rsidRDefault="0092703F" w:rsidP="002B02C0">
          <w:pPr>
            <w:numPr>
              <w:ilvl w:val="0"/>
              <w:numId w:val="11"/>
            </w:numPr>
            <w:tabs>
              <w:tab w:val="left" w:pos="1076"/>
              <w:tab w:val="right" w:leader="dot" w:pos="8493"/>
            </w:tabs>
            <w:spacing w:line="360" w:lineRule="auto"/>
            <w:ind w:left="1076" w:hanging="267"/>
            <w:rPr>
              <w:rFonts w:ascii="Arial" w:hAnsi="Arial" w:cs="Arial"/>
            </w:rPr>
          </w:pPr>
          <w:hyperlink w:anchor="_bookmark8" w:history="1">
            <w:r w:rsidR="00547B98" w:rsidRPr="00C0445C">
              <w:rPr>
                <w:rFonts w:ascii="Arial" w:hAnsi="Arial" w:cs="Arial"/>
              </w:rPr>
              <w:t>Rumusan</w:t>
            </w:r>
            <w:r w:rsidR="00547B98" w:rsidRPr="00C0445C">
              <w:rPr>
                <w:rFonts w:ascii="Arial" w:hAnsi="Arial" w:cs="Arial"/>
                <w:spacing w:val="-2"/>
              </w:rPr>
              <w:t xml:space="preserve"> masalah</w:t>
            </w:r>
            <w:r w:rsidR="00547B98" w:rsidRPr="00C0445C">
              <w:rPr>
                <w:rFonts w:ascii="Arial" w:hAnsi="Arial" w:cs="Arial"/>
              </w:rPr>
              <w:tab/>
            </w:r>
            <w:r w:rsidR="00365C4A" w:rsidRPr="00C0445C">
              <w:rPr>
                <w:rFonts w:ascii="Arial" w:hAnsi="Arial" w:cs="Arial"/>
                <w:spacing w:val="-12"/>
              </w:rPr>
              <w:t>3</w:t>
            </w:r>
          </w:hyperlink>
        </w:p>
        <w:p w14:paraId="3C8CE2A1" w14:textId="3EC317DA" w:rsidR="00547B98" w:rsidRPr="00C0445C" w:rsidRDefault="0092703F" w:rsidP="002B02C0">
          <w:pPr>
            <w:numPr>
              <w:ilvl w:val="0"/>
              <w:numId w:val="11"/>
            </w:numPr>
            <w:tabs>
              <w:tab w:val="left" w:pos="1088"/>
              <w:tab w:val="right" w:leader="dot" w:pos="8493"/>
            </w:tabs>
            <w:spacing w:line="360" w:lineRule="auto"/>
            <w:ind w:left="1088" w:hanging="279"/>
            <w:rPr>
              <w:rFonts w:ascii="Arial" w:hAnsi="Arial" w:cs="Arial"/>
            </w:rPr>
          </w:pPr>
          <w:hyperlink w:anchor="_bookmark9" w:history="1">
            <w:r w:rsidR="00547B98" w:rsidRPr="00C0445C">
              <w:rPr>
                <w:rFonts w:ascii="Arial" w:hAnsi="Arial" w:cs="Arial"/>
              </w:rPr>
              <w:t>Tujuan</w:t>
            </w:r>
            <w:r w:rsidR="00547B98" w:rsidRPr="00C0445C">
              <w:rPr>
                <w:rFonts w:ascii="Arial" w:hAnsi="Arial" w:cs="Arial"/>
                <w:spacing w:val="-9"/>
              </w:rPr>
              <w:t xml:space="preserve"> </w:t>
            </w:r>
            <w:r w:rsidR="00547B98" w:rsidRPr="00C0445C">
              <w:rPr>
                <w:rFonts w:ascii="Arial" w:hAnsi="Arial" w:cs="Arial"/>
                <w:spacing w:val="-2"/>
              </w:rPr>
              <w:t>Penelitian</w:t>
            </w:r>
            <w:r w:rsidR="00547B98" w:rsidRPr="00C0445C">
              <w:rPr>
                <w:rFonts w:ascii="Arial" w:hAnsi="Arial" w:cs="Arial"/>
              </w:rPr>
              <w:tab/>
            </w:r>
            <w:r w:rsidR="00584350" w:rsidRPr="00C0445C">
              <w:rPr>
                <w:rFonts w:ascii="Arial" w:hAnsi="Arial" w:cs="Arial"/>
                <w:spacing w:val="-10"/>
              </w:rPr>
              <w:t>4</w:t>
            </w:r>
          </w:hyperlink>
        </w:p>
        <w:p w14:paraId="03DF0F16" w14:textId="318B9BC3" w:rsidR="00547B98" w:rsidRPr="00C0445C" w:rsidRDefault="0092703F" w:rsidP="002B02C0">
          <w:pPr>
            <w:numPr>
              <w:ilvl w:val="0"/>
              <w:numId w:val="11"/>
            </w:numPr>
            <w:tabs>
              <w:tab w:val="left" w:pos="1088"/>
              <w:tab w:val="right" w:leader="dot" w:pos="8493"/>
            </w:tabs>
            <w:spacing w:line="360" w:lineRule="auto"/>
            <w:ind w:left="1088" w:hanging="279"/>
            <w:rPr>
              <w:rFonts w:ascii="Arial" w:hAnsi="Arial" w:cs="Arial"/>
            </w:rPr>
          </w:pPr>
          <w:hyperlink w:anchor="_bookmark10" w:history="1">
            <w:r w:rsidR="00547B98" w:rsidRPr="00C0445C">
              <w:rPr>
                <w:rFonts w:ascii="Arial" w:hAnsi="Arial" w:cs="Arial"/>
              </w:rPr>
              <w:t xml:space="preserve">Manfaat </w:t>
            </w:r>
            <w:r w:rsidR="00547B98" w:rsidRPr="00C0445C">
              <w:rPr>
                <w:rFonts w:ascii="Arial" w:hAnsi="Arial" w:cs="Arial"/>
                <w:spacing w:val="-2"/>
              </w:rPr>
              <w:t>Penelitian</w:t>
            </w:r>
            <w:r w:rsidR="00547B98" w:rsidRPr="00C0445C">
              <w:rPr>
                <w:rFonts w:ascii="Arial" w:hAnsi="Arial" w:cs="Arial"/>
              </w:rPr>
              <w:tab/>
            </w:r>
            <w:r w:rsidR="00365C4A" w:rsidRPr="00C0445C">
              <w:rPr>
                <w:rFonts w:ascii="Arial" w:hAnsi="Arial" w:cs="Arial"/>
                <w:spacing w:val="-10"/>
              </w:rPr>
              <w:t>4</w:t>
            </w:r>
          </w:hyperlink>
        </w:p>
        <w:p w14:paraId="1F52753E" w14:textId="33E811AB" w:rsidR="00547B98" w:rsidRPr="00C0445C" w:rsidRDefault="0092703F" w:rsidP="002B02C0">
          <w:pPr>
            <w:numPr>
              <w:ilvl w:val="0"/>
              <w:numId w:val="11"/>
            </w:numPr>
            <w:tabs>
              <w:tab w:val="left" w:pos="1076"/>
              <w:tab w:val="right" w:leader="dot" w:pos="8493"/>
            </w:tabs>
            <w:spacing w:line="360" w:lineRule="auto"/>
            <w:ind w:left="1076" w:hanging="267"/>
            <w:rPr>
              <w:rFonts w:ascii="Arial" w:hAnsi="Arial" w:cs="Arial"/>
            </w:rPr>
          </w:pPr>
          <w:hyperlink w:anchor="_bookmark11" w:history="1">
            <w:r w:rsidR="00547B98" w:rsidRPr="00C0445C">
              <w:rPr>
                <w:rFonts w:ascii="Arial" w:hAnsi="Arial" w:cs="Arial"/>
              </w:rPr>
              <w:t>Keaslian</w:t>
            </w:r>
            <w:r w:rsidR="00547B98" w:rsidRPr="00C0445C">
              <w:rPr>
                <w:rFonts w:ascii="Arial" w:hAnsi="Arial" w:cs="Arial"/>
                <w:spacing w:val="-1"/>
              </w:rPr>
              <w:t xml:space="preserve"> </w:t>
            </w:r>
            <w:r w:rsidR="00547B98" w:rsidRPr="00C0445C">
              <w:rPr>
                <w:rFonts w:ascii="Arial" w:hAnsi="Arial" w:cs="Arial"/>
                <w:spacing w:val="-2"/>
              </w:rPr>
              <w:t>Penelitian</w:t>
            </w:r>
            <w:r w:rsidR="00547B98" w:rsidRPr="00C0445C">
              <w:rPr>
                <w:rFonts w:ascii="Arial" w:hAnsi="Arial" w:cs="Arial"/>
              </w:rPr>
              <w:tab/>
            </w:r>
            <w:r w:rsidR="00584350" w:rsidRPr="00C0445C">
              <w:rPr>
                <w:rFonts w:ascii="Arial" w:hAnsi="Arial" w:cs="Arial"/>
                <w:spacing w:val="-10"/>
              </w:rPr>
              <w:t>6</w:t>
            </w:r>
          </w:hyperlink>
        </w:p>
        <w:p w14:paraId="3968927B" w14:textId="7071593B" w:rsidR="00547B98" w:rsidRPr="00C0445C" w:rsidRDefault="0027081F" w:rsidP="002B02C0">
          <w:pPr>
            <w:tabs>
              <w:tab w:val="right" w:leader="dot" w:pos="8493"/>
            </w:tabs>
            <w:spacing w:line="360" w:lineRule="auto"/>
            <w:rPr>
              <w:rFonts w:ascii="Arial" w:hAnsi="Arial" w:cs="Arial"/>
              <w:b/>
              <w:bCs/>
            </w:rPr>
          </w:pPr>
          <w:r w:rsidRPr="00C0445C">
            <w:rPr>
              <w:rFonts w:ascii="Arial" w:hAnsi="Arial" w:cs="Arial"/>
              <w:b/>
              <w:bCs/>
            </w:rPr>
            <w:t>BAB</w:t>
          </w:r>
          <w:r w:rsidRPr="00C0445C">
            <w:rPr>
              <w:rFonts w:ascii="Arial" w:hAnsi="Arial" w:cs="Arial"/>
              <w:b/>
              <w:bCs/>
              <w:spacing w:val="-6"/>
            </w:rPr>
            <w:t xml:space="preserve"> </w:t>
          </w:r>
          <w:r w:rsidRPr="00C0445C">
            <w:rPr>
              <w:rFonts w:ascii="Arial" w:hAnsi="Arial" w:cs="Arial"/>
              <w:b/>
              <w:bCs/>
            </w:rPr>
            <w:t>II</w:t>
          </w:r>
          <w:r w:rsidRPr="00C0445C">
            <w:rPr>
              <w:rFonts w:ascii="Arial" w:hAnsi="Arial" w:cs="Arial"/>
              <w:b/>
              <w:bCs/>
              <w:spacing w:val="-5"/>
            </w:rPr>
            <w:t xml:space="preserve"> </w:t>
          </w:r>
          <w:hyperlink w:anchor="_bookmark12" w:history="1">
            <w:r w:rsidR="00547B98" w:rsidRPr="00C0445C">
              <w:rPr>
                <w:rFonts w:ascii="Arial" w:hAnsi="Arial" w:cs="Arial"/>
                <w:b/>
                <w:bCs/>
              </w:rPr>
              <w:t>TINJAU</w:t>
            </w:r>
            <w:r w:rsidR="00547B98" w:rsidRPr="00C0445C">
              <w:rPr>
                <w:rFonts w:ascii="Arial" w:hAnsi="Arial" w:cs="Arial"/>
                <w:b/>
                <w:bCs/>
                <w:spacing w:val="-5"/>
              </w:rPr>
              <w:t xml:space="preserve"> </w:t>
            </w:r>
            <w:r w:rsidR="00547B98" w:rsidRPr="00C0445C">
              <w:rPr>
                <w:rFonts w:ascii="Arial" w:hAnsi="Arial" w:cs="Arial"/>
                <w:b/>
                <w:bCs/>
                <w:spacing w:val="-2"/>
              </w:rPr>
              <w:t>PUSTAKA</w:t>
            </w:r>
            <w:r w:rsidR="00547B98" w:rsidRPr="00C0445C">
              <w:rPr>
                <w:rFonts w:ascii="Arial" w:hAnsi="Arial" w:cs="Arial"/>
                <w:b/>
                <w:bCs/>
              </w:rPr>
              <w:tab/>
            </w:r>
            <w:r w:rsidR="00584350" w:rsidRPr="00C0445C">
              <w:rPr>
                <w:rFonts w:ascii="Arial" w:hAnsi="Arial" w:cs="Arial"/>
                <w:b/>
                <w:bCs/>
                <w:spacing w:val="-10"/>
              </w:rPr>
              <w:t>8</w:t>
            </w:r>
          </w:hyperlink>
        </w:p>
        <w:p w14:paraId="7BC8530B" w14:textId="0B486248" w:rsidR="00547B98" w:rsidRPr="00C0445C" w:rsidRDefault="0092703F" w:rsidP="002B02C0">
          <w:pPr>
            <w:numPr>
              <w:ilvl w:val="0"/>
              <w:numId w:val="10"/>
            </w:numPr>
            <w:tabs>
              <w:tab w:val="left" w:pos="1076"/>
              <w:tab w:val="right" w:leader="dot" w:pos="8493"/>
            </w:tabs>
            <w:spacing w:line="360" w:lineRule="auto"/>
            <w:ind w:left="1076" w:hanging="267"/>
            <w:rPr>
              <w:rFonts w:ascii="Arial" w:hAnsi="Arial" w:cs="Arial"/>
            </w:rPr>
          </w:pPr>
          <w:hyperlink w:anchor="_bookmark13" w:history="1">
            <w:r w:rsidR="00547B98" w:rsidRPr="00C0445C">
              <w:rPr>
                <w:rFonts w:ascii="Arial" w:hAnsi="Arial" w:cs="Arial"/>
              </w:rPr>
              <w:t>Landasan</w:t>
            </w:r>
            <w:r w:rsidR="00547B98" w:rsidRPr="00C0445C">
              <w:rPr>
                <w:rFonts w:ascii="Arial" w:hAnsi="Arial" w:cs="Arial"/>
                <w:spacing w:val="-6"/>
              </w:rPr>
              <w:t xml:space="preserve"> </w:t>
            </w:r>
            <w:r w:rsidR="00547B98" w:rsidRPr="00C0445C">
              <w:rPr>
                <w:rFonts w:ascii="Arial" w:hAnsi="Arial" w:cs="Arial"/>
                <w:spacing w:val="-4"/>
              </w:rPr>
              <w:t>Teori</w:t>
            </w:r>
            <w:r w:rsidR="00547B98" w:rsidRPr="00C0445C">
              <w:rPr>
                <w:rFonts w:ascii="Arial" w:hAnsi="Arial" w:cs="Arial"/>
              </w:rPr>
              <w:tab/>
            </w:r>
            <w:r w:rsidR="00584350" w:rsidRPr="00C0445C">
              <w:rPr>
                <w:rFonts w:ascii="Arial" w:hAnsi="Arial" w:cs="Arial"/>
                <w:spacing w:val="-10"/>
              </w:rPr>
              <w:t>8</w:t>
            </w:r>
          </w:hyperlink>
        </w:p>
        <w:p w14:paraId="2EC7EF9C" w14:textId="538393B8" w:rsidR="00D53148" w:rsidRPr="00D53148" w:rsidRDefault="0092703F" w:rsidP="00D53148">
          <w:pPr>
            <w:numPr>
              <w:ilvl w:val="0"/>
              <w:numId w:val="10"/>
            </w:numPr>
            <w:tabs>
              <w:tab w:val="left" w:pos="1076"/>
              <w:tab w:val="right" w:leader="dot" w:pos="8493"/>
            </w:tabs>
            <w:spacing w:line="360" w:lineRule="auto"/>
            <w:ind w:left="1076" w:hanging="267"/>
            <w:rPr>
              <w:rFonts w:ascii="Arial" w:hAnsi="Arial" w:cs="Arial"/>
            </w:rPr>
          </w:pPr>
          <w:hyperlink w:anchor="_TOC_250006" w:history="1">
            <w:r w:rsidR="00547B98" w:rsidRPr="00C0445C">
              <w:rPr>
                <w:rFonts w:ascii="Arial" w:hAnsi="Arial" w:cs="Arial"/>
              </w:rPr>
              <w:t>Karangka</w:t>
            </w:r>
            <w:r w:rsidR="00547B98" w:rsidRPr="00C0445C">
              <w:rPr>
                <w:rFonts w:ascii="Arial" w:hAnsi="Arial" w:cs="Arial"/>
                <w:spacing w:val="-8"/>
              </w:rPr>
              <w:t xml:space="preserve"> </w:t>
            </w:r>
            <w:r w:rsidR="00547B98" w:rsidRPr="00C0445C">
              <w:rPr>
                <w:rFonts w:ascii="Arial" w:hAnsi="Arial" w:cs="Arial"/>
                <w:spacing w:val="-4"/>
              </w:rPr>
              <w:t>Teori</w:t>
            </w:r>
            <w:r w:rsidR="00547B98" w:rsidRPr="00C0445C">
              <w:rPr>
                <w:rFonts w:ascii="Arial" w:hAnsi="Arial" w:cs="Arial"/>
              </w:rPr>
              <w:tab/>
            </w:r>
            <w:r w:rsidR="0085284E" w:rsidRPr="00C0445C">
              <w:rPr>
                <w:rFonts w:ascii="Arial" w:hAnsi="Arial" w:cs="Arial"/>
                <w:spacing w:val="-12"/>
              </w:rPr>
              <w:t>1</w:t>
            </w:r>
            <w:r w:rsidR="00AF0A9E">
              <w:rPr>
                <w:rFonts w:ascii="Arial" w:hAnsi="Arial" w:cs="Arial"/>
                <w:spacing w:val="-12"/>
                <w:lang w:val="en-US"/>
              </w:rPr>
              <w:t>8</w:t>
            </w:r>
          </w:hyperlink>
        </w:p>
        <w:p w14:paraId="1EF12B66" w14:textId="5ADEFBD1" w:rsidR="00547B98" w:rsidRPr="00145753" w:rsidRDefault="0092703F" w:rsidP="002B02C0">
          <w:pPr>
            <w:numPr>
              <w:ilvl w:val="0"/>
              <w:numId w:val="10"/>
            </w:numPr>
            <w:tabs>
              <w:tab w:val="left" w:pos="1088"/>
              <w:tab w:val="right" w:leader="dot" w:pos="8498"/>
            </w:tabs>
            <w:spacing w:line="360" w:lineRule="auto"/>
            <w:ind w:left="1088" w:hanging="279"/>
            <w:rPr>
              <w:rFonts w:ascii="Arial" w:hAnsi="Arial" w:cs="Arial"/>
            </w:rPr>
          </w:pPr>
          <w:hyperlink w:anchor="_bookmark14" w:history="1">
            <w:r w:rsidR="00547B98" w:rsidRPr="00C0445C">
              <w:rPr>
                <w:rFonts w:ascii="Arial" w:hAnsi="Arial" w:cs="Arial"/>
              </w:rPr>
              <w:t xml:space="preserve">Kerangka </w:t>
            </w:r>
            <w:r w:rsidR="00547B98" w:rsidRPr="00C0445C">
              <w:rPr>
                <w:rFonts w:ascii="Arial" w:hAnsi="Arial" w:cs="Arial"/>
                <w:spacing w:val="-2"/>
              </w:rPr>
              <w:t>Konsep</w:t>
            </w:r>
            <w:r w:rsidR="00547B98" w:rsidRPr="00C0445C">
              <w:rPr>
                <w:rFonts w:ascii="Arial" w:hAnsi="Arial" w:cs="Arial"/>
              </w:rPr>
              <w:tab/>
            </w:r>
            <w:r w:rsidR="00547B98" w:rsidRPr="00C0445C">
              <w:rPr>
                <w:rFonts w:ascii="Arial" w:hAnsi="Arial" w:cs="Arial"/>
                <w:spacing w:val="-5"/>
              </w:rPr>
              <w:t>1</w:t>
            </w:r>
            <w:r w:rsidR="00AF0A9E">
              <w:rPr>
                <w:rFonts w:ascii="Arial" w:hAnsi="Arial" w:cs="Arial"/>
                <w:spacing w:val="-5"/>
                <w:lang w:val="en-US"/>
              </w:rPr>
              <w:t>8</w:t>
            </w:r>
          </w:hyperlink>
        </w:p>
        <w:p w14:paraId="251A9982" w14:textId="459DE703" w:rsidR="00547B98" w:rsidRPr="00C0445C" w:rsidRDefault="0092703F" w:rsidP="002B02C0">
          <w:pPr>
            <w:tabs>
              <w:tab w:val="right" w:leader="dot" w:pos="8502"/>
            </w:tabs>
            <w:spacing w:line="360" w:lineRule="auto"/>
            <w:rPr>
              <w:rFonts w:ascii="Arial" w:hAnsi="Arial" w:cs="Arial"/>
              <w:b/>
              <w:bCs/>
            </w:rPr>
          </w:pPr>
          <w:hyperlink w:anchor="_TOC_250005" w:history="1">
            <w:r w:rsidR="00547B98" w:rsidRPr="00C0445C">
              <w:rPr>
                <w:rFonts w:ascii="Arial" w:hAnsi="Arial" w:cs="Arial"/>
                <w:b/>
                <w:bCs/>
              </w:rPr>
              <w:t>BAB</w:t>
            </w:r>
            <w:r w:rsidR="00547B98" w:rsidRPr="00C0445C">
              <w:rPr>
                <w:rFonts w:ascii="Arial" w:hAnsi="Arial" w:cs="Arial"/>
                <w:b/>
                <w:bCs/>
                <w:spacing w:val="-6"/>
              </w:rPr>
              <w:t xml:space="preserve"> </w:t>
            </w:r>
            <w:r w:rsidR="00547B98" w:rsidRPr="00C0445C">
              <w:rPr>
                <w:rFonts w:ascii="Arial" w:hAnsi="Arial" w:cs="Arial"/>
                <w:b/>
                <w:bCs/>
              </w:rPr>
              <w:t>III</w:t>
            </w:r>
            <w:r w:rsidR="00547B98" w:rsidRPr="00C0445C">
              <w:rPr>
                <w:rFonts w:ascii="Arial" w:hAnsi="Arial" w:cs="Arial"/>
                <w:b/>
                <w:bCs/>
                <w:spacing w:val="-6"/>
              </w:rPr>
              <w:t xml:space="preserve"> </w:t>
            </w:r>
            <w:r w:rsidR="00547B98" w:rsidRPr="00C0445C">
              <w:rPr>
                <w:rFonts w:ascii="Arial" w:hAnsi="Arial" w:cs="Arial"/>
                <w:b/>
                <w:bCs/>
              </w:rPr>
              <w:t>METODE</w:t>
            </w:r>
            <w:r w:rsidR="00547B98" w:rsidRPr="00C0445C">
              <w:rPr>
                <w:rFonts w:ascii="Arial" w:hAnsi="Arial" w:cs="Arial"/>
                <w:b/>
                <w:bCs/>
                <w:spacing w:val="-4"/>
              </w:rPr>
              <w:t xml:space="preserve"> </w:t>
            </w:r>
            <w:r w:rsidR="00547B98" w:rsidRPr="00C0445C">
              <w:rPr>
                <w:rFonts w:ascii="Arial" w:hAnsi="Arial" w:cs="Arial"/>
                <w:b/>
                <w:bCs/>
                <w:spacing w:val="-2"/>
              </w:rPr>
              <w:t>PENELITIAN</w:t>
            </w:r>
            <w:r w:rsidR="00547B98" w:rsidRPr="00C0445C">
              <w:rPr>
                <w:rFonts w:ascii="Arial" w:hAnsi="Arial" w:cs="Arial"/>
                <w:b/>
                <w:bCs/>
              </w:rPr>
              <w:tab/>
            </w:r>
            <w:r w:rsidR="00547B98" w:rsidRPr="00C0445C">
              <w:rPr>
                <w:rFonts w:ascii="Arial" w:hAnsi="Arial" w:cs="Arial"/>
                <w:b/>
                <w:bCs/>
                <w:spacing w:val="-5"/>
              </w:rPr>
              <w:t>1</w:t>
            </w:r>
            <w:r w:rsidR="00AF0A9E">
              <w:rPr>
                <w:rFonts w:ascii="Arial" w:hAnsi="Arial" w:cs="Arial"/>
                <w:b/>
                <w:bCs/>
                <w:spacing w:val="-5"/>
                <w:lang w:val="en-US"/>
              </w:rPr>
              <w:t>9</w:t>
            </w:r>
          </w:hyperlink>
        </w:p>
        <w:p w14:paraId="087FE593" w14:textId="02CB4073" w:rsidR="00547B98" w:rsidRPr="00C0445C" w:rsidRDefault="0092703F" w:rsidP="002B02C0">
          <w:pPr>
            <w:numPr>
              <w:ilvl w:val="0"/>
              <w:numId w:val="9"/>
            </w:numPr>
            <w:tabs>
              <w:tab w:val="left" w:pos="1076"/>
              <w:tab w:val="right" w:leader="dot" w:pos="8498"/>
            </w:tabs>
            <w:spacing w:line="360" w:lineRule="auto"/>
            <w:ind w:left="1076" w:hanging="267"/>
            <w:rPr>
              <w:rFonts w:ascii="Arial" w:hAnsi="Arial" w:cs="Arial"/>
            </w:rPr>
          </w:pPr>
          <w:hyperlink w:anchor="_TOC_250004" w:history="1">
            <w:r w:rsidR="00547B98" w:rsidRPr="00C0445C">
              <w:rPr>
                <w:rFonts w:ascii="Arial" w:hAnsi="Arial" w:cs="Arial"/>
              </w:rPr>
              <w:t>Penelitian</w:t>
            </w:r>
            <w:r w:rsidR="00547B98" w:rsidRPr="00C0445C">
              <w:rPr>
                <w:rFonts w:ascii="Arial" w:hAnsi="Arial" w:cs="Arial"/>
                <w:spacing w:val="-3"/>
              </w:rPr>
              <w:t xml:space="preserve"> </w:t>
            </w:r>
            <w:r w:rsidR="00547B98" w:rsidRPr="00C0445C">
              <w:rPr>
                <w:rFonts w:ascii="Arial" w:hAnsi="Arial" w:cs="Arial"/>
              </w:rPr>
              <w:t>Lokasi,</w:t>
            </w:r>
            <w:r w:rsidR="00547B98" w:rsidRPr="00C0445C">
              <w:rPr>
                <w:rFonts w:ascii="Arial" w:hAnsi="Arial" w:cs="Arial"/>
                <w:spacing w:val="-6"/>
              </w:rPr>
              <w:t xml:space="preserve"> </w:t>
            </w:r>
            <w:r w:rsidR="00547B98" w:rsidRPr="00C0445C">
              <w:rPr>
                <w:rFonts w:ascii="Arial" w:hAnsi="Arial" w:cs="Arial"/>
              </w:rPr>
              <w:t>Waktu</w:t>
            </w:r>
            <w:r w:rsidR="00547B98" w:rsidRPr="00C0445C">
              <w:rPr>
                <w:rFonts w:ascii="Arial" w:hAnsi="Arial" w:cs="Arial"/>
                <w:spacing w:val="-3"/>
              </w:rPr>
              <w:t xml:space="preserve"> </w:t>
            </w:r>
            <w:r w:rsidR="00547B98" w:rsidRPr="00C0445C">
              <w:rPr>
                <w:rFonts w:ascii="Arial" w:hAnsi="Arial" w:cs="Arial"/>
              </w:rPr>
              <w:t>dan</w:t>
            </w:r>
            <w:r w:rsidR="00547B98" w:rsidRPr="00C0445C">
              <w:rPr>
                <w:rFonts w:ascii="Arial" w:hAnsi="Arial" w:cs="Arial"/>
                <w:spacing w:val="-7"/>
              </w:rPr>
              <w:t xml:space="preserve"> </w:t>
            </w:r>
            <w:r w:rsidR="00547B98" w:rsidRPr="00C0445C">
              <w:rPr>
                <w:rFonts w:ascii="Arial" w:hAnsi="Arial" w:cs="Arial"/>
              </w:rPr>
              <w:t>Sasaran</w:t>
            </w:r>
            <w:r w:rsidR="00547B98" w:rsidRPr="00C0445C">
              <w:rPr>
                <w:rFonts w:ascii="Arial" w:hAnsi="Arial" w:cs="Arial"/>
                <w:spacing w:val="-7"/>
              </w:rPr>
              <w:t xml:space="preserve"> </w:t>
            </w:r>
            <w:r w:rsidR="00547B98" w:rsidRPr="00C0445C">
              <w:rPr>
                <w:rFonts w:ascii="Arial" w:hAnsi="Arial" w:cs="Arial"/>
                <w:spacing w:val="-2"/>
              </w:rPr>
              <w:t>Penelitian</w:t>
            </w:r>
            <w:r w:rsidR="00547B98" w:rsidRPr="00C0445C">
              <w:rPr>
                <w:rFonts w:ascii="Arial" w:hAnsi="Arial" w:cs="Arial"/>
              </w:rPr>
              <w:tab/>
            </w:r>
            <w:r w:rsidR="00547B98" w:rsidRPr="00C0445C">
              <w:rPr>
                <w:rFonts w:ascii="Arial" w:hAnsi="Arial" w:cs="Arial"/>
                <w:spacing w:val="-5"/>
              </w:rPr>
              <w:t>1</w:t>
            </w:r>
            <w:r w:rsidR="00584350" w:rsidRPr="00C0445C">
              <w:rPr>
                <w:rFonts w:ascii="Arial" w:hAnsi="Arial" w:cs="Arial"/>
                <w:spacing w:val="-5"/>
              </w:rPr>
              <w:t>6</w:t>
            </w:r>
          </w:hyperlink>
        </w:p>
        <w:p w14:paraId="2D96E79C" w14:textId="5E8A8F74" w:rsidR="00547B98" w:rsidRPr="00C0445C" w:rsidRDefault="0092703F" w:rsidP="002B02C0">
          <w:pPr>
            <w:numPr>
              <w:ilvl w:val="0"/>
              <w:numId w:val="9"/>
            </w:numPr>
            <w:tabs>
              <w:tab w:val="left" w:pos="1076"/>
              <w:tab w:val="right" w:leader="dot" w:pos="8502"/>
            </w:tabs>
            <w:spacing w:line="360" w:lineRule="auto"/>
            <w:ind w:left="1076" w:hanging="267"/>
            <w:rPr>
              <w:rFonts w:ascii="Arial" w:hAnsi="Arial" w:cs="Arial"/>
            </w:rPr>
          </w:pPr>
          <w:hyperlink w:anchor="_TOC_250003" w:history="1">
            <w:r w:rsidR="00547B98" w:rsidRPr="00C0445C">
              <w:rPr>
                <w:rFonts w:ascii="Arial" w:hAnsi="Arial" w:cs="Arial"/>
              </w:rPr>
              <w:t>Metode</w:t>
            </w:r>
            <w:r w:rsidR="00547B98" w:rsidRPr="00C0445C">
              <w:rPr>
                <w:rFonts w:ascii="Arial" w:hAnsi="Arial" w:cs="Arial"/>
                <w:spacing w:val="2"/>
              </w:rPr>
              <w:t xml:space="preserve"> </w:t>
            </w:r>
            <w:r w:rsidR="00547B98" w:rsidRPr="00C0445C">
              <w:rPr>
                <w:rFonts w:ascii="Arial" w:hAnsi="Arial" w:cs="Arial"/>
                <w:spacing w:val="-2"/>
              </w:rPr>
              <w:t>Penelitian</w:t>
            </w:r>
            <w:r w:rsidR="00547B98" w:rsidRPr="00C0445C">
              <w:rPr>
                <w:rFonts w:ascii="Arial" w:hAnsi="Arial" w:cs="Arial"/>
              </w:rPr>
              <w:tab/>
            </w:r>
            <w:r w:rsidR="00547B98" w:rsidRPr="00C0445C">
              <w:rPr>
                <w:rFonts w:ascii="Arial" w:hAnsi="Arial" w:cs="Arial"/>
                <w:spacing w:val="-7"/>
              </w:rPr>
              <w:t>1</w:t>
            </w:r>
            <w:r w:rsidR="00AF0A9E">
              <w:rPr>
                <w:rFonts w:ascii="Arial" w:hAnsi="Arial" w:cs="Arial"/>
                <w:spacing w:val="-7"/>
                <w:lang w:val="en-US"/>
              </w:rPr>
              <w:t>9</w:t>
            </w:r>
          </w:hyperlink>
        </w:p>
        <w:p w14:paraId="11400FC9" w14:textId="2947651E" w:rsidR="00547B98" w:rsidRPr="00C0445C" w:rsidRDefault="0092703F" w:rsidP="002B02C0">
          <w:pPr>
            <w:numPr>
              <w:ilvl w:val="0"/>
              <w:numId w:val="9"/>
            </w:numPr>
            <w:tabs>
              <w:tab w:val="left" w:pos="1088"/>
              <w:tab w:val="right" w:leader="dot" w:pos="8502"/>
            </w:tabs>
            <w:spacing w:line="360" w:lineRule="auto"/>
            <w:ind w:left="1088" w:hanging="279"/>
            <w:rPr>
              <w:rFonts w:ascii="Arial" w:hAnsi="Arial" w:cs="Arial"/>
            </w:rPr>
          </w:pPr>
          <w:hyperlink w:anchor="_TOC_250002" w:history="1">
            <w:r w:rsidR="00547B98" w:rsidRPr="00C0445C">
              <w:rPr>
                <w:rFonts w:ascii="Arial" w:hAnsi="Arial" w:cs="Arial"/>
              </w:rPr>
              <w:t>Populasi</w:t>
            </w:r>
            <w:r w:rsidR="00547B98" w:rsidRPr="00C0445C">
              <w:rPr>
                <w:rFonts w:ascii="Arial" w:hAnsi="Arial" w:cs="Arial"/>
                <w:spacing w:val="-3"/>
              </w:rPr>
              <w:t xml:space="preserve"> </w:t>
            </w:r>
            <w:r w:rsidR="00547B98" w:rsidRPr="00C0445C">
              <w:rPr>
                <w:rFonts w:ascii="Arial" w:hAnsi="Arial" w:cs="Arial"/>
              </w:rPr>
              <w:t>dan Sampel</w:t>
            </w:r>
            <w:r w:rsidR="00547B98" w:rsidRPr="00C0445C">
              <w:rPr>
                <w:rFonts w:ascii="Arial" w:hAnsi="Arial" w:cs="Arial"/>
                <w:spacing w:val="-2"/>
              </w:rPr>
              <w:t xml:space="preserve"> Penelitian</w:t>
            </w:r>
            <w:r w:rsidR="00547B98" w:rsidRPr="00C0445C">
              <w:rPr>
                <w:rFonts w:ascii="Arial" w:hAnsi="Arial" w:cs="Arial"/>
              </w:rPr>
              <w:tab/>
            </w:r>
            <w:r w:rsidR="00547B98" w:rsidRPr="00C0445C">
              <w:rPr>
                <w:rFonts w:ascii="Arial" w:hAnsi="Arial" w:cs="Arial"/>
                <w:spacing w:val="-5"/>
              </w:rPr>
              <w:t>1</w:t>
            </w:r>
            <w:r w:rsidR="00AF0A9E">
              <w:rPr>
                <w:rFonts w:ascii="Arial" w:hAnsi="Arial" w:cs="Arial"/>
                <w:spacing w:val="-5"/>
                <w:lang w:val="en-US"/>
              </w:rPr>
              <w:t>9</w:t>
            </w:r>
          </w:hyperlink>
        </w:p>
        <w:p w14:paraId="61AA49C4" w14:textId="5F0DF7E0" w:rsidR="00547B98" w:rsidRPr="00C0445C" w:rsidRDefault="0092703F" w:rsidP="002B02C0">
          <w:pPr>
            <w:numPr>
              <w:ilvl w:val="0"/>
              <w:numId w:val="9"/>
            </w:numPr>
            <w:tabs>
              <w:tab w:val="left" w:pos="1088"/>
              <w:tab w:val="right" w:leader="dot" w:pos="8498"/>
            </w:tabs>
            <w:spacing w:line="360" w:lineRule="auto"/>
            <w:ind w:left="1088" w:hanging="279"/>
            <w:rPr>
              <w:rFonts w:ascii="Arial" w:hAnsi="Arial" w:cs="Arial"/>
            </w:rPr>
          </w:pPr>
          <w:hyperlink w:anchor="_TOC_250001" w:history="1">
            <w:r w:rsidR="00547B98" w:rsidRPr="00C0445C">
              <w:rPr>
                <w:rFonts w:ascii="Arial" w:hAnsi="Arial" w:cs="Arial"/>
              </w:rPr>
              <w:t>Variabel</w:t>
            </w:r>
            <w:r w:rsidR="00547B98" w:rsidRPr="00C0445C">
              <w:rPr>
                <w:rFonts w:ascii="Arial" w:hAnsi="Arial" w:cs="Arial"/>
                <w:spacing w:val="-10"/>
              </w:rPr>
              <w:t xml:space="preserve"> </w:t>
            </w:r>
            <w:r w:rsidR="00547B98" w:rsidRPr="00C0445C">
              <w:rPr>
                <w:rFonts w:ascii="Arial" w:hAnsi="Arial" w:cs="Arial"/>
              </w:rPr>
              <w:t>dan</w:t>
            </w:r>
            <w:r w:rsidR="00547B98" w:rsidRPr="00C0445C">
              <w:rPr>
                <w:rFonts w:ascii="Arial" w:hAnsi="Arial" w:cs="Arial"/>
                <w:spacing w:val="-8"/>
              </w:rPr>
              <w:t xml:space="preserve"> </w:t>
            </w:r>
            <w:r w:rsidR="00547B98" w:rsidRPr="00C0445C">
              <w:rPr>
                <w:rFonts w:ascii="Arial" w:hAnsi="Arial" w:cs="Arial"/>
              </w:rPr>
              <w:t>Definisi</w:t>
            </w:r>
            <w:r w:rsidR="00547B98" w:rsidRPr="00C0445C">
              <w:rPr>
                <w:rFonts w:ascii="Arial" w:hAnsi="Arial" w:cs="Arial"/>
                <w:spacing w:val="-9"/>
              </w:rPr>
              <w:t xml:space="preserve"> </w:t>
            </w:r>
            <w:r w:rsidR="00547B98" w:rsidRPr="00C0445C">
              <w:rPr>
                <w:rFonts w:ascii="Arial" w:hAnsi="Arial" w:cs="Arial"/>
                <w:spacing w:val="-2"/>
              </w:rPr>
              <w:t>Operasional</w:t>
            </w:r>
            <w:r w:rsidR="00547B98" w:rsidRPr="00C0445C">
              <w:rPr>
                <w:rFonts w:ascii="Arial" w:hAnsi="Arial" w:cs="Arial"/>
              </w:rPr>
              <w:tab/>
            </w:r>
            <w:r w:rsidR="00AF0A9E">
              <w:rPr>
                <w:rFonts w:ascii="Arial" w:hAnsi="Arial" w:cs="Arial"/>
                <w:spacing w:val="-5"/>
                <w:lang w:val="en-US"/>
              </w:rPr>
              <w:t>21</w:t>
            </w:r>
          </w:hyperlink>
        </w:p>
        <w:p w14:paraId="5CDCC370" w14:textId="05608D0B" w:rsidR="00547B98" w:rsidRPr="00C0445C" w:rsidRDefault="0092703F" w:rsidP="002B02C0">
          <w:pPr>
            <w:numPr>
              <w:ilvl w:val="0"/>
              <w:numId w:val="9"/>
            </w:numPr>
            <w:tabs>
              <w:tab w:val="left" w:pos="1076"/>
              <w:tab w:val="right" w:leader="dot" w:pos="8498"/>
            </w:tabs>
            <w:spacing w:line="360" w:lineRule="auto"/>
            <w:ind w:left="1076" w:hanging="267"/>
            <w:rPr>
              <w:rFonts w:ascii="Arial" w:hAnsi="Arial" w:cs="Arial"/>
            </w:rPr>
          </w:pPr>
          <w:hyperlink w:anchor="_TOC_250000" w:history="1">
            <w:r w:rsidR="00547B98" w:rsidRPr="00C0445C">
              <w:rPr>
                <w:rFonts w:ascii="Arial" w:hAnsi="Arial" w:cs="Arial"/>
              </w:rPr>
              <w:t>Pengumpulan</w:t>
            </w:r>
            <w:r w:rsidR="00547B98" w:rsidRPr="00C0445C">
              <w:rPr>
                <w:rFonts w:ascii="Arial" w:hAnsi="Arial" w:cs="Arial"/>
                <w:spacing w:val="-3"/>
              </w:rPr>
              <w:t xml:space="preserve"> </w:t>
            </w:r>
            <w:r w:rsidR="00547B98" w:rsidRPr="00C0445C">
              <w:rPr>
                <w:rFonts w:ascii="Arial" w:hAnsi="Arial" w:cs="Arial"/>
                <w:spacing w:val="-4"/>
              </w:rPr>
              <w:t>Data</w:t>
            </w:r>
            <w:r w:rsidR="00547B98" w:rsidRPr="00C0445C">
              <w:rPr>
                <w:rFonts w:ascii="Arial" w:hAnsi="Arial" w:cs="Arial"/>
              </w:rPr>
              <w:tab/>
            </w:r>
            <w:r w:rsidR="00AF0A9E">
              <w:rPr>
                <w:rFonts w:ascii="Arial" w:hAnsi="Arial" w:cs="Arial"/>
                <w:spacing w:val="-5"/>
                <w:lang w:val="en-US"/>
              </w:rPr>
              <w:t>22</w:t>
            </w:r>
          </w:hyperlink>
        </w:p>
        <w:p w14:paraId="1B413412" w14:textId="46028BA7" w:rsidR="0039479E" w:rsidRPr="0039479E" w:rsidRDefault="0092703F" w:rsidP="002B02C0">
          <w:pPr>
            <w:numPr>
              <w:ilvl w:val="0"/>
              <w:numId w:val="9"/>
            </w:numPr>
            <w:tabs>
              <w:tab w:val="left" w:pos="1039"/>
              <w:tab w:val="right" w:leader="dot" w:pos="8498"/>
            </w:tabs>
            <w:spacing w:line="360" w:lineRule="auto"/>
            <w:ind w:left="1039" w:hanging="230"/>
            <w:rPr>
              <w:rFonts w:ascii="Arial" w:hAnsi="Arial" w:cs="Arial"/>
            </w:rPr>
          </w:pPr>
          <w:hyperlink w:anchor="_bookmark15" w:history="1">
            <w:r w:rsidR="00547B98" w:rsidRPr="00C0445C">
              <w:rPr>
                <w:rFonts w:ascii="Arial" w:hAnsi="Arial" w:cs="Arial"/>
              </w:rPr>
              <w:t>Metode</w:t>
            </w:r>
            <w:r w:rsidR="00547B98" w:rsidRPr="00C0445C">
              <w:rPr>
                <w:rFonts w:ascii="Arial" w:hAnsi="Arial" w:cs="Arial"/>
                <w:spacing w:val="-18"/>
              </w:rPr>
              <w:t xml:space="preserve"> </w:t>
            </w:r>
            <w:r w:rsidR="00547B98" w:rsidRPr="00C0445C">
              <w:rPr>
                <w:rFonts w:ascii="Arial" w:hAnsi="Arial" w:cs="Arial"/>
              </w:rPr>
              <w:t>Analisis</w:t>
            </w:r>
            <w:r w:rsidR="00547B98" w:rsidRPr="00C0445C">
              <w:rPr>
                <w:rFonts w:ascii="Arial" w:hAnsi="Arial" w:cs="Arial"/>
                <w:spacing w:val="-2"/>
              </w:rPr>
              <w:t xml:space="preserve"> </w:t>
            </w:r>
            <w:r w:rsidR="00547B98" w:rsidRPr="00C0445C">
              <w:rPr>
                <w:rFonts w:ascii="Arial" w:hAnsi="Arial" w:cs="Arial"/>
                <w:spacing w:val="-4"/>
              </w:rPr>
              <w:t>Data</w:t>
            </w:r>
            <w:r w:rsidR="00547B98" w:rsidRPr="00C0445C">
              <w:rPr>
                <w:rFonts w:ascii="Arial" w:hAnsi="Arial" w:cs="Arial"/>
              </w:rPr>
              <w:tab/>
            </w:r>
            <w:r w:rsidR="00584350" w:rsidRPr="00C0445C">
              <w:rPr>
                <w:rFonts w:ascii="Arial" w:hAnsi="Arial" w:cs="Arial"/>
                <w:spacing w:val="-7"/>
              </w:rPr>
              <w:t>2</w:t>
            </w:r>
            <w:r w:rsidR="00AF0A9E">
              <w:rPr>
                <w:rFonts w:ascii="Arial" w:hAnsi="Arial" w:cs="Arial"/>
                <w:spacing w:val="-7"/>
                <w:lang w:val="en-US"/>
              </w:rPr>
              <w:t>3</w:t>
            </w:r>
          </w:hyperlink>
        </w:p>
        <w:p w14:paraId="377C25E0" w14:textId="25142C26" w:rsidR="0039479E" w:rsidRPr="00AF0A9E" w:rsidRDefault="0039479E" w:rsidP="002B02C0">
          <w:pPr>
            <w:tabs>
              <w:tab w:val="right" w:leader="dot" w:pos="8498"/>
            </w:tabs>
            <w:spacing w:line="360" w:lineRule="auto"/>
            <w:rPr>
              <w:rFonts w:ascii="Arial" w:hAnsi="Arial" w:cs="Arial"/>
              <w:b/>
              <w:bCs/>
              <w:lang w:val="en-US"/>
            </w:rPr>
          </w:pPr>
          <w:r w:rsidRPr="00C0445C">
            <w:rPr>
              <w:rFonts w:ascii="Arial" w:hAnsi="Arial" w:cs="Arial"/>
              <w:b/>
              <w:bCs/>
            </w:rPr>
            <w:t>BAB IV HASIL PENELITIAN DAN PEMBAHASAN</w:t>
          </w:r>
          <w:r w:rsidRPr="00C0445C">
            <w:rPr>
              <w:rFonts w:ascii="Arial" w:hAnsi="Arial" w:cs="Arial"/>
              <w:b/>
              <w:bCs/>
            </w:rPr>
            <w:tab/>
          </w:r>
          <w:r w:rsidR="00584350" w:rsidRPr="00C0445C">
            <w:rPr>
              <w:rFonts w:ascii="Arial" w:hAnsi="Arial" w:cs="Arial"/>
              <w:b/>
              <w:bCs/>
            </w:rPr>
            <w:t>2</w:t>
          </w:r>
          <w:r w:rsidR="00AF0A9E">
            <w:rPr>
              <w:rFonts w:ascii="Arial" w:hAnsi="Arial" w:cs="Arial"/>
              <w:b/>
              <w:bCs/>
              <w:lang w:val="en-US"/>
            </w:rPr>
            <w:t>6</w:t>
          </w:r>
        </w:p>
        <w:p w14:paraId="0A9B20BD" w14:textId="061BBF06" w:rsidR="0039479E" w:rsidRPr="00C0445C" w:rsidRDefault="0039479E" w:rsidP="002B02C0">
          <w:pPr>
            <w:numPr>
              <w:ilvl w:val="0"/>
              <w:numId w:val="25"/>
            </w:numPr>
            <w:tabs>
              <w:tab w:val="right" w:leader="dot" w:pos="8498"/>
            </w:tabs>
            <w:spacing w:line="360" w:lineRule="auto"/>
            <w:ind w:left="1135" w:hanging="284"/>
            <w:rPr>
              <w:rFonts w:ascii="Arial" w:hAnsi="Arial" w:cs="Arial"/>
              <w:b/>
              <w:bCs/>
            </w:rPr>
          </w:pPr>
          <w:r w:rsidRPr="00C0445C">
            <w:rPr>
              <w:rFonts w:ascii="Arial" w:hAnsi="Arial" w:cs="Arial"/>
            </w:rPr>
            <w:t>Deskripsi Hasil Penelitian</w:t>
          </w:r>
          <w:r w:rsidRPr="00C0445C">
            <w:rPr>
              <w:rFonts w:ascii="Arial" w:hAnsi="Arial" w:cs="Arial"/>
            </w:rPr>
            <w:tab/>
          </w:r>
          <w:r w:rsidR="00584350" w:rsidRPr="00C0445C">
            <w:rPr>
              <w:rFonts w:ascii="Arial" w:hAnsi="Arial" w:cs="Arial"/>
            </w:rPr>
            <w:t>2</w:t>
          </w:r>
          <w:r w:rsidR="00AF0A9E">
            <w:rPr>
              <w:rFonts w:ascii="Arial" w:hAnsi="Arial" w:cs="Arial"/>
              <w:lang w:val="en-US"/>
            </w:rPr>
            <w:t>6</w:t>
          </w:r>
        </w:p>
        <w:p w14:paraId="40F094FA" w14:textId="3C6D6CA5" w:rsidR="0039479E" w:rsidRPr="00C0445C" w:rsidRDefault="0039479E" w:rsidP="002B02C0">
          <w:pPr>
            <w:numPr>
              <w:ilvl w:val="0"/>
              <w:numId w:val="25"/>
            </w:numPr>
            <w:tabs>
              <w:tab w:val="right" w:leader="dot" w:pos="8498"/>
            </w:tabs>
            <w:spacing w:line="360" w:lineRule="auto"/>
            <w:ind w:left="1135" w:hanging="284"/>
            <w:rPr>
              <w:rFonts w:ascii="Arial" w:hAnsi="Arial" w:cs="Arial"/>
              <w:b/>
              <w:bCs/>
            </w:rPr>
          </w:pPr>
          <w:r w:rsidRPr="00C0445C">
            <w:rPr>
              <w:rFonts w:ascii="Arial" w:hAnsi="Arial" w:cs="Arial"/>
            </w:rPr>
            <w:t>Hasil Penelitian</w:t>
          </w:r>
          <w:r w:rsidRPr="00C0445C">
            <w:rPr>
              <w:rFonts w:ascii="Arial" w:hAnsi="Arial" w:cs="Arial"/>
            </w:rPr>
            <w:tab/>
          </w:r>
          <w:r w:rsidR="00584350" w:rsidRPr="00C0445C">
            <w:rPr>
              <w:rFonts w:ascii="Arial" w:hAnsi="Arial" w:cs="Arial"/>
            </w:rPr>
            <w:t>2</w:t>
          </w:r>
          <w:r w:rsidR="00AF0A9E">
            <w:rPr>
              <w:rFonts w:ascii="Arial" w:hAnsi="Arial" w:cs="Arial"/>
              <w:lang w:val="en-US"/>
            </w:rPr>
            <w:t>6</w:t>
          </w:r>
        </w:p>
        <w:p w14:paraId="7F8D7238" w14:textId="57FE97B6" w:rsidR="0039479E" w:rsidRPr="00C0445C" w:rsidRDefault="0039479E" w:rsidP="002B02C0">
          <w:pPr>
            <w:numPr>
              <w:ilvl w:val="0"/>
              <w:numId w:val="25"/>
            </w:numPr>
            <w:tabs>
              <w:tab w:val="right" w:leader="dot" w:pos="8498"/>
            </w:tabs>
            <w:spacing w:line="360" w:lineRule="auto"/>
            <w:ind w:left="1135" w:hanging="284"/>
            <w:rPr>
              <w:rFonts w:ascii="Arial" w:hAnsi="Arial" w:cs="Arial"/>
              <w:b/>
              <w:bCs/>
            </w:rPr>
          </w:pPr>
          <w:r w:rsidRPr="00C0445C">
            <w:rPr>
              <w:rFonts w:ascii="Arial" w:hAnsi="Arial" w:cs="Arial"/>
            </w:rPr>
            <w:t>Pembahasan</w:t>
          </w:r>
          <w:r w:rsidRPr="00C0445C">
            <w:rPr>
              <w:rFonts w:ascii="Arial" w:hAnsi="Arial" w:cs="Arial"/>
            </w:rPr>
            <w:tab/>
          </w:r>
          <w:r w:rsidR="00584350" w:rsidRPr="00C0445C">
            <w:rPr>
              <w:rFonts w:ascii="Arial" w:hAnsi="Arial" w:cs="Arial"/>
            </w:rPr>
            <w:t>2</w:t>
          </w:r>
          <w:r w:rsidR="00AF0A9E">
            <w:rPr>
              <w:rFonts w:ascii="Arial" w:hAnsi="Arial" w:cs="Arial"/>
              <w:lang w:val="en-US"/>
            </w:rPr>
            <w:t>9</w:t>
          </w:r>
        </w:p>
        <w:p w14:paraId="181AA354" w14:textId="3298E654" w:rsidR="00D406F7" w:rsidRPr="00D53148" w:rsidRDefault="0039479E" w:rsidP="00D53148">
          <w:pPr>
            <w:numPr>
              <w:ilvl w:val="0"/>
              <w:numId w:val="25"/>
            </w:numPr>
            <w:tabs>
              <w:tab w:val="right" w:leader="dot" w:pos="8498"/>
            </w:tabs>
            <w:spacing w:line="360" w:lineRule="auto"/>
            <w:ind w:left="1135" w:hanging="284"/>
            <w:rPr>
              <w:rFonts w:ascii="Arial" w:hAnsi="Arial" w:cs="Arial"/>
              <w:b/>
              <w:bCs/>
            </w:rPr>
          </w:pPr>
          <w:r w:rsidRPr="00C0445C">
            <w:rPr>
              <w:rFonts w:ascii="Arial" w:hAnsi="Arial" w:cs="Arial"/>
            </w:rPr>
            <w:lastRenderedPageBreak/>
            <w:t>Keterbatasan</w:t>
          </w:r>
          <w:r w:rsidRPr="00C0445C">
            <w:rPr>
              <w:rFonts w:ascii="Arial" w:hAnsi="Arial" w:cs="Arial"/>
            </w:rPr>
            <w:tab/>
          </w:r>
          <w:r w:rsidR="00AF0A9E">
            <w:rPr>
              <w:rFonts w:ascii="Arial" w:hAnsi="Arial" w:cs="Arial"/>
              <w:lang w:val="en-US"/>
            </w:rPr>
            <w:t>30</w:t>
          </w:r>
        </w:p>
        <w:p w14:paraId="4EE249E0" w14:textId="2818E43E" w:rsidR="0039479E" w:rsidRPr="00AF0A9E" w:rsidRDefault="0039479E" w:rsidP="002B02C0">
          <w:pPr>
            <w:tabs>
              <w:tab w:val="right" w:leader="dot" w:pos="8498"/>
            </w:tabs>
            <w:spacing w:line="360" w:lineRule="auto"/>
            <w:rPr>
              <w:rFonts w:ascii="Arial" w:hAnsi="Arial" w:cs="Arial"/>
              <w:b/>
              <w:bCs/>
              <w:lang w:val="en-US"/>
            </w:rPr>
          </w:pPr>
          <w:r w:rsidRPr="00C0445C">
            <w:rPr>
              <w:rFonts w:ascii="Arial" w:hAnsi="Arial" w:cs="Arial"/>
              <w:b/>
              <w:bCs/>
            </w:rPr>
            <w:t>BAB V KESIMPULAN DAN SARA</w:t>
          </w:r>
          <w:r w:rsidR="00EB5E30" w:rsidRPr="00C0445C">
            <w:rPr>
              <w:rFonts w:ascii="Arial" w:hAnsi="Arial" w:cs="Arial"/>
              <w:b/>
              <w:bCs/>
            </w:rPr>
            <w:t>N</w:t>
          </w:r>
          <w:r w:rsidRPr="00C0445C">
            <w:rPr>
              <w:rFonts w:ascii="Arial" w:hAnsi="Arial" w:cs="Arial"/>
              <w:b/>
              <w:bCs/>
            </w:rPr>
            <w:tab/>
          </w:r>
          <w:r w:rsidR="00AF0A9E">
            <w:rPr>
              <w:rFonts w:ascii="Arial" w:hAnsi="Arial" w:cs="Arial"/>
              <w:b/>
              <w:bCs/>
              <w:lang w:val="en-US"/>
            </w:rPr>
            <w:t>32</w:t>
          </w:r>
        </w:p>
        <w:p w14:paraId="37612609" w14:textId="4D7F1D5A" w:rsidR="0039479E" w:rsidRPr="00C0445C" w:rsidRDefault="0039479E" w:rsidP="002B02C0">
          <w:pPr>
            <w:numPr>
              <w:ilvl w:val="0"/>
              <w:numId w:val="26"/>
            </w:numPr>
            <w:tabs>
              <w:tab w:val="right" w:leader="dot" w:pos="8498"/>
            </w:tabs>
            <w:spacing w:line="360" w:lineRule="auto"/>
            <w:ind w:left="1135" w:hanging="284"/>
            <w:rPr>
              <w:rFonts w:ascii="Arial" w:hAnsi="Arial" w:cs="Arial"/>
              <w:b/>
              <w:bCs/>
            </w:rPr>
          </w:pPr>
          <w:r w:rsidRPr="00C0445C">
            <w:rPr>
              <w:rFonts w:ascii="Arial" w:hAnsi="Arial" w:cs="Arial"/>
            </w:rPr>
            <w:t>Kesimpulan</w:t>
          </w:r>
          <w:r w:rsidRPr="00C0445C">
            <w:rPr>
              <w:rFonts w:ascii="Arial" w:hAnsi="Arial" w:cs="Arial"/>
            </w:rPr>
            <w:tab/>
          </w:r>
          <w:r w:rsidR="00AF0A9E">
            <w:rPr>
              <w:rFonts w:ascii="Arial" w:hAnsi="Arial" w:cs="Arial"/>
              <w:lang w:val="en-US"/>
            </w:rPr>
            <w:t>32</w:t>
          </w:r>
        </w:p>
        <w:p w14:paraId="190CC054" w14:textId="02AFC8A6" w:rsidR="0039479E" w:rsidRPr="00C0445C" w:rsidRDefault="0039479E" w:rsidP="002B02C0">
          <w:pPr>
            <w:numPr>
              <w:ilvl w:val="0"/>
              <w:numId w:val="26"/>
            </w:numPr>
            <w:tabs>
              <w:tab w:val="right" w:leader="dot" w:pos="8498"/>
            </w:tabs>
            <w:spacing w:line="360" w:lineRule="auto"/>
            <w:ind w:left="1135" w:hanging="284"/>
            <w:rPr>
              <w:rFonts w:ascii="Arial" w:hAnsi="Arial" w:cs="Arial"/>
              <w:b/>
              <w:bCs/>
            </w:rPr>
          </w:pPr>
          <w:r w:rsidRPr="00C0445C">
            <w:rPr>
              <w:rFonts w:ascii="Arial" w:hAnsi="Arial" w:cs="Arial"/>
            </w:rPr>
            <w:t>Saran</w:t>
          </w:r>
          <w:r w:rsidRPr="00C0445C">
            <w:rPr>
              <w:rFonts w:ascii="Arial" w:hAnsi="Arial" w:cs="Arial"/>
            </w:rPr>
            <w:tab/>
          </w:r>
          <w:r w:rsidR="00AF0A9E">
            <w:rPr>
              <w:rFonts w:ascii="Arial" w:hAnsi="Arial" w:cs="Arial"/>
              <w:lang w:val="en-US"/>
            </w:rPr>
            <w:t>32</w:t>
          </w:r>
        </w:p>
        <w:p w14:paraId="3C76AAA4" w14:textId="7BBC3747" w:rsidR="00547B98" w:rsidRPr="00C0445C" w:rsidRDefault="0092703F" w:rsidP="002B02C0">
          <w:pPr>
            <w:tabs>
              <w:tab w:val="right" w:leader="dot" w:pos="8498"/>
            </w:tabs>
            <w:spacing w:line="360" w:lineRule="auto"/>
            <w:rPr>
              <w:b/>
              <w:bCs/>
            </w:rPr>
          </w:pPr>
          <w:hyperlink w:anchor="_bookmark16" w:history="1">
            <w:r w:rsidR="00547B98" w:rsidRPr="00C0445C">
              <w:rPr>
                <w:b/>
                <w:bCs/>
                <w:spacing w:val="-4"/>
              </w:rPr>
              <w:t>DAFTAR</w:t>
            </w:r>
            <w:r w:rsidR="00547B98" w:rsidRPr="00C0445C">
              <w:rPr>
                <w:b/>
                <w:bCs/>
                <w:spacing w:val="-2"/>
              </w:rPr>
              <w:t xml:space="preserve"> PUSTAKA</w:t>
            </w:r>
            <w:r w:rsidR="00547B98" w:rsidRPr="00C0445C">
              <w:rPr>
                <w:b/>
                <w:bCs/>
              </w:rPr>
              <w:tab/>
            </w:r>
            <w:r w:rsidR="00AF0A9E">
              <w:rPr>
                <w:b/>
                <w:bCs/>
                <w:spacing w:val="-5"/>
                <w:lang w:val="en-US"/>
              </w:rPr>
              <w:t>34</w:t>
            </w:r>
          </w:hyperlink>
        </w:p>
      </w:sdtContent>
    </w:sdt>
    <w:p w14:paraId="6D1E753E" w14:textId="040E3F52" w:rsidR="00547B98" w:rsidRPr="00C0445C" w:rsidRDefault="00C0445C" w:rsidP="002B02C0">
      <w:pPr>
        <w:spacing w:line="360" w:lineRule="auto"/>
        <w:rPr>
          <w:rFonts w:ascii="Arial" w:hAnsi="Arial" w:cs="Arial"/>
          <w:b/>
          <w:lang w:val="en-US"/>
        </w:rPr>
      </w:pPr>
      <w:r>
        <w:rPr>
          <w:rFonts w:ascii="Arial" w:hAnsi="Arial" w:cs="Arial"/>
          <w:b/>
          <w:bCs/>
          <w:lang w:val="en-US"/>
        </w:rPr>
        <w:t>LAMPIRAN-LAMPIRAN</w:t>
      </w:r>
    </w:p>
    <w:p w14:paraId="4484CA74" w14:textId="77777777" w:rsidR="00547B98" w:rsidRPr="00145753" w:rsidRDefault="00547B98" w:rsidP="002B02C0">
      <w:pPr>
        <w:spacing w:line="360" w:lineRule="auto"/>
        <w:rPr>
          <w:rFonts w:ascii="Arial" w:hAnsi="Arial" w:cs="Arial"/>
          <w:b/>
        </w:rPr>
      </w:pPr>
    </w:p>
    <w:p w14:paraId="35579297" w14:textId="77777777" w:rsidR="00547B98" w:rsidRDefault="00547B98" w:rsidP="002B02C0">
      <w:pPr>
        <w:spacing w:line="360" w:lineRule="auto"/>
        <w:rPr>
          <w:rFonts w:ascii="Arial" w:hAnsi="Arial" w:cs="Arial"/>
          <w:b/>
        </w:rPr>
      </w:pPr>
    </w:p>
    <w:p w14:paraId="69815CD2" w14:textId="77777777" w:rsidR="0039479E" w:rsidRPr="00145753" w:rsidRDefault="0039479E" w:rsidP="002B02C0">
      <w:pPr>
        <w:spacing w:line="360" w:lineRule="auto"/>
        <w:rPr>
          <w:rFonts w:ascii="Arial" w:hAnsi="Arial" w:cs="Arial"/>
          <w:b/>
        </w:rPr>
      </w:pPr>
    </w:p>
    <w:p w14:paraId="7B9F8B82" w14:textId="77777777" w:rsidR="00547B98" w:rsidRPr="00145753" w:rsidRDefault="00547B98" w:rsidP="002B02C0">
      <w:pPr>
        <w:spacing w:line="360" w:lineRule="auto"/>
        <w:rPr>
          <w:rFonts w:ascii="Arial" w:hAnsi="Arial" w:cs="Arial"/>
          <w:b/>
        </w:rPr>
      </w:pPr>
    </w:p>
    <w:bookmarkEnd w:id="6"/>
    <w:p w14:paraId="32B80692" w14:textId="77777777" w:rsidR="00547B98" w:rsidRPr="00145753" w:rsidRDefault="00547B98" w:rsidP="002B02C0">
      <w:pPr>
        <w:spacing w:line="360" w:lineRule="auto"/>
        <w:rPr>
          <w:rFonts w:ascii="Arial" w:hAnsi="Arial" w:cs="Arial"/>
          <w:b/>
        </w:rPr>
      </w:pPr>
    </w:p>
    <w:p w14:paraId="58E0CAC1" w14:textId="77777777" w:rsidR="00547B98" w:rsidRPr="00145753" w:rsidRDefault="00547B98" w:rsidP="002B02C0">
      <w:pPr>
        <w:spacing w:line="360" w:lineRule="auto"/>
        <w:rPr>
          <w:rFonts w:ascii="Arial" w:hAnsi="Arial" w:cs="Arial"/>
          <w:b/>
        </w:rPr>
      </w:pPr>
    </w:p>
    <w:p w14:paraId="4C808F45" w14:textId="77777777" w:rsidR="00547B98" w:rsidRPr="00145753" w:rsidRDefault="00547B98" w:rsidP="002B02C0">
      <w:pPr>
        <w:spacing w:line="360" w:lineRule="auto"/>
        <w:rPr>
          <w:rFonts w:ascii="Arial" w:hAnsi="Arial" w:cs="Arial"/>
          <w:spacing w:val="-5"/>
        </w:rPr>
      </w:pPr>
    </w:p>
    <w:p w14:paraId="69B2C30D" w14:textId="77777777" w:rsidR="00930749" w:rsidRPr="00145753" w:rsidRDefault="00930749" w:rsidP="005F376F">
      <w:pPr>
        <w:jc w:val="center"/>
        <w:rPr>
          <w:rFonts w:ascii="Arial" w:hAnsi="Arial" w:cs="Arial"/>
        </w:rPr>
        <w:sectPr w:rsidR="00930749" w:rsidRPr="00145753" w:rsidSect="00A00281">
          <w:headerReference w:type="default" r:id="rId13"/>
          <w:footerReference w:type="default" r:id="rId14"/>
          <w:pgSz w:w="11910" w:h="16840"/>
          <w:pgMar w:top="2268" w:right="1701" w:bottom="1701" w:left="2268" w:header="2274" w:footer="612" w:gutter="0"/>
          <w:pgNumType w:fmt="lowerRoman" w:start="3"/>
          <w:cols w:space="720"/>
        </w:sectPr>
      </w:pPr>
    </w:p>
    <w:p w14:paraId="09F1B8EB" w14:textId="162D131D" w:rsidR="00547B98" w:rsidRPr="00AF0A9E" w:rsidRDefault="00930749" w:rsidP="005F376F">
      <w:pPr>
        <w:tabs>
          <w:tab w:val="right" w:leader="dot" w:pos="7640"/>
        </w:tabs>
        <w:spacing w:before="136"/>
        <w:ind w:left="568"/>
        <w:rPr>
          <w:rFonts w:ascii="Arial" w:hAnsi="Arial" w:cs="Arial"/>
          <w:sz w:val="24"/>
          <w:lang w:val="en-US"/>
        </w:rPr>
      </w:pPr>
      <w:r w:rsidRPr="00145753">
        <w:rPr>
          <w:rFonts w:ascii="Arial" w:hAnsi="Arial" w:cs="Arial"/>
          <w:noProof/>
          <w:sz w:val="20"/>
        </w:rPr>
        <w:lastRenderedPageBreak/>
        <mc:AlternateContent>
          <mc:Choice Requires="wps">
            <w:drawing>
              <wp:anchor distT="0" distB="0" distL="0" distR="0" simplePos="0" relativeHeight="487596032" behindDoc="1" locked="0" layoutInCell="1" allowOverlap="1" wp14:anchorId="3F78CD72" wp14:editId="4BB896A3">
                <wp:simplePos x="0" y="0"/>
                <wp:positionH relativeFrom="page">
                  <wp:posOffset>3525654</wp:posOffset>
                </wp:positionH>
                <wp:positionV relativeFrom="page">
                  <wp:posOffset>1132037</wp:posOffset>
                </wp:positionV>
                <wp:extent cx="1243330" cy="19621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43330" cy="196215"/>
                        </a:xfrm>
                        <a:prstGeom prst="rect">
                          <a:avLst/>
                        </a:prstGeom>
                      </wps:spPr>
                      <wps:txbx>
                        <w:txbxContent>
                          <w:p w14:paraId="7272EEE3" w14:textId="77777777" w:rsidR="00930749" w:rsidRDefault="00930749" w:rsidP="00930749">
                            <w:pPr>
                              <w:spacing w:before="12"/>
                              <w:ind w:left="20"/>
                              <w:rPr>
                                <w:rFonts w:ascii="Arial"/>
                                <w:b/>
                                <w:sz w:val="24"/>
                              </w:rPr>
                            </w:pPr>
                            <w:r>
                              <w:rPr>
                                <w:rFonts w:ascii="Arial"/>
                                <w:b/>
                                <w:spacing w:val="-2"/>
                                <w:sz w:val="24"/>
                              </w:rPr>
                              <w:t>DAFTAR</w:t>
                            </w:r>
                            <w:r>
                              <w:rPr>
                                <w:rFonts w:ascii="Arial"/>
                                <w:b/>
                                <w:spacing w:val="-12"/>
                                <w:sz w:val="24"/>
                              </w:rPr>
                              <w:t xml:space="preserve"> </w:t>
                            </w:r>
                            <w:r>
                              <w:rPr>
                                <w:rFonts w:ascii="Arial"/>
                                <w:b/>
                                <w:spacing w:val="-2"/>
                                <w:sz w:val="24"/>
                              </w:rPr>
                              <w:t>BAGAN</w:t>
                            </w:r>
                          </w:p>
                        </w:txbxContent>
                      </wps:txbx>
                      <wps:bodyPr wrap="square" lIns="0" tIns="0" rIns="0" bIns="0" rtlCol="0">
                        <a:noAutofit/>
                      </wps:bodyPr>
                    </wps:wsp>
                  </a:graphicData>
                </a:graphic>
              </wp:anchor>
            </w:drawing>
          </mc:Choice>
          <mc:Fallback>
            <w:pict>
              <v:shape w14:anchorId="3F78CD72" id="Textbox 15" o:spid="_x0000_s1029" type="#_x0000_t202" style="position:absolute;left:0;text-align:left;margin-left:277.6pt;margin-top:89.15pt;width:97.9pt;height:15.45pt;z-index:-1572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" filled="f" stroked="f">
                <v:textbox inset="0,0,0,0">
                  <w:txbxContent>
                    <w:p w14:paraId="7272EEE3" w14:textId="77777777" w:rsidR="00930749" w:rsidRDefault="00930749" w:rsidP="00930749">
                      <w:pPr>
                        <w:spacing w:before="12"/>
                        <w:ind w:left="20"/>
                        <w:rPr>
                          <w:rFonts w:ascii="Arial"/>
                          <w:b/>
                          <w:sz w:val="24"/>
                        </w:rPr>
                      </w:pPr>
                      <w:r>
                        <w:rPr>
                          <w:rFonts w:ascii="Arial"/>
                          <w:b/>
                          <w:spacing w:val="-2"/>
                          <w:sz w:val="24"/>
                        </w:rPr>
                        <w:t>DAFTAR</w:t>
                      </w:r>
                      <w:r>
                        <w:rPr>
                          <w:rFonts w:ascii="Arial"/>
                          <w:b/>
                          <w:spacing w:val="-12"/>
                          <w:sz w:val="24"/>
                        </w:rPr>
                        <w:t xml:space="preserve"> </w:t>
                      </w:r>
                      <w:r>
                        <w:rPr>
                          <w:rFonts w:ascii="Arial"/>
                          <w:b/>
                          <w:spacing w:val="-2"/>
                          <w:sz w:val="24"/>
                        </w:rPr>
                        <w:t>BAGAN</w:t>
                      </w:r>
                    </w:p>
                  </w:txbxContent>
                </v:textbox>
                <w10:wrap anchorx="page" anchory="page"/>
              </v:shape>
            </w:pict>
          </mc:Fallback>
        </mc:AlternateContent>
      </w:r>
      <w:r w:rsidRPr="00145753">
        <w:rPr>
          <w:rFonts w:ascii="Arial" w:hAnsi="Arial" w:cs="Arial"/>
          <w:sz w:val="24"/>
        </w:rPr>
        <w:t>Kerangka</w:t>
      </w:r>
      <w:r w:rsidRPr="00145753">
        <w:rPr>
          <w:rFonts w:ascii="Arial" w:hAnsi="Arial" w:cs="Arial"/>
          <w:spacing w:val="-12"/>
          <w:sz w:val="24"/>
        </w:rPr>
        <w:t xml:space="preserve"> </w:t>
      </w:r>
      <w:r w:rsidRPr="00145753">
        <w:rPr>
          <w:rFonts w:ascii="Arial" w:hAnsi="Arial" w:cs="Arial"/>
          <w:spacing w:val="-2"/>
          <w:sz w:val="24"/>
        </w:rPr>
        <w:t>Teori</w:t>
      </w:r>
      <w:r w:rsidRPr="00145753">
        <w:rPr>
          <w:rFonts w:ascii="Arial" w:hAnsi="Arial" w:cs="Arial"/>
          <w:sz w:val="24"/>
        </w:rPr>
        <w:tab/>
      </w:r>
      <w:r w:rsidRPr="00145753">
        <w:rPr>
          <w:rFonts w:ascii="Arial" w:hAnsi="Arial" w:cs="Arial"/>
          <w:spacing w:val="-5"/>
          <w:sz w:val="24"/>
        </w:rPr>
        <w:t>1</w:t>
      </w:r>
      <w:r w:rsidR="00AF0A9E">
        <w:rPr>
          <w:rFonts w:ascii="Arial" w:hAnsi="Arial" w:cs="Arial"/>
          <w:spacing w:val="-5"/>
          <w:sz w:val="24"/>
          <w:lang w:val="en-US"/>
        </w:rPr>
        <w:t>8</w:t>
      </w:r>
    </w:p>
    <w:p w14:paraId="194FD821" w14:textId="5959DEC1" w:rsidR="00547B98" w:rsidRPr="00AF0A9E" w:rsidRDefault="0027081F" w:rsidP="005F376F">
      <w:pPr>
        <w:tabs>
          <w:tab w:val="right" w:leader="dot" w:pos="7640"/>
        </w:tabs>
        <w:spacing w:before="204"/>
        <w:ind w:left="568"/>
        <w:rPr>
          <w:rFonts w:ascii="Arial" w:hAnsi="Arial" w:cs="Arial"/>
          <w:sz w:val="24"/>
          <w:lang w:val="en-US"/>
        </w:rPr>
      </w:pPr>
      <w:r w:rsidRPr="00145753">
        <w:rPr>
          <w:rFonts w:ascii="Arial" w:hAnsi="Arial" w:cs="Arial"/>
          <w:sz w:val="24"/>
        </w:rPr>
        <w:t>Kerangka</w:t>
      </w:r>
      <w:r w:rsidRPr="00145753">
        <w:rPr>
          <w:rFonts w:ascii="Arial" w:hAnsi="Arial" w:cs="Arial"/>
          <w:spacing w:val="-8"/>
          <w:sz w:val="24"/>
        </w:rPr>
        <w:t xml:space="preserve"> </w:t>
      </w:r>
      <w:r w:rsidRPr="00145753">
        <w:rPr>
          <w:rFonts w:ascii="Arial" w:hAnsi="Arial" w:cs="Arial"/>
          <w:spacing w:val="-2"/>
          <w:sz w:val="24"/>
        </w:rPr>
        <w:t>Konsep</w:t>
      </w:r>
      <w:r w:rsidRPr="00145753">
        <w:rPr>
          <w:rFonts w:ascii="Arial" w:hAnsi="Arial" w:cs="Arial"/>
          <w:sz w:val="24"/>
        </w:rPr>
        <w:tab/>
      </w:r>
      <w:r w:rsidRPr="00145753">
        <w:rPr>
          <w:rFonts w:ascii="Arial" w:hAnsi="Arial" w:cs="Arial"/>
          <w:spacing w:val="-5"/>
          <w:sz w:val="24"/>
        </w:rPr>
        <w:t>1</w:t>
      </w:r>
      <w:r w:rsidR="00AF0A9E">
        <w:rPr>
          <w:rFonts w:ascii="Arial" w:hAnsi="Arial" w:cs="Arial"/>
          <w:spacing w:val="-5"/>
          <w:sz w:val="24"/>
          <w:lang w:val="en-US"/>
        </w:rPr>
        <w:t>8</w:t>
      </w:r>
    </w:p>
    <w:p w14:paraId="27232BC7" w14:textId="77777777" w:rsidR="00547B98" w:rsidRPr="00145753" w:rsidRDefault="00547B98" w:rsidP="005F376F">
      <w:pPr>
        <w:rPr>
          <w:rFonts w:ascii="Arial" w:hAnsi="Arial" w:cs="Arial"/>
        </w:rPr>
      </w:pPr>
    </w:p>
    <w:p w14:paraId="0B533734" w14:textId="77777777" w:rsidR="00547B98" w:rsidRPr="00145753" w:rsidRDefault="00547B98" w:rsidP="005F376F">
      <w:pPr>
        <w:rPr>
          <w:rFonts w:ascii="Arial" w:hAnsi="Arial" w:cs="Arial"/>
        </w:rPr>
      </w:pPr>
    </w:p>
    <w:p w14:paraId="12798B6D" w14:textId="77777777" w:rsidR="00547B98" w:rsidRPr="00145753" w:rsidRDefault="00547B98" w:rsidP="005F376F">
      <w:pPr>
        <w:rPr>
          <w:rFonts w:ascii="Arial" w:hAnsi="Arial" w:cs="Arial"/>
        </w:rPr>
      </w:pPr>
    </w:p>
    <w:p w14:paraId="5BE69DA7" w14:textId="77777777" w:rsidR="00547B98" w:rsidRPr="00145753" w:rsidRDefault="00547B98" w:rsidP="005F376F">
      <w:pPr>
        <w:rPr>
          <w:rFonts w:ascii="Arial" w:hAnsi="Arial" w:cs="Arial"/>
        </w:rPr>
      </w:pPr>
    </w:p>
    <w:p w14:paraId="393AED54" w14:textId="77777777" w:rsidR="00547B98" w:rsidRPr="00145753" w:rsidRDefault="00547B98" w:rsidP="005F376F">
      <w:pPr>
        <w:rPr>
          <w:rFonts w:ascii="Arial" w:hAnsi="Arial" w:cs="Arial"/>
        </w:rPr>
      </w:pPr>
    </w:p>
    <w:p w14:paraId="24AF8B4E" w14:textId="77777777" w:rsidR="00547B98" w:rsidRPr="00145753" w:rsidRDefault="00547B98" w:rsidP="005F376F">
      <w:pPr>
        <w:rPr>
          <w:rFonts w:ascii="Arial" w:hAnsi="Arial" w:cs="Arial"/>
        </w:rPr>
      </w:pPr>
    </w:p>
    <w:p w14:paraId="7D7FF65D" w14:textId="77777777" w:rsidR="00547B98" w:rsidRPr="00145753" w:rsidRDefault="00547B98" w:rsidP="005F376F">
      <w:pPr>
        <w:rPr>
          <w:rFonts w:ascii="Arial" w:hAnsi="Arial" w:cs="Arial"/>
        </w:rPr>
      </w:pPr>
    </w:p>
    <w:p w14:paraId="311B557B" w14:textId="77777777" w:rsidR="00547B98" w:rsidRPr="00145753" w:rsidRDefault="00547B98" w:rsidP="005F376F">
      <w:pPr>
        <w:rPr>
          <w:rFonts w:ascii="Arial" w:hAnsi="Arial" w:cs="Arial"/>
        </w:rPr>
      </w:pPr>
    </w:p>
    <w:p w14:paraId="00AB27BB" w14:textId="77777777" w:rsidR="00547B98" w:rsidRPr="00145753" w:rsidRDefault="00547B98" w:rsidP="005F376F">
      <w:pPr>
        <w:rPr>
          <w:rFonts w:ascii="Arial" w:hAnsi="Arial" w:cs="Arial"/>
        </w:rPr>
      </w:pPr>
    </w:p>
    <w:p w14:paraId="411FCE75" w14:textId="77777777" w:rsidR="00547B98" w:rsidRPr="00145753" w:rsidRDefault="00547B98" w:rsidP="005F376F">
      <w:pPr>
        <w:rPr>
          <w:rFonts w:ascii="Arial" w:hAnsi="Arial" w:cs="Arial"/>
        </w:rPr>
      </w:pPr>
    </w:p>
    <w:p w14:paraId="7C4027B5" w14:textId="77777777" w:rsidR="00547B98" w:rsidRPr="00145753" w:rsidRDefault="00547B98" w:rsidP="005F376F">
      <w:pPr>
        <w:rPr>
          <w:rFonts w:ascii="Arial" w:hAnsi="Arial" w:cs="Arial"/>
        </w:rPr>
      </w:pPr>
    </w:p>
    <w:p w14:paraId="444041D1" w14:textId="77777777" w:rsidR="00547B98" w:rsidRPr="00145753" w:rsidRDefault="00547B98" w:rsidP="005F376F">
      <w:pPr>
        <w:rPr>
          <w:rFonts w:ascii="Arial" w:hAnsi="Arial" w:cs="Arial"/>
        </w:rPr>
      </w:pPr>
    </w:p>
    <w:p w14:paraId="7029BA87" w14:textId="77777777" w:rsidR="00547B98" w:rsidRPr="00145753" w:rsidRDefault="00547B98" w:rsidP="005F376F">
      <w:pPr>
        <w:rPr>
          <w:rFonts w:ascii="Arial" w:hAnsi="Arial" w:cs="Arial"/>
        </w:rPr>
      </w:pPr>
    </w:p>
    <w:p w14:paraId="0BE5B173" w14:textId="77777777" w:rsidR="00547B98" w:rsidRPr="00145753" w:rsidRDefault="00547B98" w:rsidP="005F376F">
      <w:pPr>
        <w:rPr>
          <w:rFonts w:ascii="Arial" w:hAnsi="Arial" w:cs="Arial"/>
        </w:rPr>
      </w:pPr>
    </w:p>
    <w:p w14:paraId="05D54B8B" w14:textId="77777777" w:rsidR="00547B98" w:rsidRPr="00145753" w:rsidRDefault="00547B98" w:rsidP="005F376F">
      <w:pPr>
        <w:rPr>
          <w:rFonts w:ascii="Arial" w:hAnsi="Arial" w:cs="Arial"/>
        </w:rPr>
      </w:pPr>
    </w:p>
    <w:p w14:paraId="62BFC0E7" w14:textId="77777777" w:rsidR="00547B98" w:rsidRPr="00145753" w:rsidRDefault="00547B98" w:rsidP="005F376F">
      <w:pPr>
        <w:rPr>
          <w:rFonts w:ascii="Arial" w:hAnsi="Arial" w:cs="Arial"/>
        </w:rPr>
      </w:pPr>
    </w:p>
    <w:p w14:paraId="71583A9A" w14:textId="77777777" w:rsidR="00547B98" w:rsidRPr="00145753" w:rsidRDefault="00547B98" w:rsidP="005F376F">
      <w:pPr>
        <w:rPr>
          <w:rFonts w:ascii="Arial" w:hAnsi="Arial" w:cs="Arial"/>
        </w:rPr>
      </w:pPr>
    </w:p>
    <w:p w14:paraId="60CD1A3B" w14:textId="77777777" w:rsidR="00547B98" w:rsidRPr="00145753" w:rsidRDefault="00547B98" w:rsidP="005F376F">
      <w:pPr>
        <w:rPr>
          <w:rFonts w:ascii="Arial" w:hAnsi="Arial" w:cs="Arial"/>
        </w:rPr>
      </w:pPr>
    </w:p>
    <w:p w14:paraId="3774460A" w14:textId="77777777" w:rsidR="00547B98" w:rsidRPr="00145753" w:rsidRDefault="00547B98" w:rsidP="005F376F">
      <w:pPr>
        <w:rPr>
          <w:rFonts w:ascii="Arial" w:hAnsi="Arial" w:cs="Arial"/>
        </w:rPr>
      </w:pPr>
    </w:p>
    <w:p w14:paraId="02AFCA19" w14:textId="77777777" w:rsidR="00547B98" w:rsidRPr="00145753" w:rsidRDefault="00547B98" w:rsidP="005F376F">
      <w:pPr>
        <w:rPr>
          <w:rFonts w:ascii="Arial" w:hAnsi="Arial" w:cs="Arial"/>
        </w:rPr>
      </w:pPr>
    </w:p>
    <w:p w14:paraId="2CE8DA1B" w14:textId="77777777" w:rsidR="00547B98" w:rsidRPr="00145753" w:rsidRDefault="00547B98" w:rsidP="005F376F">
      <w:pPr>
        <w:rPr>
          <w:rFonts w:ascii="Arial" w:hAnsi="Arial" w:cs="Arial"/>
        </w:rPr>
      </w:pPr>
    </w:p>
    <w:p w14:paraId="7C03FA0D" w14:textId="77777777" w:rsidR="00547B98" w:rsidRPr="00145753" w:rsidRDefault="00547B98" w:rsidP="005F376F">
      <w:pPr>
        <w:rPr>
          <w:rFonts w:ascii="Arial" w:hAnsi="Arial" w:cs="Arial"/>
        </w:rPr>
      </w:pPr>
    </w:p>
    <w:p w14:paraId="3F9CB710" w14:textId="77777777" w:rsidR="00547B98" w:rsidRPr="00145753" w:rsidRDefault="00547B98" w:rsidP="005F376F">
      <w:pPr>
        <w:rPr>
          <w:rFonts w:ascii="Arial" w:hAnsi="Arial" w:cs="Arial"/>
        </w:rPr>
      </w:pPr>
    </w:p>
    <w:p w14:paraId="7A27C1D7" w14:textId="77777777" w:rsidR="00547B98" w:rsidRPr="00145753" w:rsidRDefault="00547B98" w:rsidP="005F376F">
      <w:pPr>
        <w:rPr>
          <w:rFonts w:ascii="Arial" w:hAnsi="Arial" w:cs="Arial"/>
        </w:rPr>
      </w:pPr>
    </w:p>
    <w:p w14:paraId="62445DEC" w14:textId="77777777" w:rsidR="00547B98" w:rsidRPr="00145753" w:rsidRDefault="00547B98" w:rsidP="005F376F">
      <w:pPr>
        <w:rPr>
          <w:rFonts w:ascii="Arial" w:hAnsi="Arial" w:cs="Arial"/>
        </w:rPr>
      </w:pPr>
    </w:p>
    <w:p w14:paraId="73D41AA5" w14:textId="77777777" w:rsidR="00547B98" w:rsidRPr="00145753" w:rsidRDefault="00547B98" w:rsidP="005F376F">
      <w:pPr>
        <w:rPr>
          <w:rFonts w:ascii="Arial" w:hAnsi="Arial" w:cs="Arial"/>
        </w:rPr>
      </w:pPr>
    </w:p>
    <w:p w14:paraId="2B0F2C12" w14:textId="77777777" w:rsidR="00547B98" w:rsidRPr="00145753" w:rsidRDefault="00547B98" w:rsidP="005F376F">
      <w:pPr>
        <w:rPr>
          <w:rFonts w:ascii="Arial" w:hAnsi="Arial" w:cs="Arial"/>
        </w:rPr>
      </w:pPr>
    </w:p>
    <w:p w14:paraId="001A7966" w14:textId="77777777" w:rsidR="00547B98" w:rsidRPr="00145753" w:rsidRDefault="00547B98" w:rsidP="005F376F">
      <w:pPr>
        <w:rPr>
          <w:rFonts w:ascii="Arial" w:hAnsi="Arial" w:cs="Arial"/>
        </w:rPr>
      </w:pPr>
    </w:p>
    <w:p w14:paraId="12AFDCC7" w14:textId="77777777" w:rsidR="00547B98" w:rsidRPr="00145753" w:rsidRDefault="00547B98" w:rsidP="005F376F">
      <w:pPr>
        <w:rPr>
          <w:rFonts w:ascii="Arial" w:hAnsi="Arial" w:cs="Arial"/>
        </w:rPr>
      </w:pPr>
    </w:p>
    <w:p w14:paraId="7FB583E6" w14:textId="77777777" w:rsidR="00547B98" w:rsidRPr="00145753" w:rsidRDefault="00547B98" w:rsidP="005F376F">
      <w:pPr>
        <w:rPr>
          <w:rFonts w:ascii="Arial" w:hAnsi="Arial" w:cs="Arial"/>
        </w:rPr>
      </w:pPr>
    </w:p>
    <w:p w14:paraId="7192134E" w14:textId="77777777" w:rsidR="00547B98" w:rsidRPr="00145753" w:rsidRDefault="00547B98" w:rsidP="005F376F">
      <w:pPr>
        <w:rPr>
          <w:rFonts w:ascii="Arial" w:hAnsi="Arial" w:cs="Arial"/>
        </w:rPr>
      </w:pPr>
    </w:p>
    <w:p w14:paraId="0BFB9A64" w14:textId="77777777" w:rsidR="00547B98" w:rsidRPr="00145753" w:rsidRDefault="00547B98" w:rsidP="005F376F">
      <w:pPr>
        <w:rPr>
          <w:rFonts w:ascii="Arial" w:hAnsi="Arial" w:cs="Arial"/>
        </w:rPr>
      </w:pPr>
    </w:p>
    <w:p w14:paraId="4E5E95F7" w14:textId="77777777" w:rsidR="00547B98" w:rsidRPr="00145753" w:rsidRDefault="00547B98" w:rsidP="005F376F">
      <w:pPr>
        <w:rPr>
          <w:rFonts w:ascii="Arial" w:hAnsi="Arial" w:cs="Arial"/>
        </w:rPr>
      </w:pPr>
    </w:p>
    <w:p w14:paraId="1DAC01F2" w14:textId="77777777" w:rsidR="00547B98" w:rsidRPr="00145753" w:rsidRDefault="00547B98" w:rsidP="005F376F">
      <w:pPr>
        <w:rPr>
          <w:rFonts w:ascii="Arial" w:hAnsi="Arial" w:cs="Arial"/>
        </w:rPr>
      </w:pPr>
    </w:p>
    <w:p w14:paraId="6AD352E4" w14:textId="77777777" w:rsidR="00547B98" w:rsidRPr="00145753" w:rsidRDefault="00547B98" w:rsidP="005F376F">
      <w:pPr>
        <w:rPr>
          <w:rFonts w:ascii="Arial" w:hAnsi="Arial" w:cs="Arial"/>
        </w:rPr>
      </w:pPr>
    </w:p>
    <w:p w14:paraId="481FD496" w14:textId="77777777" w:rsidR="00547B98" w:rsidRPr="00145753" w:rsidRDefault="00547B98" w:rsidP="005F376F">
      <w:pPr>
        <w:rPr>
          <w:rFonts w:ascii="Arial" w:hAnsi="Arial" w:cs="Arial"/>
        </w:rPr>
      </w:pPr>
    </w:p>
    <w:p w14:paraId="082B5DBB" w14:textId="77777777" w:rsidR="00547B98" w:rsidRPr="00145753" w:rsidRDefault="00547B98" w:rsidP="005F376F">
      <w:pPr>
        <w:rPr>
          <w:rFonts w:ascii="Arial" w:hAnsi="Arial" w:cs="Arial"/>
        </w:rPr>
      </w:pPr>
    </w:p>
    <w:p w14:paraId="02B77D3E" w14:textId="77777777" w:rsidR="00547B98" w:rsidRPr="00145753" w:rsidRDefault="00547B98" w:rsidP="005F376F">
      <w:pPr>
        <w:rPr>
          <w:rFonts w:ascii="Arial" w:hAnsi="Arial" w:cs="Arial"/>
        </w:rPr>
      </w:pPr>
    </w:p>
    <w:p w14:paraId="544C70BD" w14:textId="77777777" w:rsidR="00547B98" w:rsidRPr="00145753" w:rsidRDefault="00547B98" w:rsidP="005F376F">
      <w:pPr>
        <w:rPr>
          <w:rFonts w:ascii="Arial" w:hAnsi="Arial" w:cs="Arial"/>
        </w:rPr>
      </w:pPr>
    </w:p>
    <w:p w14:paraId="138DEBDD" w14:textId="77777777" w:rsidR="00547B98" w:rsidRPr="00145753" w:rsidRDefault="00547B98" w:rsidP="005F376F">
      <w:pPr>
        <w:rPr>
          <w:rFonts w:ascii="Arial" w:hAnsi="Arial" w:cs="Arial"/>
        </w:rPr>
      </w:pPr>
    </w:p>
    <w:p w14:paraId="469E48AA" w14:textId="77777777" w:rsidR="00547B98" w:rsidRPr="00145753" w:rsidRDefault="00547B98" w:rsidP="005F376F">
      <w:pPr>
        <w:rPr>
          <w:rFonts w:ascii="Arial" w:hAnsi="Arial" w:cs="Arial"/>
        </w:rPr>
      </w:pPr>
    </w:p>
    <w:p w14:paraId="41567142" w14:textId="77777777" w:rsidR="00547B98" w:rsidRPr="00145753" w:rsidRDefault="00547B98" w:rsidP="005F376F">
      <w:pPr>
        <w:rPr>
          <w:rFonts w:ascii="Arial" w:hAnsi="Arial" w:cs="Arial"/>
        </w:rPr>
      </w:pPr>
    </w:p>
    <w:p w14:paraId="2C43C01A" w14:textId="77777777" w:rsidR="00547B98" w:rsidRPr="00145753" w:rsidRDefault="00547B98" w:rsidP="005F376F">
      <w:pPr>
        <w:rPr>
          <w:rFonts w:ascii="Arial" w:hAnsi="Arial" w:cs="Arial"/>
        </w:rPr>
      </w:pPr>
    </w:p>
    <w:p w14:paraId="3E2D7817" w14:textId="77777777" w:rsidR="00547B98" w:rsidRPr="00145753" w:rsidRDefault="00547B98" w:rsidP="005F376F">
      <w:pPr>
        <w:rPr>
          <w:rFonts w:ascii="Arial" w:hAnsi="Arial" w:cs="Arial"/>
        </w:rPr>
      </w:pPr>
    </w:p>
    <w:p w14:paraId="7164F19B" w14:textId="77777777" w:rsidR="00547B98" w:rsidRPr="00145753" w:rsidRDefault="00547B98" w:rsidP="005F376F">
      <w:pPr>
        <w:rPr>
          <w:rFonts w:ascii="Arial" w:hAnsi="Arial" w:cs="Arial"/>
        </w:rPr>
      </w:pPr>
    </w:p>
    <w:p w14:paraId="4895ACB0" w14:textId="77777777" w:rsidR="00547B98" w:rsidRPr="00145753" w:rsidRDefault="00547B98" w:rsidP="005F376F">
      <w:pPr>
        <w:rPr>
          <w:rFonts w:ascii="Arial" w:hAnsi="Arial" w:cs="Arial"/>
        </w:rPr>
      </w:pPr>
    </w:p>
    <w:p w14:paraId="310EACA3" w14:textId="77777777" w:rsidR="00547B98" w:rsidRPr="00145753" w:rsidRDefault="00547B98" w:rsidP="005F376F">
      <w:pPr>
        <w:rPr>
          <w:rFonts w:ascii="Arial" w:hAnsi="Arial" w:cs="Arial"/>
        </w:rPr>
      </w:pPr>
    </w:p>
    <w:p w14:paraId="5E2107BF" w14:textId="77777777" w:rsidR="00547B98" w:rsidRPr="00145753" w:rsidRDefault="00547B98" w:rsidP="005F376F">
      <w:pPr>
        <w:jc w:val="center"/>
        <w:rPr>
          <w:rFonts w:ascii="Arial" w:hAnsi="Arial" w:cs="Arial"/>
        </w:rPr>
        <w:sectPr w:rsidR="00547B98" w:rsidRPr="00145753" w:rsidSect="00D53148">
          <w:headerReference w:type="default" r:id="rId15"/>
          <w:footerReference w:type="default" r:id="rId16"/>
          <w:pgSz w:w="11910" w:h="16840"/>
          <w:pgMar w:top="1701" w:right="1701" w:bottom="1701" w:left="2268" w:header="2275" w:footer="851" w:gutter="0"/>
          <w:pgNumType w:fmt="lowerRoman" w:start="7"/>
          <w:cols w:space="720"/>
        </w:sectPr>
      </w:pPr>
    </w:p>
    <w:p w14:paraId="34332425" w14:textId="2872600B" w:rsidR="00547B98" w:rsidRPr="00145753" w:rsidRDefault="00930749" w:rsidP="005F376F">
      <w:pPr>
        <w:spacing w:before="259"/>
        <w:rPr>
          <w:rFonts w:ascii="Arial" w:hAnsi="Arial" w:cs="Arial"/>
          <w:sz w:val="24"/>
        </w:rPr>
      </w:pPr>
      <w:r w:rsidRPr="00145753">
        <w:rPr>
          <w:rFonts w:ascii="Arial" w:hAnsi="Arial" w:cs="Arial"/>
          <w:noProof/>
          <w:sz w:val="20"/>
        </w:rPr>
        <w:lastRenderedPageBreak/>
        <mc:AlternateContent>
          <mc:Choice Requires="wps">
            <w:drawing>
              <wp:anchor distT="0" distB="0" distL="0" distR="0" simplePos="0" relativeHeight="487598080" behindDoc="1" locked="0" layoutInCell="1" allowOverlap="1" wp14:anchorId="5B33E0DD" wp14:editId="738EE6C2">
                <wp:simplePos x="0" y="0"/>
                <wp:positionH relativeFrom="page">
                  <wp:align>center</wp:align>
                </wp:positionH>
                <wp:positionV relativeFrom="margin">
                  <wp:posOffset>-288758</wp:posOffset>
                </wp:positionV>
                <wp:extent cx="1487170" cy="19621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7170" cy="196215"/>
                        </a:xfrm>
                        <a:prstGeom prst="rect">
                          <a:avLst/>
                        </a:prstGeom>
                      </wps:spPr>
                      <wps:txbx>
                        <w:txbxContent>
                          <w:p w14:paraId="29B03C36" w14:textId="77777777" w:rsidR="00930749" w:rsidRPr="002E1E20" w:rsidRDefault="00930749" w:rsidP="00930749">
                            <w:pPr>
                              <w:spacing w:before="12"/>
                              <w:ind w:left="20"/>
                              <w:rPr>
                                <w:rFonts w:ascii="Arial"/>
                                <w:b/>
                                <w:sz w:val="24"/>
                                <w:lang w:val="en-US"/>
                              </w:rPr>
                            </w:pPr>
                            <w:r>
                              <w:rPr>
                                <w:rFonts w:ascii="Arial"/>
                                <w:b/>
                                <w:spacing w:val="-4"/>
                                <w:sz w:val="24"/>
                              </w:rPr>
                              <w:t>DAFTAR</w:t>
                            </w:r>
                            <w:r>
                              <w:rPr>
                                <w:rFonts w:ascii="Arial"/>
                                <w:b/>
                                <w:spacing w:val="-3"/>
                                <w:sz w:val="24"/>
                              </w:rPr>
                              <w:t xml:space="preserve"> </w:t>
                            </w:r>
                            <w:r>
                              <w:rPr>
                                <w:rFonts w:ascii="Arial"/>
                                <w:b/>
                                <w:spacing w:val="-2"/>
                                <w:sz w:val="24"/>
                              </w:rPr>
                              <w:t>LAMPIRAN</w:t>
                            </w:r>
                          </w:p>
                        </w:txbxContent>
                      </wps:txbx>
                      <wps:bodyPr wrap="square" lIns="0" tIns="0" rIns="0" bIns="0" rtlCol="0">
                        <a:noAutofit/>
                      </wps:bodyPr>
                    </wps:wsp>
                  </a:graphicData>
                </a:graphic>
              </wp:anchor>
            </w:drawing>
          </mc:Choice>
          <mc:Fallback>
            <w:pict>
              <v:shape w14:anchorId="5B33E0DD" id="Textbox 16" o:spid="_x0000_s1030" type="#_x0000_t202" style="position:absolute;margin-left:0;margin-top:-22.75pt;width:117.1pt;height:15.45pt;z-index:-15718400;visibility:visible;mso-wrap-style:square;mso-wrap-distance-left:0;mso-wrap-distance-top:0;mso-wrap-distance-right:0;mso-wrap-distance-bottom:0;mso-position-horizontal:center;mso-position-horizontal-relative:page;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" filled="f" stroked="f">
                <v:textbox inset="0,0,0,0">
                  <w:txbxContent>
                    <w:p w14:paraId="29B03C36" w14:textId="77777777" w:rsidR="00930749" w:rsidRPr="002E1E20" w:rsidRDefault="00930749" w:rsidP="00930749">
                      <w:pPr>
                        <w:spacing w:before="12"/>
                        <w:ind w:left="20"/>
                        <w:rPr>
                          <w:rFonts w:ascii="Arial"/>
                          <w:b/>
                          <w:sz w:val="24"/>
                          <w:lang w:val="en-US"/>
                        </w:rPr>
                      </w:pPr>
                      <w:r>
                        <w:rPr>
                          <w:rFonts w:ascii="Arial"/>
                          <w:b/>
                          <w:spacing w:val="-4"/>
                          <w:sz w:val="24"/>
                        </w:rPr>
                        <w:t>DAFTAR</w:t>
                      </w:r>
                      <w:r>
                        <w:rPr>
                          <w:rFonts w:ascii="Arial"/>
                          <w:b/>
                          <w:spacing w:val="-3"/>
                          <w:sz w:val="24"/>
                        </w:rPr>
                        <w:t xml:space="preserve"> </w:t>
                      </w:r>
                      <w:r>
                        <w:rPr>
                          <w:rFonts w:ascii="Arial"/>
                          <w:b/>
                          <w:spacing w:val="-2"/>
                          <w:sz w:val="24"/>
                        </w:rPr>
                        <w:t>LAMPIRAN</w:t>
                      </w:r>
                    </w:p>
                  </w:txbxContent>
                </v:textbox>
                <w10:wrap anchorx="page" anchory="margin"/>
              </v:shape>
            </w:pict>
          </mc:Fallback>
        </mc:AlternateContent>
      </w:r>
    </w:p>
    <w:p w14:paraId="4123FCBC" w14:textId="2B1C85FD" w:rsidR="00A77EB0" w:rsidRPr="00145753" w:rsidRDefault="0027081F" w:rsidP="005F376F">
      <w:pPr>
        <w:spacing w:line="360" w:lineRule="auto"/>
        <w:rPr>
          <w:rFonts w:ascii="Arial" w:hAnsi="Arial" w:cs="Arial"/>
          <w:sz w:val="24"/>
        </w:rPr>
      </w:pPr>
      <w:r w:rsidRPr="00145753">
        <w:rPr>
          <w:rFonts w:ascii="Arial" w:hAnsi="Arial" w:cs="Arial"/>
          <w:sz w:val="24"/>
        </w:rPr>
        <w:t>Lampiran</w:t>
      </w:r>
      <w:r w:rsidRPr="00145753">
        <w:rPr>
          <w:rFonts w:ascii="Arial" w:hAnsi="Arial" w:cs="Arial"/>
          <w:spacing w:val="-7"/>
          <w:sz w:val="24"/>
        </w:rPr>
        <w:t xml:space="preserve"> </w:t>
      </w:r>
      <w:r w:rsidRPr="00145753">
        <w:rPr>
          <w:rFonts w:ascii="Arial" w:hAnsi="Arial" w:cs="Arial"/>
          <w:sz w:val="24"/>
        </w:rPr>
        <w:t>1.</w:t>
      </w:r>
      <w:r w:rsidRPr="00145753">
        <w:rPr>
          <w:rFonts w:ascii="Arial" w:hAnsi="Arial" w:cs="Arial"/>
          <w:spacing w:val="-5"/>
          <w:sz w:val="24"/>
        </w:rPr>
        <w:t xml:space="preserve"> </w:t>
      </w:r>
      <w:r w:rsidRPr="00145753">
        <w:rPr>
          <w:rFonts w:ascii="Arial" w:hAnsi="Arial" w:cs="Arial"/>
          <w:sz w:val="24"/>
        </w:rPr>
        <w:t>Surat</w:t>
      </w:r>
      <w:r w:rsidRPr="00145753">
        <w:rPr>
          <w:rFonts w:ascii="Arial" w:hAnsi="Arial" w:cs="Arial"/>
          <w:spacing w:val="-4"/>
          <w:sz w:val="24"/>
        </w:rPr>
        <w:t xml:space="preserve"> </w:t>
      </w:r>
      <w:r w:rsidR="003416BA">
        <w:rPr>
          <w:rFonts w:ascii="Arial" w:hAnsi="Arial" w:cs="Arial"/>
          <w:sz w:val="24"/>
          <w:lang w:val="en-US"/>
        </w:rPr>
        <w:t>p</w:t>
      </w:r>
      <w:r w:rsidRPr="00145753">
        <w:rPr>
          <w:rFonts w:ascii="Arial" w:hAnsi="Arial" w:cs="Arial"/>
          <w:sz w:val="24"/>
        </w:rPr>
        <w:t>ermohonan</w:t>
      </w:r>
      <w:r w:rsidRPr="00145753">
        <w:rPr>
          <w:rFonts w:ascii="Arial" w:hAnsi="Arial" w:cs="Arial"/>
          <w:spacing w:val="-7"/>
          <w:sz w:val="24"/>
        </w:rPr>
        <w:t xml:space="preserve"> </w:t>
      </w:r>
      <w:r w:rsidRPr="00145753">
        <w:rPr>
          <w:rFonts w:ascii="Arial" w:hAnsi="Arial" w:cs="Arial"/>
          <w:sz w:val="24"/>
        </w:rPr>
        <w:t>menjadi</w:t>
      </w:r>
      <w:r w:rsidRPr="00145753">
        <w:rPr>
          <w:rFonts w:ascii="Arial" w:hAnsi="Arial" w:cs="Arial"/>
          <w:spacing w:val="-6"/>
          <w:sz w:val="24"/>
        </w:rPr>
        <w:t xml:space="preserve"> </w:t>
      </w:r>
      <w:r w:rsidRPr="00145753">
        <w:rPr>
          <w:rFonts w:ascii="Arial" w:hAnsi="Arial" w:cs="Arial"/>
          <w:spacing w:val="-2"/>
          <w:sz w:val="24"/>
        </w:rPr>
        <w:t>responden</w:t>
      </w:r>
    </w:p>
    <w:p w14:paraId="1E92D22D" w14:textId="77777777" w:rsidR="00A77EB0" w:rsidRPr="00145753" w:rsidRDefault="0027081F" w:rsidP="005F376F">
      <w:pPr>
        <w:spacing w:line="360" w:lineRule="auto"/>
        <w:rPr>
          <w:rFonts w:ascii="Arial" w:hAnsi="Arial" w:cs="Arial"/>
          <w:sz w:val="24"/>
        </w:rPr>
      </w:pPr>
      <w:r w:rsidRPr="00145753">
        <w:rPr>
          <w:rFonts w:ascii="Arial" w:hAnsi="Arial" w:cs="Arial"/>
          <w:sz w:val="24"/>
        </w:rPr>
        <w:t>Lampiran</w:t>
      </w:r>
      <w:r w:rsidRPr="00145753">
        <w:rPr>
          <w:rFonts w:ascii="Arial" w:hAnsi="Arial" w:cs="Arial"/>
          <w:spacing w:val="-6"/>
          <w:sz w:val="24"/>
        </w:rPr>
        <w:t xml:space="preserve"> </w:t>
      </w:r>
      <w:r w:rsidRPr="00145753">
        <w:rPr>
          <w:rFonts w:ascii="Arial" w:hAnsi="Arial" w:cs="Arial"/>
          <w:sz w:val="24"/>
        </w:rPr>
        <w:t>2.</w:t>
      </w:r>
      <w:r w:rsidRPr="00145753">
        <w:rPr>
          <w:rFonts w:ascii="Arial" w:hAnsi="Arial" w:cs="Arial"/>
          <w:spacing w:val="-4"/>
          <w:sz w:val="24"/>
        </w:rPr>
        <w:t xml:space="preserve"> </w:t>
      </w:r>
      <w:r w:rsidRPr="00145753">
        <w:rPr>
          <w:rFonts w:ascii="Arial" w:hAnsi="Arial" w:cs="Arial"/>
          <w:sz w:val="24"/>
        </w:rPr>
        <w:t>Surat</w:t>
      </w:r>
      <w:r w:rsidRPr="00145753">
        <w:rPr>
          <w:rFonts w:ascii="Arial" w:hAnsi="Arial" w:cs="Arial"/>
          <w:spacing w:val="-3"/>
          <w:sz w:val="24"/>
        </w:rPr>
        <w:t xml:space="preserve"> </w:t>
      </w:r>
      <w:r w:rsidRPr="00145753">
        <w:rPr>
          <w:rFonts w:ascii="Arial" w:hAnsi="Arial" w:cs="Arial"/>
          <w:sz w:val="24"/>
        </w:rPr>
        <w:t>ijin</w:t>
      </w:r>
      <w:r w:rsidRPr="00145753">
        <w:rPr>
          <w:rFonts w:ascii="Arial" w:hAnsi="Arial" w:cs="Arial"/>
          <w:spacing w:val="-6"/>
          <w:sz w:val="24"/>
        </w:rPr>
        <w:t xml:space="preserve"> </w:t>
      </w:r>
      <w:r w:rsidRPr="00145753">
        <w:rPr>
          <w:rFonts w:ascii="Arial" w:hAnsi="Arial" w:cs="Arial"/>
          <w:sz w:val="24"/>
        </w:rPr>
        <w:t>studi</w:t>
      </w:r>
      <w:r w:rsidRPr="00145753">
        <w:rPr>
          <w:rFonts w:ascii="Arial" w:hAnsi="Arial" w:cs="Arial"/>
          <w:spacing w:val="-6"/>
          <w:sz w:val="24"/>
        </w:rPr>
        <w:t xml:space="preserve"> </w:t>
      </w:r>
      <w:r w:rsidRPr="00145753">
        <w:rPr>
          <w:rFonts w:ascii="Arial" w:hAnsi="Arial" w:cs="Arial"/>
          <w:sz w:val="24"/>
        </w:rPr>
        <w:t>pendahuluan</w:t>
      </w:r>
      <w:r w:rsidRPr="00145753">
        <w:rPr>
          <w:rFonts w:ascii="Arial" w:hAnsi="Arial" w:cs="Arial"/>
          <w:spacing w:val="-6"/>
          <w:sz w:val="24"/>
        </w:rPr>
        <w:t xml:space="preserve"> </w:t>
      </w:r>
      <w:r w:rsidRPr="00145753">
        <w:rPr>
          <w:rFonts w:ascii="Arial" w:hAnsi="Arial" w:cs="Arial"/>
          <w:sz w:val="24"/>
        </w:rPr>
        <w:t>UPPM</w:t>
      </w:r>
      <w:r w:rsidRPr="00145753">
        <w:rPr>
          <w:rFonts w:ascii="Arial" w:hAnsi="Arial" w:cs="Arial"/>
          <w:spacing w:val="-15"/>
          <w:sz w:val="24"/>
        </w:rPr>
        <w:t xml:space="preserve"> </w:t>
      </w:r>
      <w:r w:rsidRPr="00145753">
        <w:rPr>
          <w:rFonts w:ascii="Arial" w:hAnsi="Arial" w:cs="Arial"/>
          <w:sz w:val="24"/>
        </w:rPr>
        <w:t>Akbid</w:t>
      </w:r>
      <w:r w:rsidRPr="00145753">
        <w:rPr>
          <w:rFonts w:ascii="Arial" w:hAnsi="Arial" w:cs="Arial"/>
          <w:spacing w:val="-6"/>
          <w:sz w:val="24"/>
        </w:rPr>
        <w:t xml:space="preserve"> </w:t>
      </w:r>
      <w:r w:rsidRPr="00145753">
        <w:rPr>
          <w:rFonts w:ascii="Arial" w:hAnsi="Arial" w:cs="Arial"/>
          <w:sz w:val="24"/>
        </w:rPr>
        <w:t>Betang</w:t>
      </w:r>
      <w:r w:rsidRPr="00145753">
        <w:rPr>
          <w:rFonts w:ascii="Arial" w:hAnsi="Arial" w:cs="Arial"/>
          <w:spacing w:val="-6"/>
          <w:sz w:val="24"/>
        </w:rPr>
        <w:t xml:space="preserve"> </w:t>
      </w:r>
      <w:r w:rsidR="00A77EB0" w:rsidRPr="00145753">
        <w:rPr>
          <w:rFonts w:ascii="Arial" w:hAnsi="Arial" w:cs="Arial"/>
          <w:sz w:val="24"/>
        </w:rPr>
        <w:t>A</w:t>
      </w:r>
      <w:r w:rsidRPr="00145753">
        <w:rPr>
          <w:rFonts w:ascii="Arial" w:hAnsi="Arial" w:cs="Arial"/>
          <w:sz w:val="24"/>
        </w:rPr>
        <w:t>si</w:t>
      </w:r>
      <w:r w:rsidRPr="00145753">
        <w:rPr>
          <w:rFonts w:ascii="Arial" w:hAnsi="Arial" w:cs="Arial"/>
          <w:spacing w:val="-6"/>
          <w:sz w:val="24"/>
        </w:rPr>
        <w:t xml:space="preserve"> </w:t>
      </w:r>
      <w:r w:rsidRPr="00145753">
        <w:rPr>
          <w:rFonts w:ascii="Arial" w:hAnsi="Arial" w:cs="Arial"/>
          <w:sz w:val="24"/>
        </w:rPr>
        <w:t>Raya</w:t>
      </w:r>
    </w:p>
    <w:p w14:paraId="4673E5D6" w14:textId="6D70EFB6" w:rsidR="00547B98" w:rsidRDefault="0027081F" w:rsidP="005F376F">
      <w:pPr>
        <w:spacing w:line="360" w:lineRule="auto"/>
        <w:rPr>
          <w:rFonts w:ascii="Arial" w:hAnsi="Arial" w:cs="Arial"/>
          <w:sz w:val="24"/>
        </w:rPr>
      </w:pPr>
      <w:r w:rsidRPr="00145753">
        <w:rPr>
          <w:rFonts w:ascii="Arial" w:hAnsi="Arial" w:cs="Arial"/>
          <w:sz w:val="24"/>
        </w:rPr>
        <w:t>Lampiran 3. Surat ijin penelitian di Puskesmas Kayon</w:t>
      </w:r>
    </w:p>
    <w:p w14:paraId="58C38C0E" w14:textId="6516E990" w:rsidR="006F1B05" w:rsidRDefault="003416BA" w:rsidP="005F376F">
      <w:pPr>
        <w:spacing w:line="360" w:lineRule="auto"/>
        <w:rPr>
          <w:rFonts w:ascii="Arial" w:hAnsi="Arial" w:cs="Arial"/>
          <w:sz w:val="24"/>
          <w:lang w:val="en-US"/>
        </w:rPr>
      </w:pPr>
      <w:r>
        <w:rPr>
          <w:rFonts w:ascii="Arial" w:hAnsi="Arial" w:cs="Arial"/>
          <w:sz w:val="24"/>
          <w:lang w:val="en-US"/>
        </w:rPr>
        <w:t xml:space="preserve">Lampiran 4. </w:t>
      </w:r>
      <w:r w:rsidR="006F1B05">
        <w:rPr>
          <w:rFonts w:ascii="Arial" w:hAnsi="Arial" w:cs="Arial"/>
          <w:sz w:val="24"/>
          <w:lang w:val="en-US"/>
        </w:rPr>
        <w:t>Master Tabel</w:t>
      </w:r>
    </w:p>
    <w:p w14:paraId="614B357A" w14:textId="67685190" w:rsidR="003416BA" w:rsidRDefault="003416BA" w:rsidP="005F376F">
      <w:pPr>
        <w:spacing w:line="360" w:lineRule="auto"/>
        <w:rPr>
          <w:rFonts w:ascii="Arial" w:hAnsi="Arial" w:cs="Arial"/>
          <w:sz w:val="24"/>
          <w:lang w:val="en-US"/>
        </w:rPr>
      </w:pPr>
      <w:r>
        <w:rPr>
          <w:rFonts w:ascii="Arial" w:hAnsi="Arial" w:cs="Arial"/>
          <w:sz w:val="24"/>
          <w:lang w:val="en-US"/>
        </w:rPr>
        <w:t xml:space="preserve">Lampiran 5. </w:t>
      </w:r>
      <w:r w:rsidR="006F1B05">
        <w:rPr>
          <w:rFonts w:ascii="Arial" w:hAnsi="Arial" w:cs="Arial"/>
          <w:sz w:val="24"/>
          <w:lang w:val="en-US"/>
        </w:rPr>
        <w:t>Dokumentasi</w:t>
      </w:r>
    </w:p>
    <w:p w14:paraId="280DF66D" w14:textId="7F494DE2" w:rsidR="00C0445C" w:rsidRPr="003416BA" w:rsidRDefault="00C0445C" w:rsidP="005F376F">
      <w:pPr>
        <w:spacing w:line="360" w:lineRule="auto"/>
        <w:rPr>
          <w:rFonts w:ascii="Arial" w:hAnsi="Arial" w:cs="Arial"/>
          <w:sz w:val="24"/>
          <w:lang w:val="en-US"/>
        </w:rPr>
      </w:pPr>
      <w:r>
        <w:rPr>
          <w:rFonts w:ascii="Arial" w:hAnsi="Arial" w:cs="Arial"/>
          <w:sz w:val="24"/>
          <w:lang w:val="en-US"/>
        </w:rPr>
        <w:t>Lampiran 6. Lembar konsultasi</w:t>
      </w:r>
    </w:p>
    <w:p w14:paraId="6745171C" w14:textId="053BB422" w:rsidR="00547B98" w:rsidRPr="00145753" w:rsidRDefault="00547B98" w:rsidP="005F376F">
      <w:pPr>
        <w:spacing w:line="360" w:lineRule="auto"/>
        <w:rPr>
          <w:rFonts w:ascii="Arial" w:hAnsi="Arial" w:cs="Arial"/>
        </w:rPr>
      </w:pPr>
    </w:p>
    <w:p w14:paraId="60947B3D" w14:textId="20C10891" w:rsidR="00547B98" w:rsidRPr="00145753" w:rsidRDefault="00547B98" w:rsidP="005F376F">
      <w:pPr>
        <w:spacing w:line="360" w:lineRule="auto"/>
        <w:rPr>
          <w:rFonts w:ascii="Arial" w:hAnsi="Arial" w:cs="Arial"/>
        </w:rPr>
      </w:pPr>
    </w:p>
    <w:p w14:paraId="3B48CCD8" w14:textId="77777777" w:rsidR="00547B98" w:rsidRPr="00145753" w:rsidRDefault="00547B98" w:rsidP="005F376F">
      <w:pPr>
        <w:rPr>
          <w:rFonts w:ascii="Arial" w:hAnsi="Arial" w:cs="Arial"/>
        </w:rPr>
      </w:pPr>
    </w:p>
    <w:p w14:paraId="72E753B5" w14:textId="77777777" w:rsidR="00547B98" w:rsidRPr="00145753" w:rsidRDefault="00547B98" w:rsidP="005F376F">
      <w:pPr>
        <w:rPr>
          <w:rFonts w:ascii="Arial" w:hAnsi="Arial" w:cs="Arial"/>
        </w:rPr>
      </w:pPr>
    </w:p>
    <w:p w14:paraId="2F832D68" w14:textId="77777777" w:rsidR="00547B98" w:rsidRPr="00145753" w:rsidRDefault="00547B98" w:rsidP="005F376F">
      <w:pPr>
        <w:rPr>
          <w:rFonts w:ascii="Arial" w:hAnsi="Arial" w:cs="Arial"/>
        </w:rPr>
      </w:pPr>
    </w:p>
    <w:p w14:paraId="5671C2ED" w14:textId="77777777" w:rsidR="00547B98" w:rsidRPr="00145753" w:rsidRDefault="00547B98" w:rsidP="005F376F">
      <w:pPr>
        <w:rPr>
          <w:rFonts w:ascii="Arial" w:hAnsi="Arial" w:cs="Arial"/>
        </w:rPr>
      </w:pPr>
    </w:p>
    <w:p w14:paraId="654FD743" w14:textId="77777777" w:rsidR="00547B98" w:rsidRPr="00145753" w:rsidRDefault="00547B98" w:rsidP="005F376F">
      <w:pPr>
        <w:rPr>
          <w:rFonts w:ascii="Arial" w:hAnsi="Arial" w:cs="Arial"/>
        </w:rPr>
      </w:pPr>
    </w:p>
    <w:p w14:paraId="43020506" w14:textId="77777777" w:rsidR="00547B98" w:rsidRPr="00145753" w:rsidRDefault="00547B98" w:rsidP="005F376F">
      <w:pPr>
        <w:rPr>
          <w:rFonts w:ascii="Arial" w:hAnsi="Arial" w:cs="Arial"/>
        </w:rPr>
      </w:pPr>
    </w:p>
    <w:p w14:paraId="3F878F4C" w14:textId="77777777" w:rsidR="00547B98" w:rsidRPr="00145753" w:rsidRDefault="00547B98" w:rsidP="005F376F">
      <w:pPr>
        <w:rPr>
          <w:rFonts w:ascii="Arial" w:hAnsi="Arial" w:cs="Arial"/>
        </w:rPr>
      </w:pPr>
    </w:p>
    <w:p w14:paraId="4E912176" w14:textId="77777777" w:rsidR="00547B98" w:rsidRPr="00145753" w:rsidRDefault="00547B98" w:rsidP="005F376F">
      <w:pPr>
        <w:rPr>
          <w:rFonts w:ascii="Arial" w:hAnsi="Arial" w:cs="Arial"/>
        </w:rPr>
      </w:pPr>
    </w:p>
    <w:p w14:paraId="30BD9751" w14:textId="77777777" w:rsidR="00547B98" w:rsidRPr="00145753" w:rsidRDefault="00547B98" w:rsidP="005F376F">
      <w:pPr>
        <w:rPr>
          <w:rFonts w:ascii="Arial" w:hAnsi="Arial" w:cs="Arial"/>
        </w:rPr>
      </w:pPr>
    </w:p>
    <w:p w14:paraId="7462C408" w14:textId="77777777" w:rsidR="00547B98" w:rsidRPr="00145753" w:rsidRDefault="00547B98" w:rsidP="005F376F">
      <w:pPr>
        <w:rPr>
          <w:rFonts w:ascii="Arial" w:hAnsi="Arial" w:cs="Arial"/>
        </w:rPr>
      </w:pPr>
    </w:p>
    <w:p w14:paraId="0C075D4C" w14:textId="77777777" w:rsidR="00547B98" w:rsidRPr="00145753" w:rsidRDefault="00547B98" w:rsidP="005F376F">
      <w:pPr>
        <w:rPr>
          <w:rFonts w:ascii="Arial" w:hAnsi="Arial" w:cs="Arial"/>
        </w:rPr>
      </w:pPr>
    </w:p>
    <w:p w14:paraId="1192DFCA" w14:textId="77777777" w:rsidR="00547B98" w:rsidRPr="00145753" w:rsidRDefault="00547B98" w:rsidP="005F376F">
      <w:pPr>
        <w:rPr>
          <w:rFonts w:ascii="Arial" w:hAnsi="Arial" w:cs="Arial"/>
        </w:rPr>
      </w:pPr>
    </w:p>
    <w:p w14:paraId="4A9FFE2E" w14:textId="77777777" w:rsidR="00547B98" w:rsidRPr="00145753" w:rsidRDefault="00547B98" w:rsidP="005F376F">
      <w:pPr>
        <w:rPr>
          <w:rFonts w:ascii="Arial" w:hAnsi="Arial" w:cs="Arial"/>
        </w:rPr>
      </w:pPr>
    </w:p>
    <w:p w14:paraId="76E71495" w14:textId="77777777" w:rsidR="00547B98" w:rsidRPr="00145753" w:rsidRDefault="00547B98" w:rsidP="005F376F">
      <w:pPr>
        <w:rPr>
          <w:rFonts w:ascii="Arial" w:hAnsi="Arial" w:cs="Arial"/>
        </w:rPr>
      </w:pPr>
    </w:p>
    <w:p w14:paraId="1A0D8B39" w14:textId="77777777" w:rsidR="00547B98" w:rsidRPr="00145753" w:rsidRDefault="00547B98" w:rsidP="005F376F">
      <w:pPr>
        <w:rPr>
          <w:rFonts w:ascii="Arial" w:hAnsi="Arial" w:cs="Arial"/>
        </w:rPr>
      </w:pPr>
    </w:p>
    <w:p w14:paraId="14A2BD30" w14:textId="77777777" w:rsidR="00547B98" w:rsidRPr="00145753" w:rsidRDefault="00547B98" w:rsidP="005F376F">
      <w:pPr>
        <w:rPr>
          <w:rFonts w:ascii="Arial" w:hAnsi="Arial" w:cs="Arial"/>
        </w:rPr>
      </w:pPr>
    </w:p>
    <w:p w14:paraId="424085BF" w14:textId="77777777" w:rsidR="00547B98" w:rsidRPr="00145753" w:rsidRDefault="00547B98" w:rsidP="005F376F">
      <w:pPr>
        <w:rPr>
          <w:rFonts w:ascii="Arial" w:hAnsi="Arial" w:cs="Arial"/>
        </w:rPr>
      </w:pPr>
    </w:p>
    <w:p w14:paraId="4057C9C7" w14:textId="77777777" w:rsidR="00547B98" w:rsidRPr="00145753" w:rsidRDefault="00547B98" w:rsidP="005F376F">
      <w:pPr>
        <w:rPr>
          <w:rFonts w:ascii="Arial" w:hAnsi="Arial" w:cs="Arial"/>
        </w:rPr>
      </w:pPr>
    </w:p>
    <w:p w14:paraId="02E4A586" w14:textId="77777777" w:rsidR="00547B98" w:rsidRPr="00145753" w:rsidRDefault="00547B98" w:rsidP="005F376F">
      <w:pPr>
        <w:rPr>
          <w:rFonts w:ascii="Arial" w:hAnsi="Arial" w:cs="Arial"/>
        </w:rPr>
      </w:pPr>
    </w:p>
    <w:p w14:paraId="18AEAB12" w14:textId="77777777" w:rsidR="00547B98" w:rsidRPr="00145753" w:rsidRDefault="00547B98" w:rsidP="005F376F">
      <w:pPr>
        <w:rPr>
          <w:rFonts w:ascii="Arial" w:hAnsi="Arial" w:cs="Arial"/>
        </w:rPr>
      </w:pPr>
    </w:p>
    <w:p w14:paraId="7FE59D84" w14:textId="77777777" w:rsidR="00547B98" w:rsidRPr="00145753" w:rsidRDefault="00547B98" w:rsidP="005F376F">
      <w:pPr>
        <w:rPr>
          <w:rFonts w:ascii="Arial" w:hAnsi="Arial" w:cs="Arial"/>
        </w:rPr>
      </w:pPr>
    </w:p>
    <w:p w14:paraId="26D8C8D7" w14:textId="77777777" w:rsidR="00547B98" w:rsidRPr="00145753" w:rsidRDefault="00547B98" w:rsidP="005F376F">
      <w:pPr>
        <w:rPr>
          <w:rFonts w:ascii="Arial" w:hAnsi="Arial" w:cs="Arial"/>
        </w:rPr>
      </w:pPr>
    </w:p>
    <w:p w14:paraId="659DAB8E" w14:textId="77777777" w:rsidR="00547B98" w:rsidRPr="00145753" w:rsidRDefault="00547B98" w:rsidP="005F376F">
      <w:pPr>
        <w:rPr>
          <w:rFonts w:ascii="Arial" w:hAnsi="Arial" w:cs="Arial"/>
        </w:rPr>
      </w:pPr>
    </w:p>
    <w:p w14:paraId="6CCB636A" w14:textId="77777777" w:rsidR="00547B98" w:rsidRPr="00145753" w:rsidRDefault="00547B98" w:rsidP="005F376F">
      <w:pPr>
        <w:rPr>
          <w:rFonts w:ascii="Arial" w:hAnsi="Arial" w:cs="Arial"/>
        </w:rPr>
      </w:pPr>
    </w:p>
    <w:p w14:paraId="51B1CAE0" w14:textId="77777777" w:rsidR="00547B98" w:rsidRPr="00145753" w:rsidRDefault="00547B98" w:rsidP="005F376F">
      <w:pPr>
        <w:rPr>
          <w:rFonts w:ascii="Arial" w:hAnsi="Arial" w:cs="Arial"/>
        </w:rPr>
      </w:pPr>
    </w:p>
    <w:p w14:paraId="2CC0C679" w14:textId="77777777" w:rsidR="00547B98" w:rsidRPr="00145753" w:rsidRDefault="00547B98" w:rsidP="005F376F">
      <w:pPr>
        <w:rPr>
          <w:rFonts w:ascii="Arial" w:hAnsi="Arial" w:cs="Arial"/>
        </w:rPr>
      </w:pPr>
    </w:p>
    <w:p w14:paraId="7A8AD44A" w14:textId="77777777" w:rsidR="00547B98" w:rsidRPr="00145753" w:rsidRDefault="00547B98" w:rsidP="005F376F">
      <w:pPr>
        <w:rPr>
          <w:rFonts w:ascii="Arial" w:hAnsi="Arial" w:cs="Arial"/>
        </w:rPr>
      </w:pPr>
    </w:p>
    <w:p w14:paraId="3AFF0DE6" w14:textId="77777777" w:rsidR="00547B98" w:rsidRPr="00145753" w:rsidRDefault="00547B98" w:rsidP="005F376F">
      <w:pPr>
        <w:rPr>
          <w:rFonts w:ascii="Arial" w:hAnsi="Arial" w:cs="Arial"/>
        </w:rPr>
      </w:pPr>
    </w:p>
    <w:p w14:paraId="65C50380" w14:textId="77777777" w:rsidR="00547B98" w:rsidRPr="00145753" w:rsidRDefault="00547B98" w:rsidP="005F376F">
      <w:pPr>
        <w:rPr>
          <w:rFonts w:ascii="Arial" w:hAnsi="Arial" w:cs="Arial"/>
        </w:rPr>
      </w:pPr>
    </w:p>
    <w:p w14:paraId="52242243" w14:textId="77777777" w:rsidR="00547B98" w:rsidRPr="00145753" w:rsidRDefault="00547B98" w:rsidP="005F376F">
      <w:pPr>
        <w:rPr>
          <w:rFonts w:ascii="Arial" w:hAnsi="Arial" w:cs="Arial"/>
        </w:rPr>
      </w:pPr>
    </w:p>
    <w:p w14:paraId="4F43393C" w14:textId="77777777" w:rsidR="00547B98" w:rsidRPr="00145753" w:rsidRDefault="00547B98" w:rsidP="005F376F">
      <w:pPr>
        <w:rPr>
          <w:rFonts w:ascii="Arial" w:hAnsi="Arial" w:cs="Arial"/>
        </w:rPr>
      </w:pPr>
    </w:p>
    <w:p w14:paraId="60F784EB" w14:textId="77777777" w:rsidR="00547B98" w:rsidRPr="00145753" w:rsidRDefault="00547B98" w:rsidP="005F376F">
      <w:pPr>
        <w:rPr>
          <w:rFonts w:ascii="Arial" w:hAnsi="Arial" w:cs="Arial"/>
        </w:rPr>
      </w:pPr>
    </w:p>
    <w:p w14:paraId="12B30836" w14:textId="77777777" w:rsidR="00547B98" w:rsidRPr="00145753" w:rsidRDefault="00547B98" w:rsidP="005F376F">
      <w:pPr>
        <w:rPr>
          <w:rFonts w:ascii="Arial" w:hAnsi="Arial" w:cs="Arial"/>
        </w:rPr>
      </w:pPr>
    </w:p>
    <w:p w14:paraId="4C0508A0" w14:textId="54F05C54" w:rsidR="00B326C2" w:rsidRPr="005524F5" w:rsidRDefault="00B326C2" w:rsidP="005524F5">
      <w:pPr>
        <w:tabs>
          <w:tab w:val="left" w:pos="5197"/>
        </w:tabs>
        <w:spacing w:before="122"/>
        <w:rPr>
          <w:rFonts w:ascii="Arial" w:hAnsi="Arial" w:cs="Arial"/>
        </w:rPr>
      </w:pPr>
    </w:p>
    <w:p w14:paraId="0E3E20DA" w14:textId="3C1ABF77" w:rsidR="00547B98" w:rsidRPr="00145753" w:rsidRDefault="00547B98" w:rsidP="005F376F">
      <w:pPr>
        <w:jc w:val="center"/>
        <w:rPr>
          <w:rFonts w:ascii="Arial" w:hAnsi="Arial" w:cs="Arial"/>
        </w:rPr>
        <w:sectPr w:rsidR="00547B98" w:rsidRPr="00145753" w:rsidSect="001E691C">
          <w:headerReference w:type="default" r:id="rId17"/>
          <w:footerReference w:type="default" r:id="rId18"/>
          <w:pgSz w:w="11910" w:h="16840"/>
          <w:pgMar w:top="1701" w:right="1701" w:bottom="1701" w:left="2268" w:header="2274" w:footer="863" w:gutter="0"/>
          <w:cols w:space="720"/>
        </w:sectPr>
      </w:pPr>
    </w:p>
    <w:p w14:paraId="0BAF259F" w14:textId="77777777" w:rsidR="001E691C" w:rsidRPr="00145753" w:rsidRDefault="001E691C" w:rsidP="005F376F">
      <w:pPr>
        <w:pStyle w:val="Heading1"/>
        <w:spacing w:before="136"/>
        <w:ind w:left="523"/>
        <w:jc w:val="center"/>
        <w:rPr>
          <w:spacing w:val="-2"/>
        </w:rPr>
      </w:pPr>
      <w:r w:rsidRPr="00145753">
        <w:rPr>
          <w:spacing w:val="-2"/>
        </w:rPr>
        <w:lastRenderedPageBreak/>
        <w:t>BAB I</w:t>
      </w:r>
    </w:p>
    <w:p w14:paraId="007EF53C" w14:textId="6ACB1345" w:rsidR="00547B98" w:rsidRPr="00145753" w:rsidRDefault="0027081F" w:rsidP="005F376F">
      <w:pPr>
        <w:pStyle w:val="Heading1"/>
        <w:spacing w:before="136"/>
        <w:ind w:left="523"/>
        <w:jc w:val="center"/>
        <w:rPr>
          <w:spacing w:val="-2"/>
        </w:rPr>
      </w:pPr>
      <w:r w:rsidRPr="00145753">
        <w:rPr>
          <w:spacing w:val="-2"/>
        </w:rPr>
        <w:t>PENDAHULUAN</w:t>
      </w:r>
    </w:p>
    <w:p w14:paraId="690EC7FF" w14:textId="77777777" w:rsidR="00CD4BD7" w:rsidRPr="00145753" w:rsidRDefault="00CD4BD7" w:rsidP="005F376F">
      <w:pPr>
        <w:pStyle w:val="Heading1"/>
        <w:spacing w:before="136"/>
        <w:ind w:left="523"/>
        <w:jc w:val="center"/>
      </w:pPr>
    </w:p>
    <w:p w14:paraId="2192B9F4" w14:textId="683C902D" w:rsidR="00547B98" w:rsidRPr="00145753" w:rsidRDefault="001E562F" w:rsidP="00DA2739">
      <w:pPr>
        <w:pStyle w:val="Heading2"/>
        <w:numPr>
          <w:ilvl w:val="0"/>
          <w:numId w:val="20"/>
        </w:numPr>
        <w:tabs>
          <w:tab w:val="left" w:pos="1701"/>
        </w:tabs>
        <w:spacing w:before="140"/>
        <w:ind w:left="284" w:hanging="284"/>
        <w:jc w:val="left"/>
      </w:pPr>
      <w:bookmarkStart w:id="7" w:name="_bookmark7"/>
      <w:bookmarkEnd w:id="7"/>
      <w:r w:rsidRPr="00145753">
        <w:t>Latar</w:t>
      </w:r>
      <w:r w:rsidRPr="00145753">
        <w:rPr>
          <w:spacing w:val="-5"/>
        </w:rPr>
        <w:t xml:space="preserve"> </w:t>
      </w:r>
      <w:r w:rsidRPr="00145753">
        <w:rPr>
          <w:spacing w:val="-2"/>
        </w:rPr>
        <w:t>Belakang</w:t>
      </w:r>
    </w:p>
    <w:p w14:paraId="14F49BDA" w14:textId="77777777" w:rsidR="00547B98" w:rsidRPr="00145753" w:rsidRDefault="0027081F" w:rsidP="00DA2739">
      <w:pPr>
        <w:spacing w:before="139" w:line="360" w:lineRule="auto"/>
        <w:ind w:left="284" w:firstLine="567"/>
        <w:jc w:val="both"/>
        <w:rPr>
          <w:rFonts w:ascii="Arial" w:hAnsi="Arial" w:cs="Arial"/>
        </w:rPr>
      </w:pPr>
      <w:r w:rsidRPr="00145753">
        <w:rPr>
          <w:rFonts w:ascii="Arial" w:hAnsi="Arial" w:cs="Arial"/>
        </w:rPr>
        <w:t>Organisasi Kesehatan Dunia (WHO) dan Dana Anak-Anak Perserikatan Bangsa-Bangsa (UNICEF) merekomendasikan agar bayi diberikan</w:t>
      </w:r>
      <w:r w:rsidRPr="00145753">
        <w:rPr>
          <w:rFonts w:ascii="Arial" w:hAnsi="Arial" w:cs="Arial"/>
          <w:spacing w:val="-7"/>
        </w:rPr>
        <w:t xml:space="preserve"> </w:t>
      </w:r>
      <w:r w:rsidRPr="00145753">
        <w:rPr>
          <w:rFonts w:ascii="Arial" w:hAnsi="Arial" w:cs="Arial"/>
        </w:rPr>
        <w:t>ASI eksklusif selama enam bulan pertama kehidupannya, tanpa tambahan makanan atau minuman lain, kecuali obat-obatan dan vitamin bila diperlukan. (Eksadela et al., 2021).</w:t>
      </w:r>
    </w:p>
    <w:p w14:paraId="070BA522" w14:textId="77777777" w:rsidR="00547B98" w:rsidRPr="00145753" w:rsidRDefault="0027081F" w:rsidP="00DA2739">
      <w:pPr>
        <w:spacing w:before="3" w:line="360" w:lineRule="auto"/>
        <w:ind w:left="284" w:firstLine="567"/>
        <w:jc w:val="both"/>
        <w:rPr>
          <w:rFonts w:ascii="Arial" w:hAnsi="Arial" w:cs="Arial"/>
        </w:rPr>
      </w:pPr>
      <w:r w:rsidRPr="00145753">
        <w:rPr>
          <w:rFonts w:ascii="Arial" w:hAnsi="Arial" w:cs="Arial"/>
        </w:rPr>
        <w:t>ASI memberikan berbagai manfaat penting bagi bayi, antara lain mendukung pertumbuhan optimal yang dapat mencegah stunting, menunjang perkembangan kecerdasan, serta mengandung nutrisi yang sepenuhnya sesuai dengan kebutuhan bayi. Karena bersifat alami dan bukan buatan sintetis,</w:t>
      </w:r>
      <w:r w:rsidRPr="00145753">
        <w:rPr>
          <w:rFonts w:ascii="Arial" w:hAnsi="Arial" w:cs="Arial"/>
          <w:spacing w:val="40"/>
        </w:rPr>
        <w:t xml:space="preserve"> </w:t>
      </w:r>
      <w:r w:rsidRPr="00145753">
        <w:rPr>
          <w:rFonts w:ascii="Arial" w:hAnsi="Arial" w:cs="Arial"/>
        </w:rPr>
        <w:t>ASI aman dikonsumsi dan memberikan manfaat secara maksimal. (Eksadela et al., 2021)</w:t>
      </w:r>
    </w:p>
    <w:p w14:paraId="3A8EC196" w14:textId="450B11D6" w:rsidR="00FE71CC" w:rsidRPr="00145753" w:rsidRDefault="00FE71CC" w:rsidP="00DA2739">
      <w:pPr>
        <w:spacing w:before="3" w:line="360" w:lineRule="auto"/>
        <w:ind w:left="284" w:firstLine="567"/>
        <w:jc w:val="both"/>
        <w:rPr>
          <w:rFonts w:ascii="Arial" w:hAnsi="Arial" w:cs="Arial"/>
        </w:rPr>
      </w:pPr>
      <w:r w:rsidRPr="00145753">
        <w:rPr>
          <w:rFonts w:ascii="Arial" w:hAnsi="Arial" w:cs="Arial"/>
        </w:rPr>
        <w:t>Meskipun ASI eksklusif sangat dianjurkan untuk mendukung tumbuh kembang optimal bayi, angka pemberian ASI eksklusif di Indonesia masih belum mencapai target nasional. Salah satu faktor yang memengaruhi keberhasilan pemberian ASI eksklusif adalah dukungan keluarga, terutama suami dan anggota keluarga dekat. Namun, masih banyak ibu yang mengalami kendala dalam mendapatkan dukungan tersebut, sehingga berdampak pada rendahnya cakupan ASI eksklusif. Oleh karena itu, penting untuk menggambarkan bagaimana dukungan keluarga berperan dalam praktik pemberian ASI eksklusif agar dapat menjadi dasar intervensi yang tepat.</w:t>
      </w:r>
      <w:r w:rsidR="004811C1" w:rsidRPr="00145753">
        <w:rPr>
          <w:rFonts w:ascii="Arial" w:hAnsi="Arial" w:cs="Arial"/>
        </w:rPr>
        <w:fldChar w:fldCharType="begin" w:fldLock="1"/>
      </w:r>
      <w:r w:rsidR="005A2C1E" w:rsidRPr="00145753">
        <w:rPr>
          <w:rFonts w:ascii="Arial" w:hAnsi="Arial" w:cs="Arial"/>
        </w:rPr>
        <w:instrText>ADDIN CSL_CITATION {"citationItems":[{"id":"ITEM-1","itemData":{"author":[{"dropping-particle":"","family":"Rahayu","given":"S.","non-dropping-particle":"","parse-names":false,"suffix":""}],"id":"ITEM-1","issued":{"date-parts":[["2021"]]},"publisher":"Universitas Brawijaya","title":"Hubungan Dukungan Keluarga dengan Pemberian ASI Eksklusif","type":"thesis"},"uris":["http://www.mendeley.com/documents/?uuid=5fe09d4e-9e07-4240-8b32-444bdea5524b"]}],"mendeley":{"formattedCitation":"(Rahayu, 2021)","plainTextFormattedCitation":"(Rahayu, 2021)","previouslyFormattedCitation":"(Rahayu, 2021)"},"properties":{"noteIndex":0},"schema":"https://github.com/citation-style-language/schema/raw/master/csl-citation.json"}</w:instrText>
      </w:r>
      <w:r w:rsidR="004811C1" w:rsidRPr="00145753">
        <w:rPr>
          <w:rFonts w:ascii="Arial" w:hAnsi="Arial" w:cs="Arial"/>
        </w:rPr>
        <w:fldChar w:fldCharType="separate"/>
      </w:r>
      <w:r w:rsidR="004811C1" w:rsidRPr="00145753">
        <w:rPr>
          <w:rFonts w:ascii="Arial" w:hAnsi="Arial" w:cs="Arial"/>
          <w:noProof/>
        </w:rPr>
        <w:t>(Rahayu, 2021)</w:t>
      </w:r>
      <w:r w:rsidR="004811C1" w:rsidRPr="00145753">
        <w:rPr>
          <w:rFonts w:ascii="Arial" w:hAnsi="Arial" w:cs="Arial"/>
        </w:rPr>
        <w:fldChar w:fldCharType="end"/>
      </w:r>
    </w:p>
    <w:p w14:paraId="64CABFE6" w14:textId="77777777" w:rsidR="00547B98" w:rsidRPr="00145753" w:rsidRDefault="0027081F" w:rsidP="00DA2739">
      <w:pPr>
        <w:spacing w:line="360" w:lineRule="auto"/>
        <w:ind w:left="284" w:firstLine="567"/>
        <w:jc w:val="both"/>
        <w:rPr>
          <w:rFonts w:ascii="Arial" w:hAnsi="Arial" w:cs="Arial"/>
        </w:rPr>
      </w:pPr>
      <w:r w:rsidRPr="00145753">
        <w:rPr>
          <w:rFonts w:ascii="Arial" w:hAnsi="Arial" w:cs="Arial"/>
        </w:rPr>
        <w:t xml:space="preserve">Menurut </w:t>
      </w:r>
      <w:r w:rsidRPr="00145753">
        <w:rPr>
          <w:rFonts w:ascii="Arial" w:hAnsi="Arial" w:cs="Arial"/>
          <w:i/>
        </w:rPr>
        <w:t xml:space="preserve">Global Nutrition Report </w:t>
      </w:r>
      <w:r w:rsidRPr="00145753">
        <w:rPr>
          <w:rFonts w:ascii="Arial" w:hAnsi="Arial" w:cs="Arial"/>
        </w:rPr>
        <w:t>tahun (2020), sebanyak 42,2% bayi di seluruh dunia yang berusia di bawah enam bulan menerima ASI eksklusif. Di tingkat nasional, pada tahun 2019, persentase bayi yang mendapatkan</w:t>
      </w:r>
      <w:r w:rsidRPr="00145753">
        <w:rPr>
          <w:rFonts w:ascii="Arial" w:hAnsi="Arial" w:cs="Arial"/>
          <w:spacing w:val="-7"/>
        </w:rPr>
        <w:t xml:space="preserve"> </w:t>
      </w:r>
      <w:r w:rsidRPr="00145753">
        <w:rPr>
          <w:rFonts w:ascii="Arial" w:hAnsi="Arial" w:cs="Arial"/>
        </w:rPr>
        <w:t>ASI eksklusif mencapai 67,74%.</w:t>
      </w:r>
      <w:r w:rsidRPr="00145753">
        <w:rPr>
          <w:rFonts w:ascii="Arial" w:hAnsi="Arial" w:cs="Arial"/>
          <w:spacing w:val="-9"/>
        </w:rPr>
        <w:t xml:space="preserve"> </w:t>
      </w:r>
      <w:r w:rsidRPr="00145753">
        <w:rPr>
          <w:rFonts w:ascii="Arial" w:hAnsi="Arial" w:cs="Arial"/>
        </w:rPr>
        <w:t>Angka ini telah melampaui target tahun 2020 untuk indikator bayi usia di bawah enam bulan yang diberi</w:t>
      </w:r>
      <w:r w:rsidRPr="00145753">
        <w:rPr>
          <w:rFonts w:ascii="Arial" w:hAnsi="Arial" w:cs="Arial"/>
          <w:spacing w:val="40"/>
        </w:rPr>
        <w:t xml:space="preserve"> </w:t>
      </w:r>
      <w:r w:rsidRPr="00145753">
        <w:rPr>
          <w:rFonts w:ascii="Arial" w:hAnsi="Arial" w:cs="Arial"/>
        </w:rPr>
        <w:t>ASI eksklusif, yaitu sebesar 40%. (UNICEF dan WHO, 2020).</w:t>
      </w:r>
    </w:p>
    <w:p w14:paraId="52800D8F" w14:textId="77777777" w:rsidR="001E691C" w:rsidRPr="00145753" w:rsidRDefault="0027081F" w:rsidP="00DA2739">
      <w:pPr>
        <w:spacing w:line="360" w:lineRule="auto"/>
        <w:ind w:left="284" w:firstLine="567"/>
        <w:jc w:val="both"/>
        <w:rPr>
          <w:rFonts w:ascii="Arial" w:hAnsi="Arial" w:cs="Arial"/>
        </w:rPr>
        <w:sectPr w:rsidR="001E691C" w:rsidRPr="00145753" w:rsidSect="002B02C0">
          <w:headerReference w:type="default" r:id="rId19"/>
          <w:footerReference w:type="default" r:id="rId20"/>
          <w:pgSz w:w="11910" w:h="16840"/>
          <w:pgMar w:top="1701" w:right="1701" w:bottom="1701" w:left="2268" w:header="754" w:footer="595" w:gutter="0"/>
          <w:pgNumType w:start="1"/>
          <w:cols w:space="720"/>
        </w:sectPr>
      </w:pPr>
      <w:r w:rsidRPr="00145753">
        <w:rPr>
          <w:rFonts w:ascii="Arial" w:hAnsi="Arial" w:cs="Arial"/>
        </w:rPr>
        <w:t>Berdasarkan data Survei Demografi dan Kesehatan Indonesia (SDKI) tahun 2023, cakupan pemberian ASI eksklusif secara nasional mencapai 57,6%.</w:t>
      </w:r>
      <w:r w:rsidR="00994F7F" w:rsidRPr="00145753">
        <w:rPr>
          <w:rFonts w:ascii="Arial" w:hAnsi="Arial" w:cs="Arial"/>
        </w:rPr>
        <w:t xml:space="preserve"> Angka ini menunjukkan bahwa sedikit lebih dari setengah bayi menerima ASI eksklusif sesuai rekomendasi. Namun, capaian tersebut masih </w:t>
      </w:r>
    </w:p>
    <w:p w14:paraId="5130BD62" w14:textId="6C3E8552" w:rsidR="00547B98" w:rsidRPr="00145753" w:rsidRDefault="00994F7F" w:rsidP="001E691C">
      <w:pPr>
        <w:spacing w:line="360" w:lineRule="auto"/>
        <w:ind w:left="284"/>
        <w:jc w:val="both"/>
        <w:rPr>
          <w:rFonts w:ascii="Arial" w:hAnsi="Arial" w:cs="Arial"/>
        </w:rPr>
      </w:pPr>
      <w:r w:rsidRPr="00145753">
        <w:rPr>
          <w:rFonts w:ascii="Arial" w:hAnsi="Arial" w:cs="Arial"/>
        </w:rPr>
        <w:lastRenderedPageBreak/>
        <w:t xml:space="preserve">berada di bawah target nasional yang telah ditetapkan, yaitu sebesar </w:t>
      </w:r>
      <w:r w:rsidR="008B7B3C" w:rsidRPr="00145753">
        <w:rPr>
          <w:rFonts w:ascii="Arial" w:hAnsi="Arial" w:cs="Arial"/>
        </w:rPr>
        <w:t>80</w:t>
      </w:r>
      <w:r w:rsidRPr="00145753">
        <w:rPr>
          <w:rFonts w:ascii="Arial" w:hAnsi="Arial" w:cs="Arial"/>
        </w:rPr>
        <w:t>%. Target ini merupakan bagian dari upaya pemerintah untuk meningkatkan kesehatan dan gizi anak melalui pemberian ASI eksklusif yang optimal. Oleh karena itu, meskipun terdapat kemajuan, diperlukan upaya lebih intensif untuk mencapai target nasional tersebut dalam beberapa tahun ke depan</w:t>
      </w:r>
      <w:r w:rsidR="00FE71CC" w:rsidRPr="00145753">
        <w:rPr>
          <w:rFonts w:ascii="Arial" w:hAnsi="Arial" w:cs="Arial"/>
        </w:rPr>
        <w:fldChar w:fldCharType="begin" w:fldLock="1"/>
      </w:r>
      <w:r w:rsidR="002E1E20" w:rsidRPr="00145753">
        <w:rPr>
          <w:rFonts w:ascii="Arial" w:hAnsi="Arial" w:cs="Arial"/>
        </w:rPr>
        <w:instrText>ADDIN CSL_CITATION {"citationItems":[{"id":"ITEM-1","itemData":{"ISBN":"9786022351061","abstract":"23. Kemenkes RI, 2015. Profil Kesehatan Indonesia. Kementerian Kesehatan Republik Indonesia, Jakarta","author":[{"dropping-particle":"","family":"Kementerian Kesehatan RI","given":"","non-dropping-particle":"","parse-names":false,"suffix":""}],"container-title":"Kementerian Kesehatan RI","id":"ITEM-1","issued":{"date-parts":[["2024"]]},"number-of-pages":"Kementrian Kesehatan Republik Indonesia","title":"Profil Kesehatan Indonesia 2023","type":"book"},"uris":["http://www.mendeley.com/documents/?uuid=0ddc3784-afcb-4811-b53c-7501f31c21e5"]}],"mendeley":{"formattedCitation":"(Kementerian Kesehatan RI, 2024b)","manualFormatting":"(Kementerian Kesehatan RI, 2023)","plainTextFormattedCitation":"(Kementerian Kesehatan RI, 2024b)","previouslyFormattedCitation":"(Kementerian Kesehatan RI, 2024)"},"properties":{"noteIndex":0},"schema":"https://github.com/citation-style-language/schema/raw/master/csl-citation.json"}</w:instrText>
      </w:r>
      <w:r w:rsidR="00FE71CC" w:rsidRPr="00145753">
        <w:rPr>
          <w:rFonts w:ascii="Arial" w:hAnsi="Arial" w:cs="Arial"/>
        </w:rPr>
        <w:fldChar w:fldCharType="separate"/>
      </w:r>
      <w:r w:rsidR="00FE71CC" w:rsidRPr="00145753">
        <w:rPr>
          <w:rFonts w:ascii="Arial" w:hAnsi="Arial" w:cs="Arial"/>
          <w:noProof/>
        </w:rPr>
        <w:t>(Kementerian Kesehatan RI, 2023)</w:t>
      </w:r>
      <w:r w:rsidR="00FE71CC" w:rsidRPr="00145753">
        <w:rPr>
          <w:rFonts w:ascii="Arial" w:hAnsi="Arial" w:cs="Arial"/>
        </w:rPr>
        <w:fldChar w:fldCharType="end"/>
      </w:r>
      <w:r w:rsidR="00FE71CC" w:rsidRPr="00145753">
        <w:rPr>
          <w:rFonts w:ascii="Arial" w:hAnsi="Arial" w:cs="Arial"/>
        </w:rPr>
        <w:t xml:space="preserve">. </w:t>
      </w:r>
      <w:r w:rsidR="005A2C1E" w:rsidRPr="00145753">
        <w:rPr>
          <w:rFonts w:ascii="Arial" w:hAnsi="Arial" w:cs="Arial"/>
        </w:rPr>
        <w:t xml:space="preserve">Laporan Profil Kesehatan Kota Palangka Raya Tahun 2020, angka cakupan ASI Eksklusif di tahun 2020 hanya mencapai (45,82%), masih jauh dari target yang seharusnya (80%) </w:t>
      </w:r>
      <w:r w:rsidR="005A2C1E" w:rsidRPr="00145753">
        <w:rPr>
          <w:rFonts w:ascii="Arial" w:hAnsi="Arial" w:cs="Arial"/>
        </w:rPr>
        <w:fldChar w:fldCharType="begin" w:fldLock="1"/>
      </w:r>
      <w:r w:rsidR="00F15586" w:rsidRPr="00145753">
        <w:rPr>
          <w:rFonts w:ascii="Arial" w:hAnsi="Arial" w:cs="Arial"/>
        </w:rPr>
        <w:instrText>ADDIN CSL_CITATION {"citationItems":[{"id":"ITEM-1","itemData":{"author":[{"dropping-particle":"","family":"Ningsih","given":"Fitrini","non-dropping-particle":"","parse-names":false,"suffix":""},{"dropping-particle":"","family":"Ovany","given":"Riska","non-dropping-particle":"","parse-names":false,"suffix":""}],"container-title":"Jurnal Surya Medika (JSM)","id":"ITEM-1","issue":"2","issued":{"date-parts":[["2023"]]},"page":"1-10","title":"Hubungan Pengetahuan Ibu Terhadap Pemberian ASI Eksklusif di Wilayah Kerja Puskesmas Menteng Kota Palangka Raya Correlation of Maternal Knowledge to Exclusive Breastfeeding in the Working Area of the Menteng Helath Center , Palangka Raya City","type":"article-journal","volume":"9"},"uris":["http://www.mendeley.com/documents/?uuid=4d3f0405-e271-4225-bbcd-c7e31e5d7ec6"]}],"mendeley":{"formattedCitation":"(Ningsih &amp; Ovany, 2023)","plainTextFormattedCitation":"(Ningsih &amp; Ovany, 2023)","previouslyFormattedCitation":"(Ningsih &amp; Ovany, 2023)"},"properties":{"noteIndex":0},"schema":"https://github.com/citation-style-language/schema/raw/master/csl-citation.json"}</w:instrText>
      </w:r>
      <w:r w:rsidR="005A2C1E" w:rsidRPr="00145753">
        <w:rPr>
          <w:rFonts w:ascii="Arial" w:hAnsi="Arial" w:cs="Arial"/>
        </w:rPr>
        <w:fldChar w:fldCharType="separate"/>
      </w:r>
      <w:r w:rsidR="005A2C1E" w:rsidRPr="00145753">
        <w:rPr>
          <w:rFonts w:ascii="Arial" w:hAnsi="Arial" w:cs="Arial"/>
          <w:noProof/>
        </w:rPr>
        <w:t>(Ningsih &amp; Ovany, 2023)</w:t>
      </w:r>
      <w:r w:rsidR="005A2C1E" w:rsidRPr="00145753">
        <w:rPr>
          <w:rFonts w:ascii="Arial" w:hAnsi="Arial" w:cs="Arial"/>
        </w:rPr>
        <w:fldChar w:fldCharType="end"/>
      </w:r>
      <w:r w:rsidR="005A2C1E" w:rsidRPr="00145753">
        <w:rPr>
          <w:rFonts w:ascii="Arial" w:hAnsi="Arial" w:cs="Arial"/>
        </w:rPr>
        <w:t xml:space="preserve">. </w:t>
      </w:r>
      <w:r w:rsidRPr="00145753">
        <w:rPr>
          <w:rFonts w:ascii="Arial" w:hAnsi="Arial" w:cs="Arial"/>
        </w:rPr>
        <w:t>Pada wilayah</w:t>
      </w:r>
      <w:r w:rsidRPr="00145753">
        <w:rPr>
          <w:rFonts w:ascii="Arial" w:hAnsi="Arial" w:cs="Arial"/>
          <w:spacing w:val="40"/>
        </w:rPr>
        <w:t xml:space="preserve"> </w:t>
      </w:r>
      <w:r w:rsidRPr="00145753">
        <w:rPr>
          <w:rFonts w:ascii="Arial" w:hAnsi="Arial" w:cs="Arial"/>
        </w:rPr>
        <w:t>kerja UPTD Puskesmas Kayon Palangkaraya, tingkat cakupan ASI eksklusif masih tergolong rendah.</w:t>
      </w:r>
      <w:r w:rsidR="00EF346C" w:rsidRPr="00145753">
        <w:rPr>
          <w:rFonts w:ascii="Arial" w:hAnsi="Arial" w:cs="Arial"/>
        </w:rPr>
        <w:t xml:space="preserve"> Data yang digunakan dalam penelitian ini berasal dari pencatatan dan survei yang dilakukan oleh UPTD Puskesmas Kayon Palangkaraya pada tahun 2023. Data tersebut mencakup jumlah bayi berusia 0-6 bulan di wilayah kerja Puskesmas serta status pemberian ASI eksklusif yang diterima oleh bayi-bayi tersebut. Berdasarkan hasil pencatatan tersebut, dari 711 bayi usia 0-6 bulan, hanya 50 bayi yang menerima ASI eksklusif, atau sekitar 6,13%  </w:t>
      </w:r>
      <w:r w:rsidRPr="00145753">
        <w:rPr>
          <w:rFonts w:ascii="Arial" w:hAnsi="Arial" w:cs="Arial"/>
        </w:rPr>
        <w:t>(Jemmy et al., 2023)</w:t>
      </w:r>
    </w:p>
    <w:p w14:paraId="7AB32EAD" w14:textId="6740A743" w:rsidR="005A2C1E" w:rsidRPr="00145753" w:rsidRDefault="005A2C1E" w:rsidP="00DA2739">
      <w:pPr>
        <w:spacing w:line="360" w:lineRule="auto"/>
        <w:ind w:left="284" w:firstLine="567"/>
        <w:jc w:val="both"/>
        <w:rPr>
          <w:rFonts w:ascii="Arial" w:hAnsi="Arial" w:cs="Arial"/>
          <w:lang w:val="en-ID"/>
        </w:rPr>
      </w:pPr>
      <w:r w:rsidRPr="00145753">
        <w:rPr>
          <w:rFonts w:ascii="Arial" w:hAnsi="Arial" w:cs="Arial"/>
          <w:lang w:val="en-ID"/>
        </w:rPr>
        <w:t>Rendahnya angka pemberian ASI eksklusif ini menjadi perhatian serius mengingat ASI eksklusif merupakan faktor utama dalam menunjang kesehatan, pertumbuhan, dan perkembangan optimal bayi. Selain itu, berbagai faktor yang memengaruhi keberhasilan pemberian ASI eksklusif, seperti dukungan keluarga, belum tergali secara mendalam di wilayah ini. Dukungan keluarga, terutama dari suami dan anggota keluarga dekat, merupakan salah satu faktor kunci yang dapat meningkatkan motivasi dan kemampuan ibu dalam memberikan ASI eksklusif. Oleh karena itu, penelitian ini bertujuan untuk menggambarkan gambaran dukungan keluarga terhadap pemberian ASI eksklusif di Puskesmas Kayon, sehingga dapat menjadi dasar bagi pengembangan intervensi yang tepat sasaran dan efektif.</w:t>
      </w:r>
      <w:r w:rsidR="002E1E20" w:rsidRPr="00145753">
        <w:rPr>
          <w:rFonts w:ascii="Arial" w:hAnsi="Arial" w:cs="Arial"/>
          <w:lang w:val="en-ID"/>
        </w:rPr>
        <w:fldChar w:fldCharType="begin" w:fldLock="1"/>
      </w:r>
      <w:r w:rsidR="002E1E20" w:rsidRPr="00145753">
        <w:rPr>
          <w:rFonts w:ascii="Arial" w:hAnsi="Arial" w:cs="Arial"/>
          <w:lang w:val="en-ID"/>
        </w:rPr>
        <w:instrText>ADDIN CSL_CITATION {"citationItems":[{"id":"ITEM-1","itemData":{"author":[{"dropping-particle":"","family":"Kementerian Kesehatan RI","given":"","non-dropping-particle":"","parse-names":false,"suffix":""}],"id":"ITEM-1","issued":{"date-parts":[["2024"]]},"title":"Faktor-Faktor yang Mempengaruhi Kegagalan Ibu Dalam Memberikan Asi Eksklusif","type":"article-journal"},"uris":["http://www.mendeley.com/documents/?uuid=9af370b9-0611-4cd8-89fb-a7194b5eda61"]}],"mendeley":{"formattedCitation":"(Kementerian Kesehatan RI, 2024a)","plainTextFormattedCitation":"(Kementerian Kesehatan RI, 2024a)"},"properties":{"noteIndex":0},"schema":"https://github.com/citation-style-language/schema/raw/master/csl-citation.json"}</w:instrText>
      </w:r>
      <w:r w:rsidR="002E1E20" w:rsidRPr="00145753">
        <w:rPr>
          <w:rFonts w:ascii="Arial" w:hAnsi="Arial" w:cs="Arial"/>
          <w:lang w:val="en-ID"/>
        </w:rPr>
        <w:fldChar w:fldCharType="separate"/>
      </w:r>
      <w:r w:rsidR="002E1E20" w:rsidRPr="00145753">
        <w:rPr>
          <w:rFonts w:ascii="Arial" w:hAnsi="Arial" w:cs="Arial"/>
          <w:noProof/>
          <w:lang w:val="en-ID"/>
        </w:rPr>
        <w:t>(Kementerian Kesehatan RI, 2024)</w:t>
      </w:r>
      <w:r w:rsidR="002E1E20" w:rsidRPr="00145753">
        <w:rPr>
          <w:rFonts w:ascii="Arial" w:hAnsi="Arial" w:cs="Arial"/>
          <w:lang w:val="en-ID"/>
        </w:rPr>
        <w:fldChar w:fldCharType="end"/>
      </w:r>
      <w:r w:rsidR="002E1E20" w:rsidRPr="00145753">
        <w:rPr>
          <w:rFonts w:ascii="Arial" w:hAnsi="Arial" w:cs="Arial"/>
          <w:lang w:val="en-ID"/>
        </w:rPr>
        <w:t xml:space="preserve"> </w:t>
      </w:r>
    </w:p>
    <w:p w14:paraId="1BCAF42B" w14:textId="7C991A68" w:rsidR="004811C1" w:rsidRPr="00145753" w:rsidRDefault="0027081F" w:rsidP="00DA2739">
      <w:pPr>
        <w:spacing w:line="360" w:lineRule="auto"/>
        <w:ind w:left="284" w:firstLine="567"/>
        <w:jc w:val="both"/>
        <w:rPr>
          <w:rFonts w:ascii="Arial" w:hAnsi="Arial" w:cs="Arial"/>
        </w:rPr>
      </w:pPr>
      <w:r w:rsidRPr="00145753">
        <w:rPr>
          <w:rFonts w:ascii="Arial" w:hAnsi="Arial" w:cs="Arial"/>
        </w:rPr>
        <w:t>Kesehatan dipengaruhi oleh tiga faktor utama, yaitu predisposisi, penguat, dan pendorong, di mana dukungan keluarga termasuk dalam kategori penguat. Berdasarkan kajian literatur, terdapat kecenderunga</w:t>
      </w:r>
      <w:r w:rsidR="00FE71CC" w:rsidRPr="00145753">
        <w:rPr>
          <w:rFonts w:ascii="Arial" w:hAnsi="Arial" w:cs="Arial"/>
        </w:rPr>
        <w:t>n bahwa dukungan keluarga berperan penting dalam pemberian ASI eksklusif. Dukungan keluarga merupakan proses yang berlangsung sepanjang kehidupan, dengan sifat dan jenis dukungan yang bervariasi pada setiap tahap siklus kehidupan. Dukungan ini dapat berupa</w:t>
      </w:r>
      <w:r w:rsidR="00FE71CC" w:rsidRPr="00145753">
        <w:rPr>
          <w:rFonts w:ascii="Arial" w:hAnsi="Arial" w:cs="Arial"/>
          <w:spacing w:val="80"/>
        </w:rPr>
        <w:t xml:space="preserve"> </w:t>
      </w:r>
      <w:r w:rsidR="00FE71CC" w:rsidRPr="00145753">
        <w:rPr>
          <w:rFonts w:ascii="Arial" w:hAnsi="Arial" w:cs="Arial"/>
        </w:rPr>
        <w:t xml:space="preserve">dukungan sosial internal, seperti </w:t>
      </w:r>
      <w:r w:rsidR="00FE71CC" w:rsidRPr="00145753">
        <w:rPr>
          <w:rFonts w:ascii="Arial" w:hAnsi="Arial" w:cs="Arial"/>
        </w:rPr>
        <w:lastRenderedPageBreak/>
        <w:t>dari suami dan saudara kandung, serta dukungan eksternal dari anggota keluarga bahwa dukungan keluarga dapat hadir dalam berbagai bentuk, termasuk dukungan informasional, penghargaan, instrumental, dan emosional. (Veysel Can et al, 2025). Lindawati et al., (2023) menyatakan bahwa dukungan keluarga dapat muncul dalam berbagai bentuk, termasuk dukungan informasional, penghargaan, instrumental, dan emosional.</w:t>
      </w:r>
    </w:p>
    <w:p w14:paraId="5405C666" w14:textId="7D6BC7D3" w:rsidR="004811C1" w:rsidRPr="00145753" w:rsidRDefault="004811C1" w:rsidP="00DA2739">
      <w:pPr>
        <w:spacing w:before="3" w:line="360" w:lineRule="auto"/>
        <w:ind w:left="284" w:firstLine="709"/>
        <w:jc w:val="both"/>
        <w:rPr>
          <w:rFonts w:ascii="Arial" w:hAnsi="Arial" w:cs="Arial"/>
        </w:rPr>
      </w:pPr>
      <w:r w:rsidRPr="00145753">
        <w:rPr>
          <w:rFonts w:ascii="Arial" w:hAnsi="Arial" w:cs="Arial"/>
        </w:rPr>
        <w:t>Penelitian yang dilakukan oleh Oktavianto et al. (2019) menunjukkan bahwa dukungan dari keluarga sangat berpengaruh terhadap perilaku ibu dalam memberikan ASI eksklusif kepada bayi. Dukungan keluarga merupakan faktor utama dalam pemberian ASI eksklusif, dengan hasil yang signifikan (p=0,001, OR=5,606, 95% CI=2,086-15,068). Rilyani dan Wahyu Karhiwikarta (2018) melaporkan bahwa dukungan keluarga berkontribusi 2,4 kali lipat terhadap keberhasilan ASI eksklusif. Selain itu, bahwa dukungan informasi dari keluarga berpengaruh terhadap keberhasilan pemberian ASI eksklusif.</w:t>
      </w:r>
    </w:p>
    <w:p w14:paraId="09FA52EA" w14:textId="1550B863" w:rsidR="00F226D4" w:rsidRPr="00145753" w:rsidRDefault="00F226D4" w:rsidP="00DA2739">
      <w:pPr>
        <w:spacing w:before="3" w:line="360" w:lineRule="auto"/>
        <w:ind w:left="284" w:firstLine="709"/>
        <w:jc w:val="both"/>
        <w:rPr>
          <w:rFonts w:ascii="Arial" w:hAnsi="Arial" w:cs="Arial"/>
        </w:rPr>
      </w:pPr>
      <w:r w:rsidRPr="00145753">
        <w:rPr>
          <w:rFonts w:ascii="Arial" w:hAnsi="Arial" w:cs="Arial"/>
        </w:rPr>
        <w:t>Berdasarkan hasil survei pendahuluan yang dilakukan pada 3 orang ibu menyusui di wilayah kerja Puskesmas Kayon, diperoleh gambaran bahwa pemberian ASI eksklusif belum sepenuhnya optimal. Dari 3 responden, hanya 2 orang ibu yang masih memberikan ASI eksklusif, sementara 1 orang sudah memberikan tambahan susu formula.</w:t>
      </w:r>
    </w:p>
    <w:p w14:paraId="585678B7" w14:textId="1C336B3E" w:rsidR="00F226D4" w:rsidRPr="00145753" w:rsidRDefault="00F226D4" w:rsidP="00DA2739">
      <w:pPr>
        <w:spacing w:before="3" w:line="360" w:lineRule="auto"/>
        <w:ind w:left="284" w:firstLine="709"/>
        <w:jc w:val="both"/>
        <w:rPr>
          <w:rFonts w:ascii="Arial" w:hAnsi="Arial" w:cs="Arial"/>
        </w:rPr>
      </w:pPr>
      <w:r w:rsidRPr="00145753">
        <w:rPr>
          <w:rFonts w:ascii="Arial" w:hAnsi="Arial" w:cs="Arial"/>
        </w:rPr>
        <w:t>Faktor yang paling berpengaruh terhadap keberhasilan ASI eksklusif adalah adanya dukungan keluarga, khususnya dari suami dan orang tua. Responden yang mendapat dukungan penuh dari suami dalam bentuk semangat, bantuan pekerjaan rumah tangga, serta larangan pemberian susu formula, mampu memberikan ASI eksklusif dengan baik. Sebaliknya, responden yang keluarganya justru mendorong pemberian susu formula merasa kesulitan mempertahankan ASI eksklusif.</w:t>
      </w:r>
    </w:p>
    <w:p w14:paraId="1B55EE8A" w14:textId="77777777" w:rsidR="005A2C1E" w:rsidRPr="00145753" w:rsidRDefault="005A2C1E" w:rsidP="00DA2739">
      <w:pPr>
        <w:spacing w:line="360" w:lineRule="auto"/>
        <w:ind w:left="284" w:firstLine="709"/>
        <w:jc w:val="both"/>
        <w:rPr>
          <w:rFonts w:ascii="Arial" w:hAnsi="Arial" w:cs="Arial"/>
        </w:rPr>
      </w:pPr>
      <w:r w:rsidRPr="00145753">
        <w:rPr>
          <w:rFonts w:ascii="Arial" w:hAnsi="Arial" w:cs="Arial"/>
        </w:rPr>
        <w:t>Berdasarkan latar belakang di atas maka penuls tertarik untuk memilih dengan judul “Gambaran Dukungan Keluarga Terhadap Pemberian Asi Eksklusif” Di Wilayah Kerja Puskesmas Kayon</w:t>
      </w:r>
    </w:p>
    <w:p w14:paraId="55A7F175" w14:textId="1C7656EF" w:rsidR="005A2C1E" w:rsidRPr="00145753" w:rsidRDefault="005A2C1E" w:rsidP="00DA2739">
      <w:pPr>
        <w:pStyle w:val="Heading2"/>
        <w:numPr>
          <w:ilvl w:val="0"/>
          <w:numId w:val="20"/>
        </w:numPr>
        <w:tabs>
          <w:tab w:val="left" w:pos="1701"/>
        </w:tabs>
        <w:spacing w:before="140"/>
        <w:ind w:left="284" w:hanging="284"/>
        <w:jc w:val="left"/>
      </w:pPr>
      <w:r w:rsidRPr="00145753">
        <w:t>Rumusan</w:t>
      </w:r>
      <w:r w:rsidRPr="00145753">
        <w:rPr>
          <w:spacing w:val="-1"/>
        </w:rPr>
        <w:t xml:space="preserve"> </w:t>
      </w:r>
      <w:r w:rsidRPr="00145753">
        <w:rPr>
          <w:spacing w:val="-2"/>
        </w:rPr>
        <w:t>masalah</w:t>
      </w:r>
    </w:p>
    <w:p w14:paraId="26E6EF32" w14:textId="28286757" w:rsidR="005A2C1E" w:rsidRPr="00145753" w:rsidRDefault="005A2C1E" w:rsidP="008A77BC">
      <w:pPr>
        <w:spacing w:before="126" w:line="360" w:lineRule="auto"/>
        <w:ind w:left="284" w:firstLine="709"/>
        <w:jc w:val="both"/>
        <w:rPr>
          <w:rFonts w:ascii="Arial" w:hAnsi="Arial" w:cs="Arial"/>
        </w:rPr>
      </w:pPr>
      <w:r w:rsidRPr="00145753">
        <w:rPr>
          <w:rFonts w:ascii="Arial" w:hAnsi="Arial" w:cs="Arial"/>
        </w:rPr>
        <w:t xml:space="preserve">Berdasarkan uraian dari latar belakang di atas maka rumusan masalah dalam penelitian ini adalah </w:t>
      </w:r>
      <w:r w:rsidR="00870A6B" w:rsidRPr="00145753">
        <w:rPr>
          <w:rFonts w:ascii="Arial" w:hAnsi="Arial" w:cs="Arial"/>
        </w:rPr>
        <w:t>“</w:t>
      </w:r>
      <w:r w:rsidRPr="00145753">
        <w:rPr>
          <w:rFonts w:ascii="Arial" w:hAnsi="Arial" w:cs="Arial"/>
        </w:rPr>
        <w:t>Bagaimana gambaran dukungan keluarga terhadap pemberian</w:t>
      </w:r>
      <w:r w:rsidRPr="00145753">
        <w:rPr>
          <w:rFonts w:ascii="Arial" w:hAnsi="Arial" w:cs="Arial"/>
          <w:spacing w:val="-11"/>
        </w:rPr>
        <w:t xml:space="preserve"> </w:t>
      </w:r>
      <w:r w:rsidRPr="00145753">
        <w:rPr>
          <w:rFonts w:ascii="Arial" w:hAnsi="Arial" w:cs="Arial"/>
        </w:rPr>
        <w:t>Air Susu Ibu (ASI) eksklusif di wilayah kerja Puskesmas Kayon Kota Palangka Raya?</w:t>
      </w:r>
      <w:r w:rsidR="00870A6B" w:rsidRPr="00145753">
        <w:rPr>
          <w:rFonts w:ascii="Arial" w:hAnsi="Arial" w:cs="Arial"/>
        </w:rPr>
        <w:t>”</w:t>
      </w:r>
    </w:p>
    <w:p w14:paraId="047314E7" w14:textId="04ED9B22" w:rsidR="005A2C1E" w:rsidRPr="00145753" w:rsidRDefault="005A2C1E" w:rsidP="00DA2739">
      <w:pPr>
        <w:pStyle w:val="Heading2"/>
        <w:numPr>
          <w:ilvl w:val="0"/>
          <w:numId w:val="20"/>
        </w:numPr>
        <w:tabs>
          <w:tab w:val="left" w:pos="1701"/>
        </w:tabs>
        <w:spacing w:before="140"/>
        <w:ind w:left="284" w:hanging="284"/>
        <w:jc w:val="left"/>
      </w:pPr>
      <w:bookmarkStart w:id="8" w:name="_bookmark9"/>
      <w:bookmarkEnd w:id="8"/>
      <w:r w:rsidRPr="00145753">
        <w:lastRenderedPageBreak/>
        <w:t>Tujuan</w:t>
      </w:r>
      <w:r w:rsidRPr="00145753">
        <w:rPr>
          <w:spacing w:val="-5"/>
        </w:rPr>
        <w:t xml:space="preserve"> </w:t>
      </w:r>
      <w:r w:rsidRPr="00145753">
        <w:rPr>
          <w:spacing w:val="-2"/>
        </w:rPr>
        <w:t>Penelitian</w:t>
      </w:r>
    </w:p>
    <w:p w14:paraId="4DF59D30" w14:textId="77777777" w:rsidR="005A2C1E" w:rsidRPr="00145753" w:rsidRDefault="005A2C1E" w:rsidP="008A77BC">
      <w:pPr>
        <w:numPr>
          <w:ilvl w:val="1"/>
          <w:numId w:val="8"/>
        </w:numPr>
        <w:spacing w:before="127"/>
        <w:ind w:left="567" w:hanging="283"/>
        <w:jc w:val="both"/>
        <w:rPr>
          <w:rFonts w:ascii="Arial" w:hAnsi="Arial" w:cs="Arial"/>
          <w:b/>
        </w:rPr>
      </w:pPr>
      <w:r w:rsidRPr="00145753">
        <w:rPr>
          <w:rFonts w:ascii="Arial" w:hAnsi="Arial" w:cs="Arial"/>
        </w:rPr>
        <w:t>Tujuan</w:t>
      </w:r>
      <w:r w:rsidRPr="00145753">
        <w:rPr>
          <w:rFonts w:ascii="Arial" w:hAnsi="Arial" w:cs="Arial"/>
          <w:spacing w:val="-11"/>
        </w:rPr>
        <w:t xml:space="preserve"> </w:t>
      </w:r>
      <w:r w:rsidRPr="00145753">
        <w:rPr>
          <w:rFonts w:ascii="Arial" w:hAnsi="Arial" w:cs="Arial"/>
          <w:spacing w:val="-4"/>
        </w:rPr>
        <w:t>Umum</w:t>
      </w:r>
    </w:p>
    <w:p w14:paraId="6FFEC199" w14:textId="7F55D73C" w:rsidR="005A2C1E" w:rsidRPr="00145753" w:rsidRDefault="005A2C1E" w:rsidP="008A77BC">
      <w:pPr>
        <w:spacing w:before="127" w:line="360" w:lineRule="auto"/>
        <w:ind w:left="567"/>
        <w:jc w:val="both"/>
        <w:rPr>
          <w:rFonts w:ascii="Arial" w:hAnsi="Arial" w:cs="Arial"/>
        </w:rPr>
      </w:pPr>
      <w:r w:rsidRPr="00145753">
        <w:rPr>
          <w:rFonts w:ascii="Arial" w:hAnsi="Arial" w:cs="Arial"/>
        </w:rPr>
        <w:t>Penelitian ini bertujuan untuk mendeskripsikan dukungan keluarga terhadap pemberian Air Susu Ibu (ASI) eksklusif di wilayah kerja Puskesmas Kayon Kota Palangka Raya.</w:t>
      </w:r>
    </w:p>
    <w:p w14:paraId="545443BC" w14:textId="77777777" w:rsidR="005A2C1E" w:rsidRPr="00145753" w:rsidRDefault="005A2C1E" w:rsidP="008A77BC">
      <w:pPr>
        <w:numPr>
          <w:ilvl w:val="1"/>
          <w:numId w:val="8"/>
        </w:numPr>
        <w:ind w:left="567" w:hanging="283"/>
        <w:jc w:val="both"/>
        <w:rPr>
          <w:rFonts w:ascii="Arial" w:hAnsi="Arial" w:cs="Arial"/>
        </w:rPr>
      </w:pPr>
      <w:r w:rsidRPr="00145753">
        <w:rPr>
          <w:rFonts w:ascii="Arial" w:hAnsi="Arial" w:cs="Arial"/>
        </w:rPr>
        <w:t>Tujuan</w:t>
      </w:r>
      <w:r w:rsidRPr="00145753">
        <w:rPr>
          <w:rFonts w:ascii="Arial" w:hAnsi="Arial" w:cs="Arial"/>
          <w:spacing w:val="-9"/>
        </w:rPr>
        <w:t xml:space="preserve"> </w:t>
      </w:r>
      <w:r w:rsidRPr="00145753">
        <w:rPr>
          <w:rFonts w:ascii="Arial" w:hAnsi="Arial" w:cs="Arial"/>
          <w:spacing w:val="-2"/>
        </w:rPr>
        <w:t>Khusus</w:t>
      </w:r>
    </w:p>
    <w:p w14:paraId="3FB75BF0" w14:textId="77777777" w:rsidR="005A2C1E" w:rsidRPr="00145753" w:rsidRDefault="005A2C1E" w:rsidP="008A77BC">
      <w:pPr>
        <w:numPr>
          <w:ilvl w:val="2"/>
          <w:numId w:val="8"/>
        </w:numPr>
        <w:tabs>
          <w:tab w:val="left" w:pos="1983"/>
          <w:tab w:val="left" w:pos="1985"/>
        </w:tabs>
        <w:spacing w:before="127" w:line="360" w:lineRule="auto"/>
        <w:ind w:left="851" w:hanging="284"/>
        <w:jc w:val="both"/>
        <w:rPr>
          <w:rFonts w:ascii="Arial" w:hAnsi="Arial" w:cs="Arial"/>
        </w:rPr>
      </w:pPr>
      <w:r w:rsidRPr="00145753">
        <w:rPr>
          <w:rFonts w:ascii="Arial" w:hAnsi="Arial" w:cs="Arial"/>
        </w:rPr>
        <w:t>Mengetahui Gambaran Dukungan Keluarga berdasarkan dukungan Emosional di wilayah kerja Puskesmas Kayon Kota Palangka Raya.</w:t>
      </w:r>
    </w:p>
    <w:p w14:paraId="784EDB74" w14:textId="77777777" w:rsidR="005A2C1E" w:rsidRPr="00145753" w:rsidRDefault="005A2C1E" w:rsidP="008A77BC">
      <w:pPr>
        <w:numPr>
          <w:ilvl w:val="2"/>
          <w:numId w:val="8"/>
        </w:numPr>
        <w:tabs>
          <w:tab w:val="left" w:pos="1983"/>
          <w:tab w:val="left" w:pos="1985"/>
        </w:tabs>
        <w:spacing w:line="360" w:lineRule="auto"/>
        <w:ind w:left="851" w:hanging="284"/>
        <w:jc w:val="both"/>
        <w:rPr>
          <w:rFonts w:ascii="Arial" w:hAnsi="Arial" w:cs="Arial"/>
        </w:rPr>
      </w:pPr>
      <w:r w:rsidRPr="00145753">
        <w:rPr>
          <w:rFonts w:ascii="Arial" w:hAnsi="Arial" w:cs="Arial"/>
        </w:rPr>
        <w:t>Mengetahui Gambaran Dukungan Keluarga berdasarkan</w:t>
      </w:r>
      <w:r w:rsidRPr="00145753">
        <w:rPr>
          <w:rFonts w:ascii="Arial" w:hAnsi="Arial" w:cs="Arial"/>
          <w:spacing w:val="40"/>
        </w:rPr>
        <w:t xml:space="preserve"> </w:t>
      </w:r>
      <w:r w:rsidRPr="00145753">
        <w:rPr>
          <w:rFonts w:ascii="Arial" w:hAnsi="Arial" w:cs="Arial"/>
        </w:rPr>
        <w:t>dukungan Instrumental di wilayah kerja Puskesmas Kayon Kota Palangka Raya</w:t>
      </w:r>
    </w:p>
    <w:p w14:paraId="764B823D" w14:textId="670C59E3" w:rsidR="002C131B" w:rsidRPr="00145753" w:rsidRDefault="005A2C1E" w:rsidP="008A77BC">
      <w:pPr>
        <w:numPr>
          <w:ilvl w:val="2"/>
          <w:numId w:val="8"/>
        </w:numPr>
        <w:spacing w:line="360" w:lineRule="auto"/>
        <w:ind w:left="851" w:hanging="284"/>
        <w:jc w:val="both"/>
        <w:rPr>
          <w:rFonts w:ascii="Arial" w:hAnsi="Arial" w:cs="Arial"/>
        </w:rPr>
      </w:pPr>
      <w:r w:rsidRPr="00145753">
        <w:rPr>
          <w:rFonts w:ascii="Arial" w:hAnsi="Arial" w:cs="Arial"/>
        </w:rPr>
        <w:t xml:space="preserve">Mengetahui Gambaran Dukungan Keluarga berdasarkan Informasional di wilayah kerja Puskesmas Kayon, Kota Palangka </w:t>
      </w:r>
      <w:r w:rsidRPr="00145753">
        <w:rPr>
          <w:rFonts w:ascii="Arial" w:hAnsi="Arial" w:cs="Arial"/>
          <w:spacing w:val="-4"/>
        </w:rPr>
        <w:t>Raya</w:t>
      </w:r>
    </w:p>
    <w:p w14:paraId="72345749" w14:textId="77777777" w:rsidR="00B54737" w:rsidRPr="00145753" w:rsidRDefault="002C131B" w:rsidP="00B54737">
      <w:pPr>
        <w:numPr>
          <w:ilvl w:val="2"/>
          <w:numId w:val="8"/>
        </w:numPr>
        <w:spacing w:line="360" w:lineRule="auto"/>
        <w:ind w:left="851" w:hanging="284"/>
        <w:jc w:val="both"/>
        <w:rPr>
          <w:rFonts w:ascii="Arial" w:hAnsi="Arial" w:cs="Arial"/>
        </w:rPr>
      </w:pPr>
      <w:r w:rsidRPr="00145753">
        <w:rPr>
          <w:rFonts w:ascii="Arial" w:hAnsi="Arial" w:cs="Arial"/>
        </w:rPr>
        <w:t xml:space="preserve">Mengetahui Gambaran Dukungan Keluarga berdasarkan Appraisal di wilayah kerja Puskesmas Kayon, Kota Palangka </w:t>
      </w:r>
      <w:r w:rsidRPr="00145753">
        <w:rPr>
          <w:rFonts w:ascii="Arial" w:hAnsi="Arial" w:cs="Arial"/>
          <w:spacing w:val="-4"/>
        </w:rPr>
        <w:t>Raya</w:t>
      </w:r>
      <w:bookmarkStart w:id="9" w:name="_bookmark8"/>
      <w:bookmarkEnd w:id="9"/>
    </w:p>
    <w:p w14:paraId="572C9C25" w14:textId="1EDF28FE" w:rsidR="002E69D7" w:rsidRPr="00145753" w:rsidRDefault="002E69D7" w:rsidP="00B54737">
      <w:pPr>
        <w:numPr>
          <w:ilvl w:val="2"/>
          <w:numId w:val="8"/>
        </w:numPr>
        <w:spacing w:line="360" w:lineRule="auto"/>
        <w:ind w:left="851" w:hanging="284"/>
        <w:jc w:val="both"/>
        <w:rPr>
          <w:rFonts w:ascii="Arial" w:hAnsi="Arial" w:cs="Arial"/>
        </w:rPr>
      </w:pPr>
      <w:r w:rsidRPr="00145753">
        <w:rPr>
          <w:rFonts w:ascii="Arial" w:hAnsi="Arial" w:cs="Arial"/>
        </w:rPr>
        <w:t>Mengetahui Gambaran Pemberian ASI Eksklusif di wilayah kerja Puskesmas Kayon Kota Palangka Raya</w:t>
      </w:r>
    </w:p>
    <w:p w14:paraId="1DFB2DDB" w14:textId="57431A91" w:rsidR="004811C1" w:rsidRPr="00145753" w:rsidRDefault="004811C1" w:rsidP="00B54737">
      <w:pPr>
        <w:pStyle w:val="Heading2"/>
        <w:numPr>
          <w:ilvl w:val="0"/>
          <w:numId w:val="20"/>
        </w:numPr>
        <w:tabs>
          <w:tab w:val="left" w:pos="1701"/>
        </w:tabs>
        <w:spacing w:before="140"/>
        <w:ind w:left="284" w:hanging="284"/>
        <w:jc w:val="left"/>
      </w:pPr>
      <w:r w:rsidRPr="00145753">
        <w:t>Manfaat</w:t>
      </w:r>
      <w:r w:rsidRPr="00145753">
        <w:rPr>
          <w:spacing w:val="-4"/>
        </w:rPr>
        <w:t xml:space="preserve"> </w:t>
      </w:r>
      <w:r w:rsidRPr="00145753">
        <w:rPr>
          <w:spacing w:val="-2"/>
        </w:rPr>
        <w:t>Penelitian</w:t>
      </w:r>
    </w:p>
    <w:p w14:paraId="481AF988" w14:textId="1BD79B3E" w:rsidR="004811C1" w:rsidRPr="00145753" w:rsidRDefault="004811C1" w:rsidP="00B54737">
      <w:pPr>
        <w:spacing w:before="127" w:line="360" w:lineRule="auto"/>
        <w:ind w:left="284" w:firstLine="283"/>
        <w:jc w:val="both"/>
        <w:rPr>
          <w:rFonts w:ascii="Arial" w:hAnsi="Arial" w:cs="Arial"/>
        </w:rPr>
      </w:pPr>
      <w:r w:rsidRPr="00145753">
        <w:rPr>
          <w:rFonts w:ascii="Arial" w:hAnsi="Arial" w:cs="Arial"/>
        </w:rPr>
        <w:t>Penelitian</w:t>
      </w:r>
      <w:r w:rsidRPr="00145753">
        <w:rPr>
          <w:rFonts w:ascii="Arial" w:hAnsi="Arial" w:cs="Arial"/>
          <w:spacing w:val="-5"/>
        </w:rPr>
        <w:t xml:space="preserve"> </w:t>
      </w:r>
      <w:r w:rsidRPr="00145753">
        <w:rPr>
          <w:rFonts w:ascii="Arial" w:hAnsi="Arial" w:cs="Arial"/>
        </w:rPr>
        <w:t>ini</w:t>
      </w:r>
      <w:r w:rsidRPr="00145753">
        <w:rPr>
          <w:rFonts w:ascii="Arial" w:hAnsi="Arial" w:cs="Arial"/>
          <w:spacing w:val="-7"/>
        </w:rPr>
        <w:t xml:space="preserve"> </w:t>
      </w:r>
      <w:r w:rsidRPr="00145753">
        <w:rPr>
          <w:rFonts w:ascii="Arial" w:hAnsi="Arial" w:cs="Arial"/>
        </w:rPr>
        <w:t>diharapkan</w:t>
      </w:r>
      <w:r w:rsidRPr="00145753">
        <w:rPr>
          <w:rFonts w:ascii="Arial" w:hAnsi="Arial" w:cs="Arial"/>
          <w:spacing w:val="-5"/>
        </w:rPr>
        <w:t xml:space="preserve"> </w:t>
      </w:r>
      <w:r w:rsidRPr="00145753">
        <w:rPr>
          <w:rFonts w:ascii="Arial" w:hAnsi="Arial" w:cs="Arial"/>
        </w:rPr>
        <w:t>dapat</w:t>
      </w:r>
      <w:r w:rsidRPr="00145753">
        <w:rPr>
          <w:rFonts w:ascii="Arial" w:hAnsi="Arial" w:cs="Arial"/>
          <w:spacing w:val="-7"/>
        </w:rPr>
        <w:t xml:space="preserve"> </w:t>
      </w:r>
      <w:r w:rsidRPr="00145753">
        <w:rPr>
          <w:rFonts w:ascii="Arial" w:hAnsi="Arial" w:cs="Arial"/>
        </w:rPr>
        <w:t>memberikan</w:t>
      </w:r>
      <w:r w:rsidRPr="00145753">
        <w:rPr>
          <w:rFonts w:ascii="Arial" w:hAnsi="Arial" w:cs="Arial"/>
          <w:spacing w:val="-5"/>
        </w:rPr>
        <w:t xml:space="preserve"> </w:t>
      </w:r>
      <w:r w:rsidRPr="00145753">
        <w:rPr>
          <w:rFonts w:ascii="Arial" w:hAnsi="Arial" w:cs="Arial"/>
        </w:rPr>
        <w:t>manfaat</w:t>
      </w:r>
      <w:r w:rsidRPr="00145753">
        <w:rPr>
          <w:rFonts w:ascii="Arial" w:hAnsi="Arial" w:cs="Arial"/>
          <w:spacing w:val="-7"/>
        </w:rPr>
        <w:t xml:space="preserve"> </w:t>
      </w:r>
      <w:r w:rsidRPr="00145753">
        <w:rPr>
          <w:rFonts w:ascii="Arial" w:hAnsi="Arial" w:cs="Arial"/>
        </w:rPr>
        <w:t>baik</w:t>
      </w:r>
      <w:r w:rsidRPr="00145753">
        <w:rPr>
          <w:rFonts w:ascii="Arial" w:hAnsi="Arial" w:cs="Arial"/>
          <w:spacing w:val="-5"/>
        </w:rPr>
        <w:t xml:space="preserve"> </w:t>
      </w:r>
      <w:r w:rsidRPr="00145753">
        <w:rPr>
          <w:rFonts w:ascii="Arial" w:hAnsi="Arial" w:cs="Arial"/>
        </w:rPr>
        <w:t>secara teo</w:t>
      </w:r>
      <w:r w:rsidR="003416BA">
        <w:rPr>
          <w:rFonts w:ascii="Arial" w:hAnsi="Arial" w:cs="Arial"/>
          <w:lang w:val="en-US"/>
        </w:rPr>
        <w:t>ritis</w:t>
      </w:r>
      <w:r w:rsidRPr="00145753">
        <w:rPr>
          <w:rFonts w:ascii="Arial" w:hAnsi="Arial" w:cs="Arial"/>
        </w:rPr>
        <w:t xml:space="preserve"> maupun praktis sebagai berikut:</w:t>
      </w:r>
    </w:p>
    <w:p w14:paraId="4DE3C17A" w14:textId="27BE7552" w:rsidR="004811C1" w:rsidRPr="00145753" w:rsidRDefault="004811C1" w:rsidP="00B54737">
      <w:pPr>
        <w:numPr>
          <w:ilvl w:val="0"/>
          <w:numId w:val="21"/>
        </w:numPr>
        <w:tabs>
          <w:tab w:val="left" w:pos="709"/>
        </w:tabs>
        <w:spacing w:before="2"/>
        <w:jc w:val="both"/>
        <w:rPr>
          <w:rFonts w:ascii="Arial" w:hAnsi="Arial" w:cs="Arial"/>
        </w:rPr>
      </w:pPr>
      <w:r w:rsidRPr="00145753">
        <w:rPr>
          <w:rFonts w:ascii="Arial" w:hAnsi="Arial" w:cs="Arial"/>
        </w:rPr>
        <w:t>Manfaat</w:t>
      </w:r>
      <w:r w:rsidRPr="00145753">
        <w:rPr>
          <w:rFonts w:ascii="Arial" w:hAnsi="Arial" w:cs="Arial"/>
          <w:spacing w:val="-9"/>
        </w:rPr>
        <w:t xml:space="preserve"> </w:t>
      </w:r>
      <w:r w:rsidRPr="00145753">
        <w:rPr>
          <w:rFonts w:ascii="Arial" w:hAnsi="Arial" w:cs="Arial"/>
          <w:spacing w:val="-2"/>
        </w:rPr>
        <w:t>Teor</w:t>
      </w:r>
      <w:r w:rsidR="002E69D7" w:rsidRPr="00145753">
        <w:rPr>
          <w:rFonts w:ascii="Arial" w:hAnsi="Arial" w:cs="Arial"/>
          <w:spacing w:val="-2"/>
        </w:rPr>
        <w:t>i</w:t>
      </w:r>
      <w:r w:rsidRPr="00145753">
        <w:rPr>
          <w:rFonts w:ascii="Arial" w:hAnsi="Arial" w:cs="Arial"/>
          <w:spacing w:val="-2"/>
        </w:rPr>
        <w:t>tis</w:t>
      </w:r>
    </w:p>
    <w:p w14:paraId="1680F28E" w14:textId="3FAA56CA" w:rsidR="004811C1" w:rsidRPr="00145753" w:rsidRDefault="00B54737" w:rsidP="00B54737">
      <w:pPr>
        <w:tabs>
          <w:tab w:val="left" w:pos="709"/>
        </w:tabs>
        <w:spacing w:before="127" w:line="360" w:lineRule="auto"/>
        <w:ind w:left="709" w:hanging="425"/>
        <w:jc w:val="both"/>
        <w:rPr>
          <w:rFonts w:ascii="Arial" w:hAnsi="Arial" w:cs="Arial"/>
        </w:rPr>
      </w:pPr>
      <w:r w:rsidRPr="00145753">
        <w:rPr>
          <w:rFonts w:ascii="Arial" w:hAnsi="Arial" w:cs="Arial"/>
        </w:rPr>
        <w:tab/>
      </w:r>
      <w:r w:rsidR="004811C1" w:rsidRPr="00145753">
        <w:rPr>
          <w:rFonts w:ascii="Arial" w:hAnsi="Arial" w:cs="Arial"/>
        </w:rPr>
        <w:t>Hasil penelitian ini dapat menambah wawasan serta referensi ilmiah dalam bidang kesehatan ibu dan anak, khususnya mengenai peran keluarga dalam mendukung pemberian ASI eksklusif. Selain itu, penelitian</w:t>
      </w:r>
      <w:r w:rsidR="004811C1" w:rsidRPr="00145753">
        <w:rPr>
          <w:rFonts w:ascii="Arial" w:hAnsi="Arial" w:cs="Arial"/>
          <w:spacing w:val="-1"/>
        </w:rPr>
        <w:t xml:space="preserve"> </w:t>
      </w:r>
      <w:r w:rsidR="004811C1" w:rsidRPr="00145753">
        <w:rPr>
          <w:rFonts w:ascii="Arial" w:hAnsi="Arial" w:cs="Arial"/>
        </w:rPr>
        <w:t>ini</w:t>
      </w:r>
      <w:r w:rsidR="004811C1" w:rsidRPr="00145753">
        <w:rPr>
          <w:rFonts w:ascii="Arial" w:hAnsi="Arial" w:cs="Arial"/>
          <w:spacing w:val="-3"/>
        </w:rPr>
        <w:t xml:space="preserve"> </w:t>
      </w:r>
      <w:r w:rsidR="004811C1" w:rsidRPr="00145753">
        <w:rPr>
          <w:rFonts w:ascii="Arial" w:hAnsi="Arial" w:cs="Arial"/>
        </w:rPr>
        <w:t>juga</w:t>
      </w:r>
      <w:r w:rsidR="004811C1" w:rsidRPr="00145753">
        <w:rPr>
          <w:rFonts w:ascii="Arial" w:hAnsi="Arial" w:cs="Arial"/>
          <w:spacing w:val="-1"/>
        </w:rPr>
        <w:t xml:space="preserve"> </w:t>
      </w:r>
      <w:r w:rsidR="004811C1" w:rsidRPr="00145753">
        <w:rPr>
          <w:rFonts w:ascii="Arial" w:hAnsi="Arial" w:cs="Arial"/>
        </w:rPr>
        <w:t>diharapkan</w:t>
      </w:r>
      <w:r w:rsidR="004811C1" w:rsidRPr="00145753">
        <w:rPr>
          <w:rFonts w:ascii="Arial" w:hAnsi="Arial" w:cs="Arial"/>
          <w:spacing w:val="-1"/>
        </w:rPr>
        <w:t xml:space="preserve"> </w:t>
      </w:r>
      <w:r w:rsidR="004811C1" w:rsidRPr="00145753">
        <w:rPr>
          <w:rFonts w:ascii="Arial" w:hAnsi="Arial" w:cs="Arial"/>
        </w:rPr>
        <w:t>dapat</w:t>
      </w:r>
      <w:r w:rsidR="004811C1" w:rsidRPr="00145753">
        <w:rPr>
          <w:rFonts w:ascii="Arial" w:hAnsi="Arial" w:cs="Arial"/>
          <w:spacing w:val="-3"/>
        </w:rPr>
        <w:t xml:space="preserve"> </w:t>
      </w:r>
      <w:r w:rsidR="004811C1" w:rsidRPr="00145753">
        <w:rPr>
          <w:rFonts w:ascii="Arial" w:hAnsi="Arial" w:cs="Arial"/>
        </w:rPr>
        <w:t>memperkaya</w:t>
      </w:r>
      <w:r w:rsidR="004811C1" w:rsidRPr="00145753">
        <w:rPr>
          <w:rFonts w:ascii="Arial" w:hAnsi="Arial" w:cs="Arial"/>
          <w:spacing w:val="-4"/>
        </w:rPr>
        <w:t xml:space="preserve"> </w:t>
      </w:r>
      <w:r w:rsidR="004811C1" w:rsidRPr="00145753">
        <w:rPr>
          <w:rFonts w:ascii="Arial" w:hAnsi="Arial" w:cs="Arial"/>
        </w:rPr>
        <w:t>kajian</w:t>
      </w:r>
      <w:r w:rsidR="004811C1" w:rsidRPr="00145753">
        <w:rPr>
          <w:rFonts w:ascii="Arial" w:hAnsi="Arial" w:cs="Arial"/>
          <w:spacing w:val="-1"/>
        </w:rPr>
        <w:t xml:space="preserve"> </w:t>
      </w:r>
      <w:r w:rsidR="004811C1" w:rsidRPr="00145753">
        <w:rPr>
          <w:rFonts w:ascii="Arial" w:hAnsi="Arial" w:cs="Arial"/>
        </w:rPr>
        <w:t>tentang</w:t>
      </w:r>
      <w:r w:rsidR="004811C1" w:rsidRPr="00145753">
        <w:rPr>
          <w:rFonts w:ascii="Arial" w:hAnsi="Arial" w:cs="Arial"/>
          <w:spacing w:val="-1"/>
        </w:rPr>
        <w:t xml:space="preserve"> </w:t>
      </w:r>
      <w:r w:rsidR="004811C1" w:rsidRPr="00145753">
        <w:rPr>
          <w:rFonts w:ascii="Arial" w:hAnsi="Arial" w:cs="Arial"/>
        </w:rPr>
        <w:t>faktor sosial yang memengaruhi keberhasilan pelaksanaan pemberian ASI eksklusif di tingkat masyarakat.</w:t>
      </w:r>
    </w:p>
    <w:p w14:paraId="6BE5E941" w14:textId="77777777" w:rsidR="005A2C1E" w:rsidRPr="00145753" w:rsidRDefault="005A2C1E" w:rsidP="00B54737">
      <w:pPr>
        <w:numPr>
          <w:ilvl w:val="0"/>
          <w:numId w:val="21"/>
        </w:numPr>
        <w:tabs>
          <w:tab w:val="left" w:pos="709"/>
        </w:tabs>
        <w:spacing w:before="2"/>
        <w:jc w:val="both"/>
        <w:rPr>
          <w:rFonts w:ascii="Arial" w:hAnsi="Arial" w:cs="Arial"/>
        </w:rPr>
      </w:pPr>
      <w:r w:rsidRPr="00145753">
        <w:rPr>
          <w:rFonts w:ascii="Arial" w:hAnsi="Arial" w:cs="Arial"/>
        </w:rPr>
        <w:t>Manfaat</w:t>
      </w:r>
      <w:r w:rsidRPr="00145753">
        <w:rPr>
          <w:rFonts w:ascii="Arial" w:hAnsi="Arial" w:cs="Arial"/>
          <w:spacing w:val="-5"/>
        </w:rPr>
        <w:t xml:space="preserve"> </w:t>
      </w:r>
      <w:r w:rsidRPr="00145753">
        <w:rPr>
          <w:rFonts w:ascii="Arial" w:hAnsi="Arial" w:cs="Arial"/>
          <w:spacing w:val="-2"/>
        </w:rPr>
        <w:t>Praktis</w:t>
      </w:r>
    </w:p>
    <w:p w14:paraId="6E32613D" w14:textId="77777777" w:rsidR="005A2C1E" w:rsidRPr="00145753" w:rsidRDefault="005A2C1E" w:rsidP="00B54737">
      <w:pPr>
        <w:numPr>
          <w:ilvl w:val="0"/>
          <w:numId w:val="22"/>
        </w:numPr>
        <w:tabs>
          <w:tab w:val="left" w:pos="1134"/>
        </w:tabs>
        <w:spacing w:before="127"/>
        <w:ind w:hanging="11"/>
        <w:jc w:val="both"/>
        <w:rPr>
          <w:rFonts w:ascii="Arial" w:hAnsi="Arial" w:cs="Arial"/>
        </w:rPr>
      </w:pPr>
      <w:r w:rsidRPr="00145753">
        <w:rPr>
          <w:rFonts w:ascii="Arial" w:hAnsi="Arial" w:cs="Arial"/>
        </w:rPr>
        <w:t>Bagi</w:t>
      </w:r>
      <w:r w:rsidRPr="00145753">
        <w:rPr>
          <w:rFonts w:ascii="Arial" w:hAnsi="Arial" w:cs="Arial"/>
          <w:spacing w:val="-1"/>
        </w:rPr>
        <w:t xml:space="preserve"> </w:t>
      </w:r>
      <w:r w:rsidRPr="00145753">
        <w:rPr>
          <w:rFonts w:ascii="Arial" w:hAnsi="Arial" w:cs="Arial"/>
        </w:rPr>
        <w:t>ibu</w:t>
      </w:r>
      <w:r w:rsidRPr="00145753">
        <w:rPr>
          <w:rFonts w:ascii="Arial" w:hAnsi="Arial" w:cs="Arial"/>
          <w:spacing w:val="2"/>
        </w:rPr>
        <w:t xml:space="preserve"> </w:t>
      </w:r>
      <w:r w:rsidRPr="00145753">
        <w:rPr>
          <w:rFonts w:ascii="Arial" w:hAnsi="Arial" w:cs="Arial"/>
          <w:spacing w:val="-2"/>
        </w:rPr>
        <w:t>menyusui</w:t>
      </w:r>
    </w:p>
    <w:p w14:paraId="1DC96077" w14:textId="21462A32" w:rsidR="005A2C1E" w:rsidRPr="00145753" w:rsidRDefault="00B54737" w:rsidP="00B54737">
      <w:pPr>
        <w:tabs>
          <w:tab w:val="left" w:pos="1134"/>
        </w:tabs>
        <w:spacing w:before="126" w:line="360" w:lineRule="auto"/>
        <w:ind w:left="1134" w:hanging="425"/>
        <w:jc w:val="both"/>
        <w:rPr>
          <w:rFonts w:ascii="Arial" w:hAnsi="Arial" w:cs="Arial"/>
        </w:rPr>
      </w:pPr>
      <w:r w:rsidRPr="00145753">
        <w:rPr>
          <w:rFonts w:ascii="Arial" w:hAnsi="Arial" w:cs="Arial"/>
        </w:rPr>
        <w:tab/>
      </w:r>
      <w:r w:rsidR="005A2C1E" w:rsidRPr="00145753">
        <w:rPr>
          <w:rFonts w:ascii="Arial" w:hAnsi="Arial" w:cs="Arial"/>
        </w:rPr>
        <w:t>Penelitian ini dapat memberikan gambaran mengenai bentuk dukungan yang diperlukan dari keluarga sehingga dapat meningkatkan motivasi dan kemampuan ibu dalam memberikan ASI eksklusif.</w:t>
      </w:r>
    </w:p>
    <w:p w14:paraId="51868015" w14:textId="77777777" w:rsidR="005A2C1E" w:rsidRPr="00145753" w:rsidRDefault="005A2C1E" w:rsidP="00B54737">
      <w:pPr>
        <w:numPr>
          <w:ilvl w:val="0"/>
          <w:numId w:val="22"/>
        </w:numPr>
        <w:tabs>
          <w:tab w:val="left" w:pos="1134"/>
        </w:tabs>
        <w:spacing w:before="127"/>
        <w:ind w:hanging="11"/>
        <w:jc w:val="both"/>
        <w:rPr>
          <w:rFonts w:ascii="Arial" w:hAnsi="Arial" w:cs="Arial"/>
        </w:rPr>
      </w:pPr>
      <w:r w:rsidRPr="00145753">
        <w:rPr>
          <w:rFonts w:ascii="Arial" w:hAnsi="Arial" w:cs="Arial"/>
        </w:rPr>
        <w:t>Bagi</w:t>
      </w:r>
      <w:r w:rsidRPr="00145753">
        <w:rPr>
          <w:rFonts w:ascii="Arial" w:hAnsi="Arial" w:cs="Arial"/>
          <w:spacing w:val="1"/>
        </w:rPr>
        <w:t xml:space="preserve"> </w:t>
      </w:r>
      <w:r w:rsidRPr="00145753">
        <w:rPr>
          <w:rFonts w:ascii="Arial" w:hAnsi="Arial" w:cs="Arial"/>
          <w:spacing w:val="-2"/>
        </w:rPr>
        <w:t>keluarga</w:t>
      </w:r>
    </w:p>
    <w:p w14:paraId="2FEC9114" w14:textId="1BCD962F" w:rsidR="005A2C1E" w:rsidRPr="00145753" w:rsidRDefault="00B54737" w:rsidP="00B54737">
      <w:pPr>
        <w:tabs>
          <w:tab w:val="left" w:pos="1134"/>
        </w:tabs>
        <w:spacing w:before="127" w:line="360" w:lineRule="auto"/>
        <w:ind w:left="1134" w:hanging="425"/>
        <w:jc w:val="both"/>
        <w:rPr>
          <w:rFonts w:ascii="Arial" w:hAnsi="Arial" w:cs="Arial"/>
        </w:rPr>
      </w:pPr>
      <w:r w:rsidRPr="00145753">
        <w:rPr>
          <w:rFonts w:ascii="Arial" w:hAnsi="Arial" w:cs="Arial"/>
        </w:rPr>
        <w:tab/>
      </w:r>
      <w:r w:rsidR="005A2C1E" w:rsidRPr="00145753">
        <w:rPr>
          <w:rFonts w:ascii="Arial" w:hAnsi="Arial" w:cs="Arial"/>
        </w:rPr>
        <w:t xml:space="preserve">Hasil penelitian ini dapat meningkatkan kesadaran akan pentingnya peran serta keluarga dalam memberikan dukungan kepada ibu </w:t>
      </w:r>
      <w:r w:rsidR="005A2C1E" w:rsidRPr="00145753">
        <w:rPr>
          <w:rFonts w:ascii="Arial" w:hAnsi="Arial" w:cs="Arial"/>
        </w:rPr>
        <w:lastRenderedPageBreak/>
        <w:t xml:space="preserve">menyusui, baik secara emosional, fisik, maupun </w:t>
      </w:r>
      <w:r w:rsidR="005A2C1E" w:rsidRPr="00145753">
        <w:rPr>
          <w:rFonts w:ascii="Arial" w:hAnsi="Arial" w:cs="Arial"/>
          <w:spacing w:val="-2"/>
        </w:rPr>
        <w:t>informasional.</w:t>
      </w:r>
    </w:p>
    <w:p w14:paraId="218671E0" w14:textId="77777777" w:rsidR="005A2C1E" w:rsidRPr="00145753" w:rsidRDefault="005A2C1E" w:rsidP="00B54737">
      <w:pPr>
        <w:numPr>
          <w:ilvl w:val="0"/>
          <w:numId w:val="22"/>
        </w:numPr>
        <w:tabs>
          <w:tab w:val="left" w:pos="1134"/>
        </w:tabs>
        <w:spacing w:before="127"/>
        <w:ind w:hanging="11"/>
        <w:jc w:val="both"/>
        <w:rPr>
          <w:rFonts w:ascii="Arial" w:hAnsi="Arial" w:cs="Arial"/>
        </w:rPr>
      </w:pPr>
      <w:r w:rsidRPr="00145753">
        <w:rPr>
          <w:rFonts w:ascii="Arial" w:hAnsi="Arial" w:cs="Arial"/>
        </w:rPr>
        <w:t>Bagi</w:t>
      </w:r>
      <w:r w:rsidRPr="00145753">
        <w:rPr>
          <w:rFonts w:ascii="Arial" w:hAnsi="Arial" w:cs="Arial"/>
          <w:spacing w:val="-3"/>
        </w:rPr>
        <w:t xml:space="preserve"> </w:t>
      </w:r>
      <w:r w:rsidRPr="00145753">
        <w:rPr>
          <w:rFonts w:ascii="Arial" w:hAnsi="Arial" w:cs="Arial"/>
        </w:rPr>
        <w:t>petugas</w:t>
      </w:r>
      <w:r w:rsidRPr="00145753">
        <w:rPr>
          <w:rFonts w:ascii="Arial" w:hAnsi="Arial" w:cs="Arial"/>
          <w:spacing w:val="-1"/>
        </w:rPr>
        <w:t xml:space="preserve"> </w:t>
      </w:r>
      <w:r w:rsidRPr="00145753">
        <w:rPr>
          <w:rFonts w:ascii="Arial" w:hAnsi="Arial" w:cs="Arial"/>
          <w:spacing w:val="-2"/>
        </w:rPr>
        <w:t>kesehatan</w:t>
      </w:r>
    </w:p>
    <w:p w14:paraId="3DCB6E66" w14:textId="390750A2" w:rsidR="005A2C1E" w:rsidRPr="00145753" w:rsidRDefault="00B54737" w:rsidP="00B54737">
      <w:pPr>
        <w:tabs>
          <w:tab w:val="left" w:pos="1134"/>
        </w:tabs>
        <w:spacing w:before="127" w:line="360" w:lineRule="auto"/>
        <w:ind w:left="1134" w:hanging="425"/>
        <w:jc w:val="both"/>
        <w:rPr>
          <w:rFonts w:ascii="Arial" w:hAnsi="Arial" w:cs="Arial"/>
        </w:rPr>
      </w:pPr>
      <w:r w:rsidRPr="00145753">
        <w:rPr>
          <w:rFonts w:ascii="Arial" w:hAnsi="Arial" w:cs="Arial"/>
        </w:rPr>
        <w:tab/>
      </w:r>
      <w:r w:rsidR="005A2C1E" w:rsidRPr="00145753">
        <w:rPr>
          <w:rFonts w:ascii="Arial" w:hAnsi="Arial" w:cs="Arial"/>
        </w:rPr>
        <w:t>Sebagai bahan pertimbangan dalam merancang program edukasi atau intervensi yang melibatkan keluarga sebagai pendukung utama dalam pemberian ASI eksklusif.</w:t>
      </w:r>
    </w:p>
    <w:p w14:paraId="40571898" w14:textId="77777777" w:rsidR="005A2C1E" w:rsidRPr="00145753" w:rsidRDefault="005A2C1E" w:rsidP="00B54737">
      <w:pPr>
        <w:numPr>
          <w:ilvl w:val="0"/>
          <w:numId w:val="22"/>
        </w:numPr>
        <w:tabs>
          <w:tab w:val="left" w:pos="1134"/>
        </w:tabs>
        <w:spacing w:before="127"/>
        <w:ind w:hanging="11"/>
        <w:jc w:val="both"/>
        <w:rPr>
          <w:rFonts w:ascii="Arial" w:hAnsi="Arial" w:cs="Arial"/>
        </w:rPr>
      </w:pPr>
      <w:r w:rsidRPr="00145753">
        <w:rPr>
          <w:rFonts w:ascii="Arial" w:hAnsi="Arial" w:cs="Arial"/>
        </w:rPr>
        <w:t>Bagi</w:t>
      </w:r>
      <w:r w:rsidRPr="00145753">
        <w:rPr>
          <w:rFonts w:ascii="Arial" w:hAnsi="Arial" w:cs="Arial"/>
          <w:spacing w:val="1"/>
        </w:rPr>
        <w:t xml:space="preserve"> </w:t>
      </w:r>
      <w:r w:rsidRPr="00145753">
        <w:rPr>
          <w:rFonts w:ascii="Arial" w:hAnsi="Arial" w:cs="Arial"/>
          <w:spacing w:val="-2"/>
        </w:rPr>
        <w:t>Puskesmas</w:t>
      </w:r>
    </w:p>
    <w:p w14:paraId="0566BFE3" w14:textId="1CC50C4F" w:rsidR="005A2C1E" w:rsidRPr="00C331B8" w:rsidRDefault="00B54737" w:rsidP="00B54737">
      <w:pPr>
        <w:tabs>
          <w:tab w:val="left" w:pos="1134"/>
        </w:tabs>
        <w:spacing w:before="127" w:line="360" w:lineRule="auto"/>
        <w:ind w:left="1134" w:hanging="425"/>
        <w:jc w:val="both"/>
        <w:rPr>
          <w:rFonts w:ascii="Arial" w:hAnsi="Arial" w:cs="Arial"/>
          <w:lang w:val="en-US"/>
        </w:rPr>
        <w:sectPr w:rsidR="005A2C1E" w:rsidRPr="00C331B8" w:rsidSect="002B02C0">
          <w:headerReference w:type="default" r:id="rId21"/>
          <w:footerReference w:type="default" r:id="rId22"/>
          <w:pgSz w:w="11910" w:h="16840"/>
          <w:pgMar w:top="1701" w:right="1701" w:bottom="1701" w:left="2268" w:header="754" w:footer="468" w:gutter="0"/>
          <w:pgNumType w:start="2"/>
          <w:cols w:space="720"/>
        </w:sectPr>
      </w:pPr>
      <w:r w:rsidRPr="00145753">
        <w:rPr>
          <w:rFonts w:ascii="Arial" w:hAnsi="Arial" w:cs="Arial"/>
        </w:rPr>
        <w:tab/>
      </w:r>
      <w:r w:rsidR="005A2C1E" w:rsidRPr="00145753">
        <w:rPr>
          <w:rFonts w:ascii="Arial" w:hAnsi="Arial" w:cs="Arial"/>
        </w:rPr>
        <w:t>Memberikan masukan bagi pengembangan kebijakan atau program kesehatan yang lebih komprehensif dengan melibatkan peran keluarga dalam upaya mendukung pemberian</w:t>
      </w:r>
      <w:r w:rsidR="005A2C1E" w:rsidRPr="00145753">
        <w:rPr>
          <w:rFonts w:ascii="Arial" w:hAnsi="Arial" w:cs="Arial"/>
          <w:spacing w:val="-3"/>
        </w:rPr>
        <w:t xml:space="preserve"> </w:t>
      </w:r>
      <w:r w:rsidR="005A2C1E" w:rsidRPr="00145753">
        <w:rPr>
          <w:rFonts w:ascii="Arial" w:hAnsi="Arial" w:cs="Arial"/>
        </w:rPr>
        <w:t>ASI eksklusif di wilayah kerja Puskesmas Kayon dan daera</w:t>
      </w:r>
      <w:r w:rsidR="00C331B8">
        <w:rPr>
          <w:rFonts w:ascii="Arial" w:hAnsi="Arial" w:cs="Arial"/>
          <w:lang w:val="en-US"/>
        </w:rPr>
        <w:t>h</w:t>
      </w:r>
    </w:p>
    <w:p w14:paraId="2DACA98B" w14:textId="77777777" w:rsidR="00547B98" w:rsidRPr="00145753" w:rsidRDefault="00547B98" w:rsidP="005F376F">
      <w:pPr>
        <w:spacing w:before="9"/>
        <w:rPr>
          <w:rFonts w:ascii="Arial" w:hAnsi="Arial" w:cs="Arial"/>
        </w:rPr>
      </w:pPr>
      <w:bookmarkStart w:id="10" w:name="_bookmark10"/>
      <w:bookmarkEnd w:id="10"/>
    </w:p>
    <w:p w14:paraId="265FAE05" w14:textId="77777777" w:rsidR="00547B98" w:rsidRPr="00145753" w:rsidRDefault="0027081F" w:rsidP="00365C4A">
      <w:pPr>
        <w:pStyle w:val="Heading2"/>
        <w:numPr>
          <w:ilvl w:val="0"/>
          <w:numId w:val="20"/>
        </w:numPr>
        <w:tabs>
          <w:tab w:val="left" w:pos="1701"/>
        </w:tabs>
        <w:spacing w:before="140"/>
        <w:ind w:left="284" w:hanging="284"/>
        <w:jc w:val="left"/>
        <w:rPr>
          <w:b w:val="0"/>
        </w:rPr>
      </w:pPr>
      <w:bookmarkStart w:id="11" w:name="_bookmark11"/>
      <w:bookmarkEnd w:id="11"/>
      <w:r w:rsidRPr="00145753">
        <w:t>Keaslian</w:t>
      </w:r>
      <w:r w:rsidRPr="00145753">
        <w:rPr>
          <w:spacing w:val="-6"/>
        </w:rPr>
        <w:t xml:space="preserve"> </w:t>
      </w:r>
      <w:r w:rsidRPr="00145753">
        <w:rPr>
          <w:spacing w:val="-2"/>
        </w:rPr>
        <w:t>Penelitian</w:t>
      </w:r>
    </w:p>
    <w:p w14:paraId="3F4C6EB4" w14:textId="79FD71CB" w:rsidR="002C131B" w:rsidRPr="00145753" w:rsidRDefault="002C131B" w:rsidP="005F376F">
      <w:pPr>
        <w:tabs>
          <w:tab w:val="left" w:pos="1287"/>
        </w:tabs>
        <w:spacing w:line="251" w:lineRule="exact"/>
        <w:jc w:val="center"/>
        <w:rPr>
          <w:rFonts w:ascii="Arial" w:hAnsi="Arial" w:cs="Arial"/>
          <w:b/>
        </w:rPr>
      </w:pPr>
      <w:r w:rsidRPr="00145753">
        <w:rPr>
          <w:rFonts w:ascii="Arial" w:hAnsi="Arial" w:cs="Arial"/>
          <w:b/>
          <w:spacing w:val="-2"/>
        </w:rPr>
        <w:t>Tabel 1.1 Keaslian Penelitian</w:t>
      </w:r>
    </w:p>
    <w:p w14:paraId="3FA3C82A" w14:textId="77777777" w:rsidR="00547B98" w:rsidRPr="00145753" w:rsidRDefault="00547B98" w:rsidP="005F376F">
      <w:pPr>
        <w:spacing w:before="11"/>
        <w:rPr>
          <w:rFonts w:ascii="Arial" w:hAnsi="Arial" w:cs="Arial"/>
          <w:b/>
          <w:sz w:val="10"/>
        </w:rPr>
      </w:pPr>
    </w:p>
    <w:tbl>
      <w:tblPr>
        <w:tblW w:w="7654" w:type="dxa"/>
        <w:tblLayout w:type="fixed"/>
        <w:tblCellMar>
          <w:left w:w="0" w:type="dxa"/>
          <w:right w:w="0" w:type="dxa"/>
        </w:tblCellMar>
        <w:tblLook w:val="01E0" w:firstRow="1" w:lastRow="1" w:firstColumn="1" w:lastColumn="1" w:noHBand="0" w:noVBand="0"/>
      </w:tblPr>
      <w:tblGrid>
        <w:gridCol w:w="2126"/>
        <w:gridCol w:w="1835"/>
        <w:gridCol w:w="1546"/>
        <w:gridCol w:w="2147"/>
      </w:tblGrid>
      <w:tr w:rsidR="00547B98" w:rsidRPr="002C5B63" w14:paraId="29B7C05C" w14:textId="77777777" w:rsidTr="002C5B63">
        <w:trPr>
          <w:trHeight w:val="758"/>
        </w:trPr>
        <w:tc>
          <w:tcPr>
            <w:tcW w:w="2126" w:type="dxa"/>
            <w:tcBorders>
              <w:top w:val="single" w:sz="4" w:space="0" w:color="000000"/>
              <w:bottom w:val="single" w:sz="4" w:space="0" w:color="000000"/>
            </w:tcBorders>
          </w:tcPr>
          <w:p w14:paraId="0942BEA4" w14:textId="77777777" w:rsidR="00547B98" w:rsidRPr="002C5B63" w:rsidRDefault="0027081F" w:rsidP="002C5B63">
            <w:pPr>
              <w:pStyle w:val="TOC1"/>
              <w:spacing w:before="0" w:line="360" w:lineRule="auto"/>
              <w:ind w:left="230"/>
              <w:jc w:val="center"/>
              <w:rPr>
                <w:b w:val="0"/>
                <w:sz w:val="20"/>
                <w:szCs w:val="20"/>
              </w:rPr>
            </w:pPr>
            <w:r w:rsidRPr="002C5B63">
              <w:rPr>
                <w:spacing w:val="-2"/>
                <w:sz w:val="20"/>
                <w:szCs w:val="20"/>
              </w:rPr>
              <w:t>Peneliti/Tahun</w:t>
            </w:r>
          </w:p>
        </w:tc>
        <w:tc>
          <w:tcPr>
            <w:tcW w:w="1835" w:type="dxa"/>
            <w:tcBorders>
              <w:top w:val="single" w:sz="4" w:space="0" w:color="000000"/>
              <w:bottom w:val="single" w:sz="4" w:space="0" w:color="000000"/>
            </w:tcBorders>
          </w:tcPr>
          <w:p w14:paraId="609842B6" w14:textId="77777777" w:rsidR="00547B98" w:rsidRPr="002C5B63" w:rsidRDefault="0027081F" w:rsidP="002C5B63">
            <w:pPr>
              <w:pStyle w:val="TOC1"/>
              <w:spacing w:before="0" w:line="360" w:lineRule="auto"/>
              <w:ind w:left="6"/>
              <w:jc w:val="center"/>
              <w:rPr>
                <w:b w:val="0"/>
                <w:sz w:val="20"/>
                <w:szCs w:val="20"/>
              </w:rPr>
            </w:pPr>
            <w:r w:rsidRPr="002C5B63">
              <w:rPr>
                <w:spacing w:val="-2"/>
                <w:sz w:val="20"/>
                <w:szCs w:val="20"/>
              </w:rPr>
              <w:t>Judul</w:t>
            </w:r>
          </w:p>
          <w:p w14:paraId="4C44359B" w14:textId="77777777" w:rsidR="00547B98" w:rsidRPr="002C5B63" w:rsidRDefault="0027081F" w:rsidP="002C5B63">
            <w:pPr>
              <w:pStyle w:val="TOC1"/>
              <w:spacing w:before="0" w:line="360" w:lineRule="auto"/>
              <w:ind w:left="0"/>
              <w:jc w:val="center"/>
              <w:rPr>
                <w:b w:val="0"/>
                <w:sz w:val="20"/>
                <w:szCs w:val="20"/>
              </w:rPr>
            </w:pPr>
            <w:r w:rsidRPr="002C5B63">
              <w:rPr>
                <w:spacing w:val="-2"/>
                <w:sz w:val="20"/>
                <w:szCs w:val="20"/>
              </w:rPr>
              <w:t>Penelitian</w:t>
            </w:r>
          </w:p>
        </w:tc>
        <w:tc>
          <w:tcPr>
            <w:tcW w:w="1546" w:type="dxa"/>
            <w:tcBorders>
              <w:top w:val="single" w:sz="4" w:space="0" w:color="000000"/>
              <w:bottom w:val="single" w:sz="4" w:space="0" w:color="000000"/>
            </w:tcBorders>
          </w:tcPr>
          <w:p w14:paraId="6FC94DF4" w14:textId="5008FD70" w:rsidR="00547B98" w:rsidRPr="002C5B63" w:rsidRDefault="0027081F" w:rsidP="002C5B63">
            <w:pPr>
              <w:pStyle w:val="TOC1"/>
              <w:spacing w:before="0" w:line="360" w:lineRule="auto"/>
              <w:ind w:left="0"/>
              <w:jc w:val="center"/>
              <w:rPr>
                <w:b w:val="0"/>
                <w:sz w:val="20"/>
                <w:szCs w:val="20"/>
              </w:rPr>
            </w:pPr>
            <w:r w:rsidRPr="002C5B63">
              <w:rPr>
                <w:spacing w:val="-2"/>
                <w:sz w:val="20"/>
                <w:szCs w:val="20"/>
              </w:rPr>
              <w:t>Desain</w:t>
            </w:r>
          </w:p>
        </w:tc>
        <w:tc>
          <w:tcPr>
            <w:tcW w:w="2147" w:type="dxa"/>
            <w:tcBorders>
              <w:top w:val="single" w:sz="4" w:space="0" w:color="000000"/>
              <w:bottom w:val="single" w:sz="4" w:space="0" w:color="000000"/>
            </w:tcBorders>
          </w:tcPr>
          <w:p w14:paraId="18C070E5" w14:textId="77777777" w:rsidR="00547B98" w:rsidRPr="002C5B63" w:rsidRDefault="0027081F" w:rsidP="002C5B63">
            <w:pPr>
              <w:pStyle w:val="TOC1"/>
              <w:spacing w:before="0" w:line="360" w:lineRule="auto"/>
              <w:ind w:left="753"/>
              <w:jc w:val="center"/>
              <w:rPr>
                <w:b w:val="0"/>
                <w:sz w:val="20"/>
                <w:szCs w:val="20"/>
              </w:rPr>
            </w:pPr>
            <w:r w:rsidRPr="002C5B63">
              <w:rPr>
                <w:sz w:val="20"/>
                <w:szCs w:val="20"/>
              </w:rPr>
              <w:t>Hasil</w:t>
            </w:r>
            <w:r w:rsidRPr="002C5B63">
              <w:rPr>
                <w:spacing w:val="-5"/>
                <w:sz w:val="20"/>
                <w:szCs w:val="20"/>
              </w:rPr>
              <w:t xml:space="preserve"> </w:t>
            </w:r>
            <w:r w:rsidRPr="002C5B63">
              <w:rPr>
                <w:spacing w:val="-2"/>
                <w:sz w:val="20"/>
                <w:szCs w:val="20"/>
              </w:rPr>
              <w:t>Penelitian</w:t>
            </w:r>
          </w:p>
        </w:tc>
      </w:tr>
      <w:tr w:rsidR="00547B98" w:rsidRPr="002C5B63" w14:paraId="6CD0246F" w14:textId="77777777" w:rsidTr="002C5B63">
        <w:trPr>
          <w:trHeight w:val="2688"/>
        </w:trPr>
        <w:tc>
          <w:tcPr>
            <w:tcW w:w="2126" w:type="dxa"/>
            <w:tcBorders>
              <w:top w:val="single" w:sz="4" w:space="0" w:color="000000"/>
              <w:bottom w:val="single" w:sz="4" w:space="0" w:color="000000"/>
            </w:tcBorders>
          </w:tcPr>
          <w:p w14:paraId="095B419F" w14:textId="2CAC327B" w:rsidR="00547B98" w:rsidRPr="002C5B63" w:rsidRDefault="0027081F" w:rsidP="002C5B63">
            <w:pPr>
              <w:spacing w:line="360" w:lineRule="auto"/>
              <w:ind w:left="-292" w:firstLine="292"/>
              <w:contextualSpacing/>
              <w:jc w:val="both"/>
              <w:rPr>
                <w:rFonts w:ascii="Arial" w:hAnsi="Arial" w:cs="Arial"/>
                <w:sz w:val="20"/>
                <w:szCs w:val="20"/>
              </w:rPr>
            </w:pPr>
            <w:r w:rsidRPr="002C5B63">
              <w:rPr>
                <w:rFonts w:ascii="Arial" w:hAnsi="Arial" w:cs="Arial"/>
                <w:spacing w:val="-2"/>
                <w:sz w:val="20"/>
                <w:szCs w:val="20"/>
              </w:rPr>
              <w:t>Yuliani,</w:t>
            </w:r>
            <w:r w:rsidRPr="002C5B63">
              <w:rPr>
                <w:rFonts w:ascii="Arial" w:hAnsi="Arial" w:cs="Arial"/>
                <w:sz w:val="20"/>
                <w:szCs w:val="20"/>
              </w:rPr>
              <w:tab/>
            </w:r>
            <w:r w:rsidRPr="002C5B63">
              <w:rPr>
                <w:rFonts w:ascii="Arial" w:hAnsi="Arial" w:cs="Arial"/>
                <w:spacing w:val="-6"/>
                <w:sz w:val="20"/>
                <w:szCs w:val="20"/>
              </w:rPr>
              <w:t>N.</w:t>
            </w:r>
            <w:r w:rsidR="002811E1" w:rsidRPr="002C5B63">
              <w:rPr>
                <w:rFonts w:ascii="Arial" w:hAnsi="Arial" w:cs="Arial"/>
                <w:sz w:val="20"/>
                <w:szCs w:val="20"/>
              </w:rPr>
              <w:t xml:space="preserve"> &amp; H</w:t>
            </w:r>
            <w:r w:rsidRPr="002C5B63">
              <w:rPr>
                <w:rFonts w:ascii="Arial" w:hAnsi="Arial" w:cs="Arial"/>
                <w:sz w:val="20"/>
                <w:szCs w:val="20"/>
              </w:rPr>
              <w:t>astuti, I. (2021)</w:t>
            </w:r>
          </w:p>
        </w:tc>
        <w:tc>
          <w:tcPr>
            <w:tcW w:w="1835" w:type="dxa"/>
            <w:tcBorders>
              <w:top w:val="single" w:sz="4" w:space="0" w:color="000000"/>
              <w:bottom w:val="single" w:sz="4" w:space="0" w:color="000000"/>
            </w:tcBorders>
          </w:tcPr>
          <w:p w14:paraId="68ED0BA7" w14:textId="77777777" w:rsidR="002C5B63" w:rsidRPr="002C5B63" w:rsidRDefault="0027081F" w:rsidP="002C5B63">
            <w:pPr>
              <w:spacing w:line="360" w:lineRule="auto"/>
              <w:contextualSpacing/>
              <w:rPr>
                <w:rFonts w:ascii="Arial" w:hAnsi="Arial" w:cs="Arial"/>
                <w:sz w:val="20"/>
                <w:szCs w:val="20"/>
              </w:rPr>
            </w:pPr>
            <w:r w:rsidRPr="002C5B63">
              <w:rPr>
                <w:rFonts w:ascii="Arial" w:hAnsi="Arial" w:cs="Arial"/>
                <w:sz w:val="20"/>
                <w:szCs w:val="20"/>
              </w:rPr>
              <w:t>Hubungan Dukungan</w:t>
            </w:r>
          </w:p>
          <w:p w14:paraId="0CF12D15" w14:textId="41B21C1B" w:rsidR="00547B98" w:rsidRPr="002C5B63" w:rsidRDefault="0027081F" w:rsidP="002C5B63">
            <w:pPr>
              <w:spacing w:line="360" w:lineRule="auto"/>
              <w:contextualSpacing/>
              <w:rPr>
                <w:rFonts w:ascii="Arial" w:hAnsi="Arial" w:cs="Arial"/>
                <w:sz w:val="20"/>
                <w:szCs w:val="20"/>
              </w:rPr>
            </w:pPr>
            <w:r w:rsidRPr="002C5B63">
              <w:rPr>
                <w:rFonts w:ascii="Arial" w:hAnsi="Arial" w:cs="Arial"/>
                <w:sz w:val="20"/>
                <w:szCs w:val="20"/>
              </w:rPr>
              <w:t>Keluarga</w:t>
            </w:r>
            <w:r w:rsidRPr="002C5B63">
              <w:rPr>
                <w:rFonts w:ascii="Arial" w:hAnsi="Arial" w:cs="Arial"/>
                <w:spacing w:val="80"/>
                <w:sz w:val="20"/>
                <w:szCs w:val="20"/>
              </w:rPr>
              <w:t xml:space="preserve"> </w:t>
            </w:r>
            <w:r w:rsidRPr="002C5B63">
              <w:rPr>
                <w:rFonts w:ascii="Arial" w:hAnsi="Arial" w:cs="Arial"/>
                <w:sz w:val="20"/>
                <w:szCs w:val="20"/>
              </w:rPr>
              <w:t>dengan Pemberian</w:t>
            </w:r>
            <w:r w:rsidR="002C5B63" w:rsidRPr="002C5B63">
              <w:rPr>
                <w:rFonts w:ascii="Arial" w:hAnsi="Arial" w:cs="Arial"/>
                <w:sz w:val="20"/>
                <w:szCs w:val="20"/>
                <w:lang w:val="en-US"/>
              </w:rPr>
              <w:t xml:space="preserve"> </w:t>
            </w:r>
            <w:r w:rsidRPr="002C5B63">
              <w:rPr>
                <w:rFonts w:ascii="Arial" w:hAnsi="Arial" w:cs="Arial"/>
                <w:spacing w:val="-4"/>
                <w:sz w:val="20"/>
                <w:szCs w:val="20"/>
              </w:rPr>
              <w:t xml:space="preserve">ASI </w:t>
            </w:r>
            <w:r w:rsidRPr="002C5B63">
              <w:rPr>
                <w:rFonts w:ascii="Arial" w:hAnsi="Arial" w:cs="Arial"/>
                <w:sz w:val="20"/>
                <w:szCs w:val="20"/>
              </w:rPr>
              <w:t>Eksklusi</w:t>
            </w:r>
            <w:r w:rsidR="002811E1" w:rsidRPr="002C5B63">
              <w:rPr>
                <w:rFonts w:ascii="Arial" w:hAnsi="Arial" w:cs="Arial"/>
                <w:sz w:val="20"/>
                <w:szCs w:val="20"/>
              </w:rPr>
              <w:t xml:space="preserve">f </w:t>
            </w:r>
            <w:r w:rsidRPr="002C5B63">
              <w:rPr>
                <w:rFonts w:ascii="Arial" w:hAnsi="Arial" w:cs="Arial"/>
                <w:spacing w:val="-4"/>
                <w:sz w:val="20"/>
                <w:szCs w:val="20"/>
              </w:rPr>
              <w:t xml:space="preserve">pada </w:t>
            </w:r>
            <w:r w:rsidRPr="002C5B63">
              <w:rPr>
                <w:rFonts w:ascii="Arial" w:hAnsi="Arial" w:cs="Arial"/>
                <w:sz w:val="20"/>
                <w:szCs w:val="20"/>
              </w:rPr>
              <w:t>Ibu Menyusui</w:t>
            </w:r>
          </w:p>
        </w:tc>
        <w:tc>
          <w:tcPr>
            <w:tcW w:w="1546" w:type="dxa"/>
            <w:tcBorders>
              <w:top w:val="single" w:sz="4" w:space="0" w:color="000000"/>
              <w:bottom w:val="single" w:sz="4" w:space="0" w:color="000000"/>
            </w:tcBorders>
          </w:tcPr>
          <w:p w14:paraId="1B5B3A93" w14:textId="77777777" w:rsidR="00547B98" w:rsidRPr="002C5B63" w:rsidRDefault="0027081F" w:rsidP="002C5B63">
            <w:pPr>
              <w:pStyle w:val="TOC1"/>
              <w:spacing w:before="0" w:line="360" w:lineRule="auto"/>
              <w:ind w:left="107"/>
              <w:jc w:val="both"/>
              <w:rPr>
                <w:b w:val="0"/>
                <w:bCs w:val="0"/>
                <w:sz w:val="20"/>
                <w:szCs w:val="20"/>
              </w:rPr>
            </w:pPr>
            <w:r w:rsidRPr="002C5B63">
              <w:rPr>
                <w:b w:val="0"/>
                <w:bCs w:val="0"/>
                <w:spacing w:val="-2"/>
                <w:sz w:val="20"/>
                <w:szCs w:val="20"/>
              </w:rPr>
              <w:t>Deskriptif</w:t>
            </w:r>
          </w:p>
        </w:tc>
        <w:tc>
          <w:tcPr>
            <w:tcW w:w="2147" w:type="dxa"/>
            <w:tcBorders>
              <w:top w:val="single" w:sz="4" w:space="0" w:color="000000"/>
              <w:bottom w:val="single" w:sz="4" w:space="0" w:color="000000"/>
            </w:tcBorders>
          </w:tcPr>
          <w:p w14:paraId="15E2D8DF" w14:textId="26179869" w:rsidR="00547B98" w:rsidRPr="002C5B63" w:rsidRDefault="0027081F" w:rsidP="002C5B63">
            <w:pPr>
              <w:spacing w:line="360" w:lineRule="auto"/>
              <w:rPr>
                <w:rFonts w:ascii="Arial" w:hAnsi="Arial" w:cs="Arial"/>
                <w:sz w:val="20"/>
                <w:szCs w:val="20"/>
              </w:rPr>
            </w:pPr>
            <w:r w:rsidRPr="002C5B63">
              <w:rPr>
                <w:rFonts w:ascii="Arial" w:hAnsi="Arial" w:cs="Arial"/>
                <w:sz w:val="20"/>
                <w:szCs w:val="20"/>
              </w:rPr>
              <w:t>70%</w:t>
            </w:r>
            <w:r w:rsidR="002C5B63" w:rsidRPr="002C5B63">
              <w:rPr>
                <w:rFonts w:ascii="Arial" w:hAnsi="Arial" w:cs="Arial"/>
                <w:sz w:val="20"/>
                <w:szCs w:val="20"/>
                <w:lang w:val="en-US"/>
              </w:rPr>
              <w:t xml:space="preserve"> </w:t>
            </w:r>
            <w:r w:rsidRPr="002C5B63">
              <w:rPr>
                <w:rFonts w:ascii="Arial" w:hAnsi="Arial" w:cs="Arial"/>
                <w:sz w:val="20"/>
                <w:szCs w:val="20"/>
              </w:rPr>
              <w:t>ibu menyusui yang mendapat</w:t>
            </w:r>
            <w:r w:rsidR="002811E1" w:rsidRPr="002C5B63">
              <w:rPr>
                <w:rFonts w:ascii="Arial" w:hAnsi="Arial" w:cs="Arial"/>
                <w:spacing w:val="77"/>
                <w:sz w:val="20"/>
                <w:szCs w:val="20"/>
              </w:rPr>
              <w:t xml:space="preserve"> </w:t>
            </w:r>
            <w:r w:rsidRPr="002C5B63">
              <w:rPr>
                <w:rFonts w:ascii="Arial" w:hAnsi="Arial" w:cs="Arial"/>
                <w:spacing w:val="-2"/>
                <w:sz w:val="20"/>
                <w:szCs w:val="20"/>
              </w:rPr>
              <w:t>dukungan</w:t>
            </w:r>
          </w:p>
          <w:p w14:paraId="3AA690B8" w14:textId="17D3EB5C" w:rsidR="00547B98" w:rsidRPr="002C5B63" w:rsidRDefault="002811E1" w:rsidP="002C5B63">
            <w:pPr>
              <w:spacing w:line="360" w:lineRule="auto"/>
              <w:rPr>
                <w:rFonts w:ascii="Arial" w:hAnsi="Arial" w:cs="Arial"/>
                <w:sz w:val="20"/>
                <w:szCs w:val="20"/>
              </w:rPr>
            </w:pPr>
            <w:r w:rsidRPr="002C5B63">
              <w:rPr>
                <w:rFonts w:ascii="Arial" w:hAnsi="Arial" w:cs="Arial"/>
                <w:spacing w:val="-2"/>
                <w:sz w:val="20"/>
                <w:szCs w:val="20"/>
              </w:rPr>
              <w:t>Keluarga</w:t>
            </w:r>
            <w:r w:rsidR="002C5B63">
              <w:rPr>
                <w:rFonts w:ascii="Arial" w:hAnsi="Arial" w:cs="Arial"/>
                <w:spacing w:val="-2"/>
                <w:sz w:val="20"/>
                <w:szCs w:val="20"/>
                <w:lang w:val="en-US"/>
              </w:rPr>
              <w:t xml:space="preserve"> </w:t>
            </w:r>
            <w:r w:rsidRPr="002C5B63">
              <w:rPr>
                <w:rFonts w:ascii="Arial" w:hAnsi="Arial" w:cs="Arial"/>
                <w:spacing w:val="-2"/>
                <w:sz w:val="20"/>
                <w:szCs w:val="20"/>
              </w:rPr>
              <w:t>berhasil memberikan</w:t>
            </w:r>
            <w:r w:rsidRPr="002C5B63">
              <w:rPr>
                <w:rFonts w:ascii="Arial" w:hAnsi="Arial" w:cs="Arial"/>
                <w:sz w:val="20"/>
                <w:szCs w:val="20"/>
              </w:rPr>
              <w:t xml:space="preserve"> </w:t>
            </w:r>
            <w:r w:rsidRPr="002C5B63">
              <w:rPr>
                <w:rFonts w:ascii="Arial" w:hAnsi="Arial" w:cs="Arial"/>
                <w:spacing w:val="-4"/>
                <w:sz w:val="20"/>
                <w:szCs w:val="20"/>
              </w:rPr>
              <w:t xml:space="preserve">ASI </w:t>
            </w:r>
            <w:r w:rsidRPr="002C5B63">
              <w:rPr>
                <w:rFonts w:ascii="Arial" w:hAnsi="Arial" w:cs="Arial"/>
                <w:sz w:val="20"/>
                <w:szCs w:val="20"/>
              </w:rPr>
              <w:t>eksklusif.</w:t>
            </w:r>
            <w:r w:rsidR="002C5B63">
              <w:rPr>
                <w:rFonts w:ascii="Arial" w:hAnsi="Arial" w:cs="Arial"/>
                <w:sz w:val="20"/>
                <w:szCs w:val="20"/>
                <w:lang w:val="en-US"/>
              </w:rPr>
              <w:t xml:space="preserve"> </w:t>
            </w:r>
            <w:r w:rsidRPr="002C5B63">
              <w:rPr>
                <w:rFonts w:ascii="Arial" w:hAnsi="Arial" w:cs="Arial"/>
                <w:sz w:val="20"/>
                <w:szCs w:val="20"/>
              </w:rPr>
              <w:t>Dukungan berupa bantuan suami, ibu,</w:t>
            </w:r>
            <w:r w:rsidRPr="002C5B63">
              <w:rPr>
                <w:rFonts w:ascii="Arial" w:hAnsi="Arial" w:cs="Arial"/>
                <w:spacing w:val="68"/>
                <w:sz w:val="20"/>
                <w:szCs w:val="20"/>
              </w:rPr>
              <w:t xml:space="preserve"> </w:t>
            </w:r>
            <w:r w:rsidRPr="002C5B63">
              <w:rPr>
                <w:rFonts w:ascii="Arial" w:hAnsi="Arial" w:cs="Arial"/>
                <w:sz w:val="20"/>
                <w:szCs w:val="20"/>
              </w:rPr>
              <w:t xml:space="preserve">mertua </w:t>
            </w:r>
            <w:r w:rsidRPr="002C5B63">
              <w:rPr>
                <w:rFonts w:ascii="Arial" w:hAnsi="Arial" w:cs="Arial"/>
                <w:spacing w:val="-5"/>
                <w:sz w:val="20"/>
                <w:szCs w:val="20"/>
              </w:rPr>
              <w:t>dan</w:t>
            </w:r>
          </w:p>
          <w:p w14:paraId="230AB50B" w14:textId="17645C27" w:rsidR="00547B98" w:rsidRPr="002C5B63" w:rsidRDefault="0027081F" w:rsidP="002C5B63">
            <w:pPr>
              <w:spacing w:line="360" w:lineRule="auto"/>
              <w:rPr>
                <w:rFonts w:ascii="Arial" w:hAnsi="Arial" w:cs="Arial"/>
                <w:spacing w:val="-2"/>
                <w:sz w:val="20"/>
                <w:szCs w:val="20"/>
              </w:rPr>
            </w:pPr>
            <w:r w:rsidRPr="002C5B63">
              <w:rPr>
                <w:rFonts w:ascii="Arial" w:hAnsi="Arial" w:cs="Arial"/>
                <w:sz w:val="20"/>
                <w:szCs w:val="20"/>
              </w:rPr>
              <w:t>dukungan</w:t>
            </w:r>
            <w:r w:rsidRPr="002C5B63">
              <w:rPr>
                <w:rFonts w:ascii="Arial" w:hAnsi="Arial" w:cs="Arial"/>
                <w:spacing w:val="-4"/>
                <w:sz w:val="20"/>
                <w:szCs w:val="20"/>
              </w:rPr>
              <w:t xml:space="preserve"> </w:t>
            </w:r>
            <w:r w:rsidRPr="002C5B63">
              <w:rPr>
                <w:rFonts w:ascii="Arial" w:hAnsi="Arial" w:cs="Arial"/>
                <w:spacing w:val="-2"/>
                <w:sz w:val="20"/>
                <w:szCs w:val="20"/>
              </w:rPr>
              <w:t>emosional.</w:t>
            </w:r>
          </w:p>
        </w:tc>
      </w:tr>
      <w:tr w:rsidR="00547B98" w:rsidRPr="002C5B63" w14:paraId="06ED99FA" w14:textId="77777777" w:rsidTr="002C5B63">
        <w:trPr>
          <w:trHeight w:val="2528"/>
        </w:trPr>
        <w:tc>
          <w:tcPr>
            <w:tcW w:w="2126" w:type="dxa"/>
            <w:tcBorders>
              <w:top w:val="single" w:sz="4" w:space="0" w:color="000000"/>
              <w:bottom w:val="single" w:sz="4" w:space="0" w:color="000000"/>
            </w:tcBorders>
          </w:tcPr>
          <w:p w14:paraId="0812B46F" w14:textId="34BEA5E0" w:rsidR="00547B98" w:rsidRPr="002C5B63" w:rsidRDefault="0027081F" w:rsidP="002C5B63">
            <w:pPr>
              <w:spacing w:line="360" w:lineRule="auto"/>
              <w:rPr>
                <w:rFonts w:ascii="Arial" w:hAnsi="Arial" w:cs="Arial"/>
                <w:sz w:val="20"/>
                <w:szCs w:val="20"/>
              </w:rPr>
            </w:pPr>
            <w:r w:rsidRPr="002C5B63">
              <w:rPr>
                <w:rFonts w:ascii="Arial" w:hAnsi="Arial" w:cs="Arial"/>
                <w:sz w:val="20"/>
                <w:szCs w:val="20"/>
              </w:rPr>
              <w:t>Putri, D. F. &amp;</w:t>
            </w:r>
            <w:r w:rsidR="002811E1" w:rsidRPr="002C5B63">
              <w:rPr>
                <w:rFonts w:ascii="Arial" w:hAnsi="Arial" w:cs="Arial"/>
                <w:sz w:val="20"/>
                <w:szCs w:val="20"/>
              </w:rPr>
              <w:t xml:space="preserve"> </w:t>
            </w:r>
            <w:r w:rsidRPr="002C5B63">
              <w:rPr>
                <w:rFonts w:ascii="Arial" w:hAnsi="Arial" w:cs="Arial"/>
                <w:sz w:val="20"/>
                <w:szCs w:val="20"/>
              </w:rPr>
              <w:t>Wahyuningsih,</w:t>
            </w:r>
            <w:r w:rsidRPr="002C5B63">
              <w:rPr>
                <w:rFonts w:ascii="Arial" w:hAnsi="Arial" w:cs="Arial"/>
                <w:spacing w:val="-16"/>
                <w:sz w:val="20"/>
                <w:szCs w:val="20"/>
              </w:rPr>
              <w:t xml:space="preserve"> </w:t>
            </w:r>
            <w:r w:rsidRPr="002C5B63">
              <w:rPr>
                <w:rFonts w:ascii="Arial" w:hAnsi="Arial" w:cs="Arial"/>
                <w:sz w:val="20"/>
                <w:szCs w:val="20"/>
              </w:rPr>
              <w:t xml:space="preserve">E. </w:t>
            </w:r>
            <w:r w:rsidRPr="002C5B63">
              <w:rPr>
                <w:rFonts w:ascii="Arial" w:hAnsi="Arial" w:cs="Arial"/>
                <w:spacing w:val="-2"/>
                <w:sz w:val="20"/>
                <w:szCs w:val="20"/>
              </w:rPr>
              <w:t>(2022)</w:t>
            </w:r>
          </w:p>
        </w:tc>
        <w:tc>
          <w:tcPr>
            <w:tcW w:w="1835" w:type="dxa"/>
            <w:tcBorders>
              <w:top w:val="single" w:sz="4" w:space="0" w:color="000000"/>
              <w:bottom w:val="single" w:sz="4" w:space="0" w:color="000000"/>
            </w:tcBorders>
          </w:tcPr>
          <w:p w14:paraId="50A0AE69" w14:textId="363837CB" w:rsidR="00547B98" w:rsidRPr="002C5B63" w:rsidRDefault="0027081F" w:rsidP="002C5B63">
            <w:pPr>
              <w:spacing w:line="360" w:lineRule="auto"/>
              <w:rPr>
                <w:rFonts w:ascii="Arial" w:hAnsi="Arial" w:cs="Arial"/>
                <w:sz w:val="20"/>
                <w:szCs w:val="20"/>
              </w:rPr>
            </w:pPr>
            <w:r w:rsidRPr="002C5B63">
              <w:rPr>
                <w:rFonts w:ascii="Arial" w:hAnsi="Arial" w:cs="Arial"/>
                <w:spacing w:val="-2"/>
                <w:sz w:val="20"/>
                <w:szCs w:val="20"/>
              </w:rPr>
              <w:t>Dukungan Keluarga</w:t>
            </w:r>
            <w:r w:rsidR="002811E1" w:rsidRPr="002C5B63">
              <w:rPr>
                <w:rFonts w:ascii="Arial" w:hAnsi="Arial" w:cs="Arial"/>
                <w:sz w:val="20"/>
                <w:szCs w:val="20"/>
              </w:rPr>
              <w:t xml:space="preserve"> </w:t>
            </w:r>
            <w:r w:rsidRPr="002C5B63">
              <w:rPr>
                <w:rFonts w:ascii="Arial" w:hAnsi="Arial" w:cs="Arial"/>
                <w:spacing w:val="-4"/>
                <w:sz w:val="20"/>
                <w:szCs w:val="20"/>
              </w:rPr>
              <w:t xml:space="preserve">dan </w:t>
            </w:r>
            <w:r w:rsidRPr="002C5B63">
              <w:rPr>
                <w:rFonts w:ascii="Arial" w:hAnsi="Arial" w:cs="Arial"/>
                <w:spacing w:val="-2"/>
                <w:sz w:val="20"/>
                <w:szCs w:val="20"/>
              </w:rPr>
              <w:t>Keberhasilan ASI</w:t>
            </w:r>
            <w:r w:rsidR="002811E1" w:rsidRPr="002C5B63">
              <w:rPr>
                <w:rFonts w:ascii="Arial" w:hAnsi="Arial" w:cs="Arial"/>
                <w:spacing w:val="-2"/>
                <w:sz w:val="20"/>
                <w:szCs w:val="20"/>
              </w:rPr>
              <w:t xml:space="preserve"> </w:t>
            </w:r>
            <w:r w:rsidRPr="002C5B63">
              <w:rPr>
                <w:rFonts w:ascii="Arial" w:hAnsi="Arial" w:cs="Arial"/>
                <w:spacing w:val="-2"/>
                <w:sz w:val="20"/>
                <w:szCs w:val="20"/>
              </w:rPr>
              <w:t>Eksklusif</w:t>
            </w:r>
          </w:p>
        </w:tc>
        <w:tc>
          <w:tcPr>
            <w:tcW w:w="1546" w:type="dxa"/>
            <w:tcBorders>
              <w:top w:val="single" w:sz="4" w:space="0" w:color="000000"/>
              <w:bottom w:val="single" w:sz="4" w:space="0" w:color="000000"/>
            </w:tcBorders>
          </w:tcPr>
          <w:p w14:paraId="3F4FD2CD" w14:textId="77777777" w:rsidR="00547B98" w:rsidRPr="002C5B63" w:rsidRDefault="0027081F" w:rsidP="002C5B63">
            <w:pPr>
              <w:spacing w:line="360" w:lineRule="auto"/>
              <w:rPr>
                <w:rFonts w:ascii="Arial" w:hAnsi="Arial" w:cs="Arial"/>
                <w:sz w:val="20"/>
                <w:szCs w:val="20"/>
              </w:rPr>
            </w:pPr>
            <w:r w:rsidRPr="002C5B63">
              <w:rPr>
                <w:rFonts w:ascii="Arial" w:hAnsi="Arial" w:cs="Arial"/>
                <w:spacing w:val="-2"/>
                <w:sz w:val="20"/>
                <w:szCs w:val="20"/>
              </w:rPr>
              <w:t>Deskriptif</w:t>
            </w:r>
          </w:p>
        </w:tc>
        <w:tc>
          <w:tcPr>
            <w:tcW w:w="2147" w:type="dxa"/>
            <w:tcBorders>
              <w:top w:val="single" w:sz="4" w:space="0" w:color="000000"/>
              <w:bottom w:val="single" w:sz="4" w:space="0" w:color="000000"/>
            </w:tcBorders>
          </w:tcPr>
          <w:p w14:paraId="452065C9" w14:textId="5AB45BD9" w:rsidR="00547B98" w:rsidRPr="002C5B63" w:rsidRDefault="0027081F" w:rsidP="002C5B63">
            <w:pPr>
              <w:spacing w:line="360" w:lineRule="auto"/>
              <w:rPr>
                <w:rFonts w:ascii="Arial" w:hAnsi="Arial" w:cs="Arial"/>
                <w:sz w:val="20"/>
                <w:szCs w:val="20"/>
              </w:rPr>
            </w:pPr>
            <w:r w:rsidRPr="002C5B63">
              <w:rPr>
                <w:rFonts w:ascii="Arial" w:hAnsi="Arial" w:cs="Arial"/>
                <w:spacing w:val="-4"/>
                <w:sz w:val="20"/>
                <w:szCs w:val="20"/>
              </w:rPr>
              <w:t>78%</w:t>
            </w:r>
            <w:r w:rsidRPr="002C5B63">
              <w:rPr>
                <w:rFonts w:ascii="Arial" w:hAnsi="Arial" w:cs="Arial"/>
                <w:sz w:val="20"/>
                <w:szCs w:val="20"/>
              </w:rPr>
              <w:tab/>
            </w:r>
            <w:r w:rsidRPr="002C5B63">
              <w:rPr>
                <w:rFonts w:ascii="Arial" w:hAnsi="Arial" w:cs="Arial"/>
                <w:spacing w:val="-2"/>
                <w:sz w:val="20"/>
                <w:szCs w:val="20"/>
              </w:rPr>
              <w:t xml:space="preserve">responden </w:t>
            </w:r>
            <w:r w:rsidRPr="002C5B63">
              <w:rPr>
                <w:rFonts w:ascii="Arial" w:hAnsi="Arial" w:cs="Arial"/>
                <w:sz w:val="20"/>
                <w:szCs w:val="20"/>
              </w:rPr>
              <w:t>menyatakan dukungan keluarga penting dalam kelancaran ASI eksklusif, seperti motivasi, bantuan pekerjaan rumah, dan</w:t>
            </w:r>
            <w:r w:rsidR="002811E1" w:rsidRPr="002C5B63">
              <w:rPr>
                <w:rFonts w:ascii="Arial" w:hAnsi="Arial" w:cs="Arial"/>
                <w:sz w:val="20"/>
                <w:szCs w:val="20"/>
              </w:rPr>
              <w:t xml:space="preserve"> </w:t>
            </w:r>
            <w:r w:rsidRPr="002C5B63">
              <w:rPr>
                <w:rFonts w:ascii="Arial" w:hAnsi="Arial" w:cs="Arial"/>
                <w:spacing w:val="-2"/>
                <w:sz w:val="20"/>
                <w:szCs w:val="20"/>
              </w:rPr>
              <w:t>dukungan</w:t>
            </w:r>
            <w:r w:rsidR="002811E1" w:rsidRPr="002C5B63">
              <w:rPr>
                <w:rFonts w:ascii="Arial" w:hAnsi="Arial" w:cs="Arial"/>
                <w:sz w:val="20"/>
                <w:szCs w:val="20"/>
              </w:rPr>
              <w:t xml:space="preserve"> </w:t>
            </w:r>
            <w:r w:rsidRPr="002C5B63">
              <w:rPr>
                <w:rFonts w:ascii="Arial" w:hAnsi="Arial" w:cs="Arial"/>
                <w:spacing w:val="-4"/>
                <w:sz w:val="20"/>
                <w:szCs w:val="20"/>
              </w:rPr>
              <w:t>saat</w:t>
            </w:r>
            <w:r w:rsidR="002811E1" w:rsidRPr="002C5B63">
              <w:rPr>
                <w:rFonts w:ascii="Arial" w:hAnsi="Arial" w:cs="Arial"/>
                <w:sz w:val="20"/>
                <w:szCs w:val="20"/>
              </w:rPr>
              <w:t xml:space="preserve"> </w:t>
            </w:r>
            <w:r w:rsidRPr="002C5B63">
              <w:rPr>
                <w:rFonts w:ascii="Arial" w:hAnsi="Arial" w:cs="Arial"/>
                <w:spacing w:val="-2"/>
                <w:sz w:val="20"/>
                <w:szCs w:val="20"/>
              </w:rPr>
              <w:t>menyusui.</w:t>
            </w:r>
          </w:p>
        </w:tc>
      </w:tr>
      <w:tr w:rsidR="002811E1" w:rsidRPr="002C5B63" w14:paraId="0F1BEA8A" w14:textId="77777777" w:rsidTr="002C5B63">
        <w:trPr>
          <w:trHeight w:val="2528"/>
        </w:trPr>
        <w:tc>
          <w:tcPr>
            <w:tcW w:w="2126" w:type="dxa"/>
            <w:tcBorders>
              <w:top w:val="single" w:sz="4" w:space="0" w:color="000000"/>
              <w:bottom w:val="single" w:sz="4" w:space="0" w:color="000000"/>
            </w:tcBorders>
          </w:tcPr>
          <w:p w14:paraId="5F54B051" w14:textId="3D017465" w:rsidR="002811E1" w:rsidRPr="002C5B63" w:rsidRDefault="002811E1" w:rsidP="002C5B63">
            <w:pPr>
              <w:spacing w:line="360" w:lineRule="auto"/>
              <w:rPr>
                <w:rFonts w:ascii="Arial" w:hAnsi="Arial" w:cs="Arial"/>
                <w:sz w:val="20"/>
                <w:szCs w:val="20"/>
              </w:rPr>
            </w:pPr>
            <w:r w:rsidRPr="002C5B63">
              <w:rPr>
                <w:rFonts w:ascii="Arial" w:hAnsi="Arial" w:cs="Arial"/>
                <w:sz w:val="20"/>
                <w:szCs w:val="20"/>
              </w:rPr>
              <w:t>Siregar,</w:t>
            </w:r>
            <w:r w:rsidRPr="002C5B63">
              <w:rPr>
                <w:rFonts w:ascii="Arial" w:hAnsi="Arial" w:cs="Arial"/>
                <w:spacing w:val="-10"/>
                <w:sz w:val="20"/>
                <w:szCs w:val="20"/>
              </w:rPr>
              <w:t xml:space="preserve"> </w:t>
            </w:r>
            <w:r w:rsidRPr="002C5B63">
              <w:rPr>
                <w:rFonts w:ascii="Arial" w:hAnsi="Arial" w:cs="Arial"/>
                <w:sz w:val="20"/>
                <w:szCs w:val="20"/>
              </w:rPr>
              <w:t>M.</w:t>
            </w:r>
            <w:r w:rsidRPr="002C5B63">
              <w:rPr>
                <w:rFonts w:ascii="Arial" w:hAnsi="Arial" w:cs="Arial"/>
                <w:spacing w:val="-9"/>
                <w:sz w:val="20"/>
                <w:szCs w:val="20"/>
              </w:rPr>
              <w:t xml:space="preserve"> </w:t>
            </w:r>
            <w:r w:rsidRPr="002C5B63">
              <w:rPr>
                <w:rFonts w:ascii="Arial" w:hAnsi="Arial" w:cs="Arial"/>
                <w:spacing w:val="-2"/>
                <w:sz w:val="20"/>
                <w:szCs w:val="20"/>
              </w:rPr>
              <w:t>(2021)</w:t>
            </w:r>
          </w:p>
        </w:tc>
        <w:tc>
          <w:tcPr>
            <w:tcW w:w="1835" w:type="dxa"/>
            <w:tcBorders>
              <w:top w:val="single" w:sz="4" w:space="0" w:color="000000"/>
              <w:bottom w:val="single" w:sz="4" w:space="0" w:color="000000"/>
            </w:tcBorders>
          </w:tcPr>
          <w:p w14:paraId="4EFCFDC0" w14:textId="483F4EC1" w:rsidR="002811E1" w:rsidRPr="002C5B63" w:rsidRDefault="002811E1" w:rsidP="002C5B63">
            <w:pPr>
              <w:pStyle w:val="TOC1"/>
              <w:spacing w:before="0" w:line="360" w:lineRule="auto"/>
              <w:ind w:left="105"/>
              <w:rPr>
                <w:b w:val="0"/>
                <w:bCs w:val="0"/>
                <w:sz w:val="20"/>
                <w:szCs w:val="20"/>
              </w:rPr>
            </w:pPr>
            <w:r w:rsidRPr="002C5B63">
              <w:rPr>
                <w:b w:val="0"/>
                <w:bCs w:val="0"/>
                <w:spacing w:val="-2"/>
                <w:sz w:val="20"/>
                <w:szCs w:val="20"/>
              </w:rPr>
              <w:t xml:space="preserve">Pengaruh </w:t>
            </w:r>
            <w:r w:rsidRPr="002C5B63">
              <w:rPr>
                <w:b w:val="0"/>
                <w:bCs w:val="0"/>
                <w:sz w:val="20"/>
                <w:szCs w:val="20"/>
              </w:rPr>
              <w:t>Dukungan</w:t>
            </w:r>
            <w:r w:rsidRPr="002C5B63">
              <w:rPr>
                <w:b w:val="0"/>
                <w:bCs w:val="0"/>
                <w:spacing w:val="80"/>
                <w:sz w:val="20"/>
                <w:szCs w:val="20"/>
              </w:rPr>
              <w:t xml:space="preserve"> </w:t>
            </w:r>
            <w:r w:rsidRPr="002C5B63">
              <w:rPr>
                <w:b w:val="0"/>
                <w:bCs w:val="0"/>
                <w:sz w:val="20"/>
                <w:szCs w:val="20"/>
              </w:rPr>
              <w:t xml:space="preserve">Suami </w:t>
            </w:r>
            <w:r w:rsidRPr="002C5B63">
              <w:rPr>
                <w:b w:val="0"/>
                <w:bCs w:val="0"/>
                <w:spacing w:val="-2"/>
                <w:sz w:val="20"/>
                <w:szCs w:val="20"/>
              </w:rPr>
              <w:t xml:space="preserve">terhadap </w:t>
            </w:r>
            <w:r w:rsidRPr="002C5B63">
              <w:rPr>
                <w:b w:val="0"/>
                <w:bCs w:val="0"/>
                <w:sz w:val="20"/>
                <w:szCs w:val="20"/>
              </w:rPr>
              <w:t>Keberhasilan</w:t>
            </w:r>
            <w:r w:rsidRPr="002C5B63">
              <w:rPr>
                <w:b w:val="0"/>
                <w:bCs w:val="0"/>
                <w:spacing w:val="80"/>
                <w:sz w:val="20"/>
                <w:szCs w:val="20"/>
              </w:rPr>
              <w:t xml:space="preserve"> </w:t>
            </w:r>
            <w:r w:rsidRPr="002C5B63">
              <w:rPr>
                <w:b w:val="0"/>
                <w:bCs w:val="0"/>
                <w:sz w:val="20"/>
                <w:szCs w:val="20"/>
              </w:rPr>
              <w:t>ASI Eksklusif</w:t>
            </w:r>
            <w:r w:rsidRPr="002C5B63">
              <w:rPr>
                <w:b w:val="0"/>
                <w:bCs w:val="0"/>
                <w:spacing w:val="69"/>
                <w:w w:val="150"/>
                <w:sz w:val="20"/>
                <w:szCs w:val="20"/>
              </w:rPr>
              <w:t xml:space="preserve"> </w:t>
            </w:r>
            <w:r w:rsidRPr="002C5B63">
              <w:rPr>
                <w:b w:val="0"/>
                <w:bCs w:val="0"/>
                <w:sz w:val="20"/>
                <w:szCs w:val="20"/>
              </w:rPr>
              <w:t>di</w:t>
            </w:r>
            <w:r w:rsidRPr="002C5B63">
              <w:rPr>
                <w:b w:val="0"/>
                <w:bCs w:val="0"/>
                <w:spacing w:val="69"/>
                <w:w w:val="150"/>
                <w:sz w:val="20"/>
                <w:szCs w:val="20"/>
              </w:rPr>
              <w:t xml:space="preserve"> </w:t>
            </w:r>
            <w:r w:rsidRPr="002C5B63">
              <w:rPr>
                <w:b w:val="0"/>
                <w:bCs w:val="0"/>
                <w:spacing w:val="-4"/>
                <w:sz w:val="20"/>
                <w:szCs w:val="20"/>
              </w:rPr>
              <w:t xml:space="preserve">Kota </w:t>
            </w:r>
            <w:r w:rsidRPr="002C5B63">
              <w:rPr>
                <w:b w:val="0"/>
                <w:bCs w:val="0"/>
                <w:spacing w:val="-2"/>
                <w:sz w:val="20"/>
                <w:szCs w:val="20"/>
              </w:rPr>
              <w:t>Medan</w:t>
            </w:r>
          </w:p>
        </w:tc>
        <w:tc>
          <w:tcPr>
            <w:tcW w:w="1546" w:type="dxa"/>
            <w:tcBorders>
              <w:top w:val="single" w:sz="4" w:space="0" w:color="000000"/>
              <w:bottom w:val="single" w:sz="4" w:space="0" w:color="000000"/>
            </w:tcBorders>
          </w:tcPr>
          <w:p w14:paraId="5A9F7EEC" w14:textId="3C7F0F04" w:rsidR="002811E1" w:rsidRPr="002C5B63" w:rsidRDefault="002811E1" w:rsidP="002C5B63">
            <w:pPr>
              <w:spacing w:line="360" w:lineRule="auto"/>
              <w:rPr>
                <w:rFonts w:ascii="Arial" w:hAnsi="Arial" w:cs="Arial"/>
                <w:spacing w:val="-2"/>
                <w:sz w:val="20"/>
                <w:szCs w:val="20"/>
              </w:rPr>
            </w:pPr>
            <w:r w:rsidRPr="002C5B63">
              <w:rPr>
                <w:rFonts w:ascii="Arial" w:hAnsi="Arial" w:cs="Arial"/>
                <w:spacing w:val="-2"/>
                <w:sz w:val="20"/>
                <w:szCs w:val="20"/>
              </w:rPr>
              <w:t>Kuantitatif</w:t>
            </w:r>
          </w:p>
        </w:tc>
        <w:tc>
          <w:tcPr>
            <w:tcW w:w="2147" w:type="dxa"/>
            <w:tcBorders>
              <w:top w:val="single" w:sz="4" w:space="0" w:color="000000"/>
              <w:bottom w:val="single" w:sz="4" w:space="0" w:color="000000"/>
            </w:tcBorders>
          </w:tcPr>
          <w:p w14:paraId="24E738AC" w14:textId="1B54DC26" w:rsidR="002811E1" w:rsidRPr="002C5B63" w:rsidRDefault="002811E1" w:rsidP="002C5B63">
            <w:pPr>
              <w:pStyle w:val="TOC1"/>
              <w:tabs>
                <w:tab w:val="left" w:pos="2493"/>
              </w:tabs>
              <w:spacing w:before="0" w:line="360" w:lineRule="auto"/>
              <w:ind w:left="0"/>
              <w:rPr>
                <w:b w:val="0"/>
                <w:bCs w:val="0"/>
                <w:sz w:val="20"/>
                <w:szCs w:val="20"/>
              </w:rPr>
            </w:pPr>
            <w:r w:rsidRPr="002C5B63">
              <w:rPr>
                <w:b w:val="0"/>
                <w:bCs w:val="0"/>
                <w:sz w:val="20"/>
                <w:szCs w:val="20"/>
              </w:rPr>
              <w:t xml:space="preserve">Dukungan suami sangat </w:t>
            </w:r>
            <w:r w:rsidRPr="002C5B63">
              <w:rPr>
                <w:b w:val="0"/>
                <w:bCs w:val="0"/>
                <w:spacing w:val="-2"/>
                <w:sz w:val="20"/>
                <w:szCs w:val="20"/>
              </w:rPr>
              <w:t>berperan</w:t>
            </w:r>
            <w:r w:rsidRPr="002C5B63">
              <w:rPr>
                <w:b w:val="0"/>
                <w:bCs w:val="0"/>
                <w:sz w:val="20"/>
                <w:szCs w:val="20"/>
              </w:rPr>
              <w:t xml:space="preserve"> </w:t>
            </w:r>
            <w:r w:rsidRPr="002C5B63">
              <w:rPr>
                <w:b w:val="0"/>
                <w:bCs w:val="0"/>
                <w:spacing w:val="-2"/>
                <w:sz w:val="20"/>
                <w:szCs w:val="20"/>
              </w:rPr>
              <w:t xml:space="preserve">dalam </w:t>
            </w:r>
            <w:r w:rsidRPr="002C5B63">
              <w:rPr>
                <w:b w:val="0"/>
                <w:bCs w:val="0"/>
                <w:sz w:val="20"/>
                <w:szCs w:val="20"/>
              </w:rPr>
              <w:t xml:space="preserve">keberhasilan ASI eksklusif, </w:t>
            </w:r>
            <w:r w:rsidRPr="002C5B63">
              <w:rPr>
                <w:b w:val="0"/>
                <w:bCs w:val="0"/>
                <w:spacing w:val="-2"/>
                <w:sz w:val="20"/>
                <w:szCs w:val="20"/>
              </w:rPr>
              <w:t>terutama</w:t>
            </w:r>
            <w:r w:rsidRPr="002C5B63">
              <w:rPr>
                <w:b w:val="0"/>
                <w:bCs w:val="0"/>
                <w:sz w:val="20"/>
                <w:szCs w:val="20"/>
              </w:rPr>
              <w:t xml:space="preserve"> </w:t>
            </w:r>
            <w:r w:rsidRPr="002C5B63">
              <w:rPr>
                <w:b w:val="0"/>
                <w:bCs w:val="0"/>
                <w:spacing w:val="-2"/>
                <w:sz w:val="20"/>
                <w:szCs w:val="20"/>
              </w:rPr>
              <w:t xml:space="preserve">dalam </w:t>
            </w:r>
            <w:r w:rsidRPr="002C5B63">
              <w:rPr>
                <w:b w:val="0"/>
                <w:bCs w:val="0"/>
                <w:sz w:val="20"/>
                <w:szCs w:val="20"/>
              </w:rPr>
              <w:t>pengambilan</w:t>
            </w:r>
            <w:r w:rsidRPr="002C5B63">
              <w:rPr>
                <w:b w:val="0"/>
                <w:bCs w:val="0"/>
                <w:spacing w:val="51"/>
                <w:w w:val="150"/>
                <w:sz w:val="20"/>
                <w:szCs w:val="20"/>
              </w:rPr>
              <w:t xml:space="preserve"> </w:t>
            </w:r>
            <w:r w:rsidRPr="002C5B63">
              <w:rPr>
                <w:b w:val="0"/>
                <w:bCs w:val="0"/>
                <w:spacing w:val="-2"/>
                <w:sz w:val="20"/>
                <w:szCs w:val="20"/>
              </w:rPr>
              <w:t>keputusan</w:t>
            </w:r>
          </w:p>
          <w:p w14:paraId="33D50B36" w14:textId="5575E0DF" w:rsidR="002811E1" w:rsidRPr="002C5B63" w:rsidRDefault="002811E1" w:rsidP="002C5B63">
            <w:pPr>
              <w:spacing w:line="360" w:lineRule="auto"/>
              <w:rPr>
                <w:rFonts w:ascii="Arial" w:hAnsi="Arial" w:cs="Arial"/>
                <w:spacing w:val="-4"/>
                <w:sz w:val="20"/>
                <w:szCs w:val="20"/>
              </w:rPr>
            </w:pPr>
            <w:r w:rsidRPr="002C5B63">
              <w:rPr>
                <w:rFonts w:ascii="Arial" w:hAnsi="Arial" w:cs="Arial"/>
                <w:sz w:val="20"/>
                <w:szCs w:val="20"/>
              </w:rPr>
              <w:t>dan</w:t>
            </w:r>
            <w:r w:rsidRPr="002C5B63">
              <w:rPr>
                <w:rFonts w:ascii="Arial" w:hAnsi="Arial" w:cs="Arial"/>
                <w:spacing w:val="-1"/>
                <w:sz w:val="20"/>
                <w:szCs w:val="20"/>
              </w:rPr>
              <w:t xml:space="preserve"> </w:t>
            </w:r>
            <w:r w:rsidRPr="002C5B63">
              <w:rPr>
                <w:rFonts w:ascii="Arial" w:hAnsi="Arial" w:cs="Arial"/>
                <w:sz w:val="20"/>
                <w:szCs w:val="20"/>
              </w:rPr>
              <w:t>dukungan</w:t>
            </w:r>
            <w:r w:rsidRPr="002C5B63">
              <w:rPr>
                <w:rFonts w:ascii="Arial" w:hAnsi="Arial" w:cs="Arial"/>
                <w:spacing w:val="-1"/>
                <w:sz w:val="20"/>
                <w:szCs w:val="20"/>
              </w:rPr>
              <w:t xml:space="preserve"> </w:t>
            </w:r>
            <w:r w:rsidRPr="002C5B63">
              <w:rPr>
                <w:rFonts w:ascii="Arial" w:hAnsi="Arial" w:cs="Arial"/>
                <w:spacing w:val="-2"/>
                <w:sz w:val="20"/>
                <w:szCs w:val="20"/>
              </w:rPr>
              <w:t>emosional.</w:t>
            </w:r>
          </w:p>
        </w:tc>
      </w:tr>
      <w:tr w:rsidR="00870A6B" w:rsidRPr="002C5B63" w14:paraId="07650235" w14:textId="77777777" w:rsidTr="002C5B63">
        <w:trPr>
          <w:trHeight w:val="2528"/>
        </w:trPr>
        <w:tc>
          <w:tcPr>
            <w:tcW w:w="2126" w:type="dxa"/>
            <w:tcBorders>
              <w:top w:val="single" w:sz="4" w:space="0" w:color="000000"/>
              <w:bottom w:val="single" w:sz="4" w:space="0" w:color="000000"/>
            </w:tcBorders>
          </w:tcPr>
          <w:p w14:paraId="5C3B6B6D" w14:textId="4912597C" w:rsidR="00870A6B" w:rsidRPr="002C5B63" w:rsidRDefault="00870A6B" w:rsidP="002C5B63">
            <w:pPr>
              <w:spacing w:line="360" w:lineRule="auto"/>
              <w:rPr>
                <w:rFonts w:ascii="Arial" w:hAnsi="Arial" w:cs="Arial"/>
                <w:sz w:val="20"/>
                <w:szCs w:val="20"/>
              </w:rPr>
            </w:pPr>
            <w:r w:rsidRPr="002C5B63">
              <w:rPr>
                <w:rFonts w:ascii="Arial" w:hAnsi="Arial" w:cs="Arial"/>
                <w:spacing w:val="-2"/>
                <w:sz w:val="20"/>
                <w:szCs w:val="20"/>
              </w:rPr>
              <w:t>Handayani,</w:t>
            </w:r>
            <w:r w:rsidRPr="002C5B63">
              <w:rPr>
                <w:rFonts w:ascii="Arial" w:hAnsi="Arial" w:cs="Arial"/>
                <w:sz w:val="20"/>
                <w:szCs w:val="20"/>
              </w:rPr>
              <w:tab/>
            </w:r>
            <w:r w:rsidRPr="002C5B63">
              <w:rPr>
                <w:rFonts w:ascii="Arial" w:hAnsi="Arial" w:cs="Arial"/>
                <w:spacing w:val="-6"/>
                <w:sz w:val="20"/>
                <w:szCs w:val="20"/>
              </w:rPr>
              <w:t xml:space="preserve">S. </w:t>
            </w:r>
            <w:r w:rsidRPr="002C5B63">
              <w:rPr>
                <w:rFonts w:ascii="Arial" w:hAnsi="Arial" w:cs="Arial"/>
                <w:spacing w:val="-2"/>
                <w:sz w:val="20"/>
                <w:szCs w:val="20"/>
              </w:rPr>
              <w:t>(2022)</w:t>
            </w:r>
          </w:p>
        </w:tc>
        <w:tc>
          <w:tcPr>
            <w:tcW w:w="1835" w:type="dxa"/>
            <w:tcBorders>
              <w:top w:val="single" w:sz="4" w:space="0" w:color="000000"/>
              <w:bottom w:val="single" w:sz="4" w:space="0" w:color="000000"/>
            </w:tcBorders>
          </w:tcPr>
          <w:p w14:paraId="6E9519AC" w14:textId="5A63F8EB" w:rsidR="00870A6B" w:rsidRPr="002C5B63" w:rsidRDefault="00870A6B" w:rsidP="002C5B63">
            <w:pPr>
              <w:pStyle w:val="TOC1"/>
              <w:spacing w:before="0" w:line="360" w:lineRule="auto"/>
              <w:ind w:left="105"/>
              <w:rPr>
                <w:b w:val="0"/>
                <w:bCs w:val="0"/>
                <w:spacing w:val="-2"/>
                <w:sz w:val="20"/>
                <w:szCs w:val="20"/>
              </w:rPr>
            </w:pPr>
            <w:r w:rsidRPr="002C5B63">
              <w:rPr>
                <w:b w:val="0"/>
                <w:bCs w:val="0"/>
                <w:spacing w:val="-2"/>
                <w:sz w:val="20"/>
                <w:szCs w:val="20"/>
              </w:rPr>
              <w:t>Pengetahuan Kader</w:t>
            </w:r>
            <w:r w:rsidRPr="002C5B63">
              <w:rPr>
                <w:b w:val="0"/>
                <w:bCs w:val="0"/>
                <w:sz w:val="20"/>
                <w:szCs w:val="20"/>
              </w:rPr>
              <w:tab/>
            </w:r>
            <w:r w:rsidRPr="002C5B63">
              <w:rPr>
                <w:b w:val="0"/>
                <w:bCs w:val="0"/>
                <w:spacing w:val="-2"/>
                <w:sz w:val="20"/>
                <w:szCs w:val="20"/>
              </w:rPr>
              <w:t xml:space="preserve">Posyandu </w:t>
            </w:r>
            <w:r w:rsidRPr="002C5B63">
              <w:rPr>
                <w:b w:val="0"/>
                <w:bCs w:val="0"/>
                <w:sz w:val="20"/>
                <w:szCs w:val="20"/>
              </w:rPr>
              <w:t>terhadap</w:t>
            </w:r>
            <w:r w:rsidRPr="002C5B63">
              <w:rPr>
                <w:b w:val="0"/>
                <w:bCs w:val="0"/>
                <w:spacing w:val="75"/>
                <w:sz w:val="20"/>
                <w:szCs w:val="20"/>
              </w:rPr>
              <w:t xml:space="preserve"> </w:t>
            </w:r>
            <w:r w:rsidRPr="002C5B63">
              <w:rPr>
                <w:b w:val="0"/>
                <w:bCs w:val="0"/>
                <w:sz w:val="20"/>
                <w:szCs w:val="20"/>
              </w:rPr>
              <w:t>Edukasi ASI Eksklusif</w:t>
            </w:r>
          </w:p>
        </w:tc>
        <w:tc>
          <w:tcPr>
            <w:tcW w:w="1546" w:type="dxa"/>
            <w:tcBorders>
              <w:top w:val="single" w:sz="4" w:space="0" w:color="000000"/>
              <w:bottom w:val="single" w:sz="4" w:space="0" w:color="000000"/>
            </w:tcBorders>
          </w:tcPr>
          <w:p w14:paraId="6906DCF5" w14:textId="2153987F" w:rsidR="00870A6B" w:rsidRPr="002C5B63" w:rsidRDefault="00870A6B" w:rsidP="002C5B63">
            <w:pPr>
              <w:spacing w:line="360" w:lineRule="auto"/>
              <w:rPr>
                <w:rFonts w:ascii="Arial" w:hAnsi="Arial" w:cs="Arial"/>
                <w:spacing w:val="-2"/>
                <w:sz w:val="20"/>
                <w:szCs w:val="20"/>
              </w:rPr>
            </w:pPr>
            <w:r w:rsidRPr="002C5B63">
              <w:rPr>
                <w:rFonts w:ascii="Arial" w:hAnsi="Arial" w:cs="Arial"/>
                <w:spacing w:val="-2"/>
                <w:sz w:val="20"/>
                <w:szCs w:val="20"/>
              </w:rPr>
              <w:t>Deskriptif</w:t>
            </w:r>
          </w:p>
        </w:tc>
        <w:tc>
          <w:tcPr>
            <w:tcW w:w="2147" w:type="dxa"/>
            <w:tcBorders>
              <w:top w:val="single" w:sz="4" w:space="0" w:color="000000"/>
              <w:bottom w:val="single" w:sz="4" w:space="0" w:color="000000"/>
            </w:tcBorders>
          </w:tcPr>
          <w:p w14:paraId="47579E69" w14:textId="184D428F" w:rsidR="00870A6B" w:rsidRPr="002C5B63" w:rsidRDefault="00870A6B" w:rsidP="002C5B63">
            <w:pPr>
              <w:pStyle w:val="TOC1"/>
              <w:tabs>
                <w:tab w:val="left" w:pos="2493"/>
              </w:tabs>
              <w:spacing w:before="0" w:line="360" w:lineRule="auto"/>
              <w:ind w:left="0"/>
              <w:rPr>
                <w:b w:val="0"/>
                <w:bCs w:val="0"/>
                <w:sz w:val="20"/>
                <w:szCs w:val="20"/>
              </w:rPr>
            </w:pPr>
            <w:r w:rsidRPr="002C5B63">
              <w:rPr>
                <w:b w:val="0"/>
                <w:bCs w:val="0"/>
                <w:sz w:val="20"/>
                <w:szCs w:val="20"/>
              </w:rPr>
              <w:t xml:space="preserve">Dukungan suami sangat </w:t>
            </w:r>
            <w:r w:rsidRPr="002C5B63">
              <w:rPr>
                <w:b w:val="0"/>
                <w:bCs w:val="0"/>
                <w:spacing w:val="-2"/>
                <w:sz w:val="20"/>
                <w:szCs w:val="20"/>
              </w:rPr>
              <w:t>berperan</w:t>
            </w:r>
            <w:r w:rsidRPr="002C5B63">
              <w:rPr>
                <w:b w:val="0"/>
                <w:bCs w:val="0"/>
                <w:sz w:val="20"/>
                <w:szCs w:val="20"/>
              </w:rPr>
              <w:t xml:space="preserve"> </w:t>
            </w:r>
            <w:r w:rsidRPr="002C5B63">
              <w:rPr>
                <w:b w:val="0"/>
                <w:bCs w:val="0"/>
                <w:spacing w:val="-2"/>
                <w:sz w:val="20"/>
                <w:szCs w:val="20"/>
              </w:rPr>
              <w:t xml:space="preserve">dalam </w:t>
            </w:r>
            <w:r w:rsidRPr="002C5B63">
              <w:rPr>
                <w:b w:val="0"/>
                <w:bCs w:val="0"/>
                <w:sz w:val="20"/>
                <w:szCs w:val="20"/>
              </w:rPr>
              <w:t xml:space="preserve">keberhasilan ASI eksklusif, </w:t>
            </w:r>
            <w:r w:rsidRPr="002C5B63">
              <w:rPr>
                <w:b w:val="0"/>
                <w:bCs w:val="0"/>
                <w:spacing w:val="-2"/>
                <w:sz w:val="20"/>
                <w:szCs w:val="20"/>
              </w:rPr>
              <w:t>terutama</w:t>
            </w:r>
            <w:r w:rsidRPr="002C5B63">
              <w:rPr>
                <w:b w:val="0"/>
                <w:bCs w:val="0"/>
                <w:sz w:val="20"/>
                <w:szCs w:val="20"/>
              </w:rPr>
              <w:t xml:space="preserve"> </w:t>
            </w:r>
            <w:r w:rsidRPr="002C5B63">
              <w:rPr>
                <w:b w:val="0"/>
                <w:bCs w:val="0"/>
                <w:spacing w:val="-2"/>
                <w:sz w:val="20"/>
                <w:szCs w:val="20"/>
              </w:rPr>
              <w:t xml:space="preserve">dalam </w:t>
            </w:r>
            <w:r w:rsidRPr="002C5B63">
              <w:rPr>
                <w:b w:val="0"/>
                <w:bCs w:val="0"/>
                <w:sz w:val="20"/>
                <w:szCs w:val="20"/>
              </w:rPr>
              <w:t>pengambilan</w:t>
            </w:r>
            <w:r w:rsidRPr="002C5B63">
              <w:rPr>
                <w:b w:val="0"/>
                <w:bCs w:val="0"/>
                <w:spacing w:val="51"/>
                <w:w w:val="150"/>
                <w:sz w:val="20"/>
                <w:szCs w:val="20"/>
              </w:rPr>
              <w:t xml:space="preserve"> </w:t>
            </w:r>
            <w:r w:rsidRPr="002C5B63">
              <w:rPr>
                <w:b w:val="0"/>
                <w:bCs w:val="0"/>
                <w:spacing w:val="-2"/>
                <w:sz w:val="20"/>
                <w:szCs w:val="20"/>
              </w:rPr>
              <w:t>keputusan</w:t>
            </w:r>
            <w:r w:rsidR="002C5B63">
              <w:rPr>
                <w:b w:val="0"/>
                <w:bCs w:val="0"/>
                <w:spacing w:val="-2"/>
                <w:sz w:val="20"/>
                <w:szCs w:val="20"/>
                <w:lang w:val="en-US"/>
              </w:rPr>
              <w:t xml:space="preserve"> </w:t>
            </w:r>
            <w:r w:rsidRPr="002C5B63">
              <w:rPr>
                <w:b w:val="0"/>
                <w:bCs w:val="0"/>
                <w:sz w:val="20"/>
                <w:szCs w:val="20"/>
              </w:rPr>
              <w:t>dan</w:t>
            </w:r>
            <w:r w:rsidRPr="002C5B63">
              <w:rPr>
                <w:b w:val="0"/>
                <w:bCs w:val="0"/>
                <w:spacing w:val="-1"/>
                <w:sz w:val="20"/>
                <w:szCs w:val="20"/>
              </w:rPr>
              <w:t xml:space="preserve"> </w:t>
            </w:r>
            <w:r w:rsidRPr="002C5B63">
              <w:rPr>
                <w:b w:val="0"/>
                <w:bCs w:val="0"/>
                <w:sz w:val="20"/>
                <w:szCs w:val="20"/>
              </w:rPr>
              <w:t>dukungan</w:t>
            </w:r>
            <w:r w:rsidRPr="002C5B63">
              <w:rPr>
                <w:b w:val="0"/>
                <w:bCs w:val="0"/>
                <w:spacing w:val="-1"/>
                <w:sz w:val="20"/>
                <w:szCs w:val="20"/>
              </w:rPr>
              <w:t xml:space="preserve"> </w:t>
            </w:r>
            <w:r w:rsidRPr="002C5B63">
              <w:rPr>
                <w:b w:val="0"/>
                <w:bCs w:val="0"/>
                <w:spacing w:val="-2"/>
                <w:sz w:val="20"/>
                <w:szCs w:val="20"/>
              </w:rPr>
              <w:t>emosional.</w:t>
            </w:r>
          </w:p>
        </w:tc>
      </w:tr>
      <w:tr w:rsidR="00870A6B" w:rsidRPr="002C5B63" w14:paraId="665F491A" w14:textId="77777777" w:rsidTr="002C5B63">
        <w:trPr>
          <w:trHeight w:val="2528"/>
        </w:trPr>
        <w:tc>
          <w:tcPr>
            <w:tcW w:w="2126" w:type="dxa"/>
            <w:tcBorders>
              <w:top w:val="single" w:sz="4" w:space="0" w:color="000000"/>
              <w:bottom w:val="single" w:sz="4" w:space="0" w:color="000000"/>
            </w:tcBorders>
          </w:tcPr>
          <w:p w14:paraId="28B02663" w14:textId="70844F13" w:rsidR="00870A6B" w:rsidRPr="002C5B63" w:rsidRDefault="00870A6B" w:rsidP="002C5B63">
            <w:pPr>
              <w:spacing w:line="360" w:lineRule="auto"/>
              <w:rPr>
                <w:rFonts w:ascii="Arial" w:hAnsi="Arial" w:cs="Arial"/>
                <w:spacing w:val="-2"/>
                <w:sz w:val="20"/>
                <w:szCs w:val="20"/>
              </w:rPr>
            </w:pPr>
            <w:r w:rsidRPr="002C5B63">
              <w:rPr>
                <w:rFonts w:ascii="Arial" w:hAnsi="Arial" w:cs="Arial"/>
                <w:sz w:val="20"/>
                <w:szCs w:val="20"/>
              </w:rPr>
              <w:lastRenderedPageBreak/>
              <w:t>Fitriani,</w:t>
            </w:r>
            <w:r w:rsidRPr="002C5B63">
              <w:rPr>
                <w:rFonts w:ascii="Arial" w:hAnsi="Arial" w:cs="Arial"/>
                <w:spacing w:val="-6"/>
                <w:sz w:val="20"/>
                <w:szCs w:val="20"/>
              </w:rPr>
              <w:t xml:space="preserve"> </w:t>
            </w:r>
            <w:r w:rsidRPr="002C5B63">
              <w:rPr>
                <w:rFonts w:ascii="Arial" w:hAnsi="Arial" w:cs="Arial"/>
                <w:sz w:val="20"/>
                <w:szCs w:val="20"/>
              </w:rPr>
              <w:t>N.</w:t>
            </w:r>
            <w:r w:rsidRPr="002C5B63">
              <w:rPr>
                <w:rFonts w:ascii="Arial" w:hAnsi="Arial" w:cs="Arial"/>
                <w:spacing w:val="-6"/>
                <w:sz w:val="20"/>
                <w:szCs w:val="20"/>
              </w:rPr>
              <w:t xml:space="preserve"> </w:t>
            </w:r>
            <w:r w:rsidRPr="002C5B63">
              <w:rPr>
                <w:rFonts w:ascii="Arial" w:hAnsi="Arial" w:cs="Arial"/>
                <w:spacing w:val="-2"/>
                <w:sz w:val="20"/>
                <w:szCs w:val="20"/>
              </w:rPr>
              <w:t>(2023)</w:t>
            </w:r>
          </w:p>
        </w:tc>
        <w:tc>
          <w:tcPr>
            <w:tcW w:w="1835" w:type="dxa"/>
            <w:tcBorders>
              <w:top w:val="single" w:sz="4" w:space="0" w:color="000000"/>
              <w:bottom w:val="single" w:sz="4" w:space="0" w:color="000000"/>
            </w:tcBorders>
          </w:tcPr>
          <w:p w14:paraId="5B152D43" w14:textId="6FE1C469" w:rsidR="00870A6B" w:rsidRPr="002C5B63" w:rsidRDefault="00870A6B" w:rsidP="002C5B63">
            <w:pPr>
              <w:pStyle w:val="TOC1"/>
              <w:tabs>
                <w:tab w:val="left" w:pos="1576"/>
              </w:tabs>
              <w:spacing w:before="0" w:line="360" w:lineRule="auto"/>
              <w:ind w:left="105"/>
              <w:rPr>
                <w:b w:val="0"/>
                <w:bCs w:val="0"/>
                <w:sz w:val="20"/>
                <w:szCs w:val="20"/>
              </w:rPr>
            </w:pPr>
            <w:r w:rsidRPr="002C5B63">
              <w:rPr>
                <w:b w:val="0"/>
                <w:bCs w:val="0"/>
                <w:spacing w:val="-2"/>
                <w:sz w:val="20"/>
                <w:szCs w:val="20"/>
              </w:rPr>
              <w:t>Faktor-Faktor</w:t>
            </w:r>
            <w:r w:rsidRPr="002C5B63">
              <w:rPr>
                <w:b w:val="0"/>
                <w:bCs w:val="0"/>
                <w:spacing w:val="80"/>
                <w:sz w:val="20"/>
                <w:szCs w:val="20"/>
              </w:rPr>
              <w:t xml:space="preserve"> </w:t>
            </w:r>
            <w:r w:rsidRPr="002C5B63">
              <w:rPr>
                <w:b w:val="0"/>
                <w:bCs w:val="0"/>
                <w:spacing w:val="-4"/>
                <w:sz w:val="20"/>
                <w:szCs w:val="20"/>
              </w:rPr>
              <w:t xml:space="preserve">yang </w:t>
            </w:r>
            <w:r w:rsidRPr="002C5B63">
              <w:rPr>
                <w:b w:val="0"/>
                <w:bCs w:val="0"/>
                <w:spacing w:val="-2"/>
                <w:sz w:val="20"/>
                <w:szCs w:val="20"/>
              </w:rPr>
              <w:t>Mempengaruhi Pemberian</w:t>
            </w:r>
            <w:r w:rsidRPr="002C5B63">
              <w:rPr>
                <w:b w:val="0"/>
                <w:bCs w:val="0"/>
                <w:sz w:val="20"/>
                <w:szCs w:val="20"/>
              </w:rPr>
              <w:t xml:space="preserve"> </w:t>
            </w:r>
            <w:r w:rsidRPr="002C5B63">
              <w:rPr>
                <w:b w:val="0"/>
                <w:bCs w:val="0"/>
                <w:spacing w:val="-5"/>
                <w:sz w:val="20"/>
                <w:szCs w:val="20"/>
              </w:rPr>
              <w:t>ASI</w:t>
            </w:r>
          </w:p>
          <w:p w14:paraId="567645A5" w14:textId="7627E904" w:rsidR="00870A6B" w:rsidRPr="002C5B63" w:rsidRDefault="00870A6B" w:rsidP="002C5B63">
            <w:pPr>
              <w:pStyle w:val="TOC1"/>
              <w:tabs>
                <w:tab w:val="left" w:pos="1753"/>
              </w:tabs>
              <w:spacing w:before="0" w:line="360" w:lineRule="auto"/>
              <w:ind w:left="105"/>
              <w:rPr>
                <w:b w:val="0"/>
                <w:bCs w:val="0"/>
                <w:sz w:val="20"/>
                <w:szCs w:val="20"/>
              </w:rPr>
            </w:pPr>
            <w:r w:rsidRPr="002C5B63">
              <w:rPr>
                <w:b w:val="0"/>
                <w:bCs w:val="0"/>
                <w:spacing w:val="-2"/>
                <w:sz w:val="20"/>
                <w:szCs w:val="20"/>
              </w:rPr>
              <w:t>Eksklusif</w:t>
            </w:r>
            <w:r w:rsidRPr="002C5B63">
              <w:rPr>
                <w:b w:val="0"/>
                <w:bCs w:val="0"/>
                <w:sz w:val="20"/>
                <w:szCs w:val="20"/>
              </w:rPr>
              <w:t xml:space="preserve"> </w:t>
            </w:r>
            <w:r w:rsidRPr="002C5B63">
              <w:rPr>
                <w:b w:val="0"/>
                <w:bCs w:val="0"/>
                <w:spacing w:val="-5"/>
                <w:sz w:val="20"/>
                <w:szCs w:val="20"/>
              </w:rPr>
              <w:t>di</w:t>
            </w:r>
          </w:p>
          <w:p w14:paraId="08BD751E" w14:textId="125AB0C6" w:rsidR="00870A6B" w:rsidRPr="002C5B63" w:rsidRDefault="00870A6B" w:rsidP="002C5B63">
            <w:pPr>
              <w:pStyle w:val="TOC1"/>
              <w:spacing w:before="0" w:line="360" w:lineRule="auto"/>
              <w:ind w:left="105"/>
              <w:rPr>
                <w:b w:val="0"/>
                <w:bCs w:val="0"/>
                <w:spacing w:val="-2"/>
                <w:sz w:val="20"/>
                <w:szCs w:val="20"/>
              </w:rPr>
            </w:pPr>
            <w:r w:rsidRPr="002C5B63">
              <w:rPr>
                <w:b w:val="0"/>
                <w:bCs w:val="0"/>
                <w:spacing w:val="-2"/>
                <w:sz w:val="20"/>
                <w:szCs w:val="20"/>
              </w:rPr>
              <w:t>Lingkungan Perkotaan</w:t>
            </w:r>
          </w:p>
        </w:tc>
        <w:tc>
          <w:tcPr>
            <w:tcW w:w="1546" w:type="dxa"/>
            <w:tcBorders>
              <w:top w:val="single" w:sz="4" w:space="0" w:color="000000"/>
              <w:bottom w:val="single" w:sz="4" w:space="0" w:color="000000"/>
            </w:tcBorders>
          </w:tcPr>
          <w:p w14:paraId="6742A882" w14:textId="0C3C7983" w:rsidR="00870A6B" w:rsidRPr="002C5B63" w:rsidRDefault="00870A6B" w:rsidP="002C5B63">
            <w:pPr>
              <w:spacing w:line="360" w:lineRule="auto"/>
              <w:rPr>
                <w:rFonts w:ascii="Arial" w:hAnsi="Arial" w:cs="Arial"/>
                <w:spacing w:val="-2"/>
                <w:sz w:val="20"/>
                <w:szCs w:val="20"/>
              </w:rPr>
            </w:pPr>
            <w:r w:rsidRPr="002C5B63">
              <w:rPr>
                <w:rFonts w:ascii="Arial" w:hAnsi="Arial" w:cs="Arial"/>
                <w:spacing w:val="-2"/>
                <w:sz w:val="20"/>
                <w:szCs w:val="20"/>
              </w:rPr>
              <w:t>Deskriptif</w:t>
            </w:r>
          </w:p>
        </w:tc>
        <w:tc>
          <w:tcPr>
            <w:tcW w:w="2147" w:type="dxa"/>
            <w:tcBorders>
              <w:top w:val="single" w:sz="4" w:space="0" w:color="000000"/>
              <w:bottom w:val="single" w:sz="4" w:space="0" w:color="000000"/>
            </w:tcBorders>
          </w:tcPr>
          <w:p w14:paraId="03476E4E" w14:textId="18D8F2BC" w:rsidR="00870A6B" w:rsidRPr="002C5B63" w:rsidRDefault="00870A6B" w:rsidP="002C5B63">
            <w:pPr>
              <w:pStyle w:val="TOC1"/>
              <w:tabs>
                <w:tab w:val="left" w:pos="2493"/>
              </w:tabs>
              <w:spacing w:before="0" w:line="360" w:lineRule="auto"/>
              <w:ind w:left="0"/>
              <w:rPr>
                <w:b w:val="0"/>
                <w:bCs w:val="0"/>
                <w:sz w:val="20"/>
                <w:szCs w:val="20"/>
              </w:rPr>
            </w:pPr>
            <w:r w:rsidRPr="002C5B63">
              <w:rPr>
                <w:b w:val="0"/>
                <w:bCs w:val="0"/>
                <w:spacing w:val="-2"/>
                <w:sz w:val="20"/>
                <w:szCs w:val="20"/>
              </w:rPr>
              <w:t>Faktor</w:t>
            </w:r>
            <w:r w:rsidRPr="002C5B63">
              <w:rPr>
                <w:b w:val="0"/>
                <w:bCs w:val="0"/>
                <w:sz w:val="20"/>
                <w:szCs w:val="20"/>
              </w:rPr>
              <w:t xml:space="preserve"> </w:t>
            </w:r>
            <w:r w:rsidRPr="002C5B63">
              <w:rPr>
                <w:b w:val="0"/>
                <w:bCs w:val="0"/>
                <w:spacing w:val="-2"/>
                <w:sz w:val="20"/>
                <w:szCs w:val="20"/>
              </w:rPr>
              <w:t xml:space="preserve">pekerjaan, </w:t>
            </w:r>
            <w:r w:rsidRPr="002C5B63">
              <w:rPr>
                <w:b w:val="0"/>
                <w:bCs w:val="0"/>
                <w:sz w:val="20"/>
                <w:szCs w:val="20"/>
              </w:rPr>
              <w:t xml:space="preserve">pendidikan, dan dukungan keluarga menjadi variabel penting. Lingkungan juga </w:t>
            </w:r>
            <w:r w:rsidRPr="002C5B63">
              <w:rPr>
                <w:b w:val="0"/>
                <w:bCs w:val="0"/>
                <w:spacing w:val="-2"/>
                <w:sz w:val="20"/>
                <w:szCs w:val="20"/>
              </w:rPr>
              <w:t>memengaruhi</w:t>
            </w:r>
            <w:r w:rsidRPr="002C5B63">
              <w:rPr>
                <w:b w:val="0"/>
                <w:bCs w:val="0"/>
                <w:sz w:val="20"/>
                <w:szCs w:val="20"/>
              </w:rPr>
              <w:t xml:space="preserve"> </w:t>
            </w:r>
            <w:r w:rsidRPr="002C5B63">
              <w:rPr>
                <w:b w:val="0"/>
                <w:bCs w:val="0"/>
                <w:spacing w:val="-2"/>
                <w:sz w:val="20"/>
                <w:szCs w:val="20"/>
              </w:rPr>
              <w:t xml:space="preserve">praktik </w:t>
            </w:r>
            <w:r w:rsidRPr="002C5B63">
              <w:rPr>
                <w:b w:val="0"/>
                <w:bCs w:val="0"/>
                <w:sz w:val="20"/>
                <w:szCs w:val="20"/>
              </w:rPr>
              <w:t>pemberian</w:t>
            </w:r>
            <w:r w:rsidRPr="002C5B63">
              <w:rPr>
                <w:b w:val="0"/>
                <w:bCs w:val="0"/>
                <w:spacing w:val="-4"/>
                <w:sz w:val="20"/>
                <w:szCs w:val="20"/>
              </w:rPr>
              <w:t xml:space="preserve"> </w:t>
            </w:r>
            <w:r w:rsidRPr="002C5B63">
              <w:rPr>
                <w:b w:val="0"/>
                <w:bCs w:val="0"/>
                <w:sz w:val="20"/>
                <w:szCs w:val="20"/>
              </w:rPr>
              <w:t>ASI.</w:t>
            </w:r>
          </w:p>
        </w:tc>
      </w:tr>
    </w:tbl>
    <w:p w14:paraId="34681E6F" w14:textId="77777777" w:rsidR="00547B98" w:rsidRPr="00145753" w:rsidRDefault="00547B98" w:rsidP="00B54737">
      <w:pPr>
        <w:pStyle w:val="TOC1"/>
      </w:pPr>
    </w:p>
    <w:p w14:paraId="0037DB35" w14:textId="52F5DCD0" w:rsidR="00547B98" w:rsidRPr="00145753" w:rsidRDefault="00547B98" w:rsidP="00B54737">
      <w:pPr>
        <w:spacing w:before="2"/>
        <w:rPr>
          <w:rFonts w:ascii="Arial" w:hAnsi="Arial" w:cs="Arial"/>
          <w:b/>
        </w:rPr>
      </w:pPr>
    </w:p>
    <w:p w14:paraId="79E12D82" w14:textId="77777777" w:rsidR="00547B98" w:rsidRPr="00145753" w:rsidRDefault="0027081F" w:rsidP="00B54737">
      <w:pPr>
        <w:spacing w:before="124" w:line="360" w:lineRule="auto"/>
        <w:ind w:left="568" w:firstLine="720"/>
        <w:jc w:val="both"/>
        <w:rPr>
          <w:rFonts w:ascii="Arial" w:hAnsi="Arial" w:cs="Arial"/>
          <w:sz w:val="24"/>
        </w:rPr>
      </w:pPr>
      <w:r w:rsidRPr="00145753">
        <w:rPr>
          <w:rFonts w:ascii="Arial" w:hAnsi="Arial" w:cs="Arial"/>
          <w:sz w:val="24"/>
        </w:rPr>
        <w:t>Penelitian sebelumnya umumnya membahas hubungan atau pengaruh dukungan keluarga terhadap ASI eksklusif di berbagai daerah dengan responden ibu menyusui secara umum. Penelitian ini berbeda karena berfokus pada ibu yang memiliki bayi usia 6–12 bulan di wilayah kerja Puskesmas Kayon, Palangka Raya, dengan tujuan menggambarkan dukungan keluarga secara menyeluruh.</w:t>
      </w:r>
    </w:p>
    <w:p w14:paraId="4E9BC957" w14:textId="77777777" w:rsidR="00547B98" w:rsidRPr="00145753" w:rsidRDefault="00547B98" w:rsidP="00B54737">
      <w:pPr>
        <w:spacing w:line="360" w:lineRule="auto"/>
        <w:rPr>
          <w:rFonts w:ascii="Arial" w:hAnsi="Arial" w:cs="Arial"/>
          <w:sz w:val="24"/>
        </w:rPr>
        <w:sectPr w:rsidR="00547B98" w:rsidRPr="00145753" w:rsidSect="00CD5564">
          <w:pgSz w:w="11910" w:h="16840"/>
          <w:pgMar w:top="1701" w:right="1701" w:bottom="1701" w:left="2268" w:header="756" w:footer="0" w:gutter="0"/>
          <w:cols w:space="720"/>
        </w:sectPr>
      </w:pPr>
    </w:p>
    <w:p w14:paraId="4987F33C" w14:textId="77777777" w:rsidR="00547B98" w:rsidRPr="00145753" w:rsidRDefault="00547B98" w:rsidP="00B54737">
      <w:pPr>
        <w:spacing w:before="9"/>
        <w:rPr>
          <w:rFonts w:ascii="Arial" w:hAnsi="Arial" w:cs="Arial"/>
          <w:sz w:val="20"/>
        </w:rPr>
      </w:pPr>
    </w:p>
    <w:p w14:paraId="7F8B1C76" w14:textId="77777777" w:rsidR="00547B98" w:rsidRPr="00145753" w:rsidRDefault="00547B98" w:rsidP="00B54737">
      <w:pPr>
        <w:rPr>
          <w:rFonts w:ascii="Arial" w:hAnsi="Arial" w:cs="Arial"/>
          <w:sz w:val="20"/>
        </w:rPr>
        <w:sectPr w:rsidR="00547B98" w:rsidRPr="00145753" w:rsidSect="00D406F7">
          <w:headerReference w:type="default" r:id="rId23"/>
          <w:footerReference w:type="default" r:id="rId24"/>
          <w:pgSz w:w="11910" w:h="16840"/>
          <w:pgMar w:top="1701" w:right="1701" w:bottom="1701" w:left="2268" w:header="0" w:footer="0" w:gutter="0"/>
          <w:pgNumType w:start="8"/>
          <w:cols w:space="720"/>
        </w:sectPr>
      </w:pPr>
    </w:p>
    <w:p w14:paraId="16CFC8A4" w14:textId="77777777" w:rsidR="00547B98" w:rsidRPr="00145753" w:rsidRDefault="00547B98" w:rsidP="00B54737">
      <w:pPr>
        <w:rPr>
          <w:rFonts w:ascii="Arial" w:hAnsi="Arial" w:cs="Arial"/>
        </w:rPr>
      </w:pPr>
    </w:p>
    <w:p w14:paraId="3C50F31A" w14:textId="77777777" w:rsidR="00547B98" w:rsidRPr="00145753" w:rsidRDefault="00547B98" w:rsidP="00B54737">
      <w:pPr>
        <w:rPr>
          <w:rFonts w:ascii="Arial" w:hAnsi="Arial" w:cs="Arial"/>
        </w:rPr>
      </w:pPr>
    </w:p>
    <w:p w14:paraId="088AF6C7" w14:textId="77777777" w:rsidR="00547B98" w:rsidRPr="00145753" w:rsidRDefault="00547B98" w:rsidP="00B54737">
      <w:pPr>
        <w:spacing w:before="164"/>
        <w:rPr>
          <w:rFonts w:ascii="Arial" w:hAnsi="Arial" w:cs="Arial"/>
        </w:rPr>
      </w:pPr>
    </w:p>
    <w:p w14:paraId="5629EAF6" w14:textId="77777777" w:rsidR="00547B98" w:rsidRPr="00145753" w:rsidRDefault="0027081F" w:rsidP="002B02C0">
      <w:pPr>
        <w:numPr>
          <w:ilvl w:val="0"/>
          <w:numId w:val="7"/>
        </w:numPr>
        <w:tabs>
          <w:tab w:val="left" w:pos="1560"/>
        </w:tabs>
        <w:spacing w:line="360" w:lineRule="auto"/>
        <w:ind w:left="426" w:hanging="426"/>
        <w:jc w:val="left"/>
        <w:rPr>
          <w:rFonts w:ascii="Arial" w:hAnsi="Arial" w:cs="Arial"/>
          <w:b/>
        </w:rPr>
      </w:pPr>
      <w:bookmarkStart w:id="12" w:name="_bookmark12"/>
      <w:bookmarkStart w:id="13" w:name="_bookmark13"/>
      <w:bookmarkEnd w:id="12"/>
      <w:bookmarkEnd w:id="13"/>
      <w:r w:rsidRPr="00145753">
        <w:rPr>
          <w:rFonts w:ascii="Arial" w:hAnsi="Arial" w:cs="Arial"/>
          <w:b/>
        </w:rPr>
        <w:t>Landasan</w:t>
      </w:r>
      <w:r w:rsidRPr="00145753">
        <w:rPr>
          <w:rFonts w:ascii="Arial" w:hAnsi="Arial" w:cs="Arial"/>
          <w:b/>
          <w:spacing w:val="-1"/>
        </w:rPr>
        <w:t xml:space="preserve"> </w:t>
      </w:r>
      <w:r w:rsidRPr="00145753">
        <w:rPr>
          <w:rFonts w:ascii="Arial" w:hAnsi="Arial" w:cs="Arial"/>
          <w:b/>
          <w:spacing w:val="-6"/>
        </w:rPr>
        <w:t>Teori</w:t>
      </w:r>
    </w:p>
    <w:p w14:paraId="2BA833C4" w14:textId="31DD9C24" w:rsidR="001E691C" w:rsidRPr="00145753" w:rsidRDefault="002B02C0" w:rsidP="002B02C0">
      <w:pPr>
        <w:pStyle w:val="Heading1"/>
        <w:spacing w:before="0" w:line="360" w:lineRule="auto"/>
        <w:ind w:left="557" w:firstLine="577"/>
      </w:pPr>
      <w:r>
        <w:rPr>
          <w:lang w:val="en-US"/>
        </w:rPr>
        <w:t xml:space="preserve"> </w:t>
      </w:r>
      <w:r w:rsidR="0027081F" w:rsidRPr="00145753">
        <w:t xml:space="preserve">BAB II </w:t>
      </w:r>
    </w:p>
    <w:p w14:paraId="2127C1D3" w14:textId="130E6E3F" w:rsidR="00547B98" w:rsidRPr="00145753" w:rsidRDefault="0027081F" w:rsidP="002B02C0">
      <w:pPr>
        <w:pStyle w:val="Heading1"/>
        <w:spacing w:before="0" w:line="360" w:lineRule="auto"/>
        <w:ind w:left="557"/>
      </w:pPr>
      <w:r w:rsidRPr="00145753">
        <w:rPr>
          <w:spacing w:val="-2"/>
        </w:rPr>
        <w:t>TINJAU</w:t>
      </w:r>
      <w:r w:rsidRPr="00145753">
        <w:rPr>
          <w:spacing w:val="-15"/>
        </w:rPr>
        <w:t xml:space="preserve"> </w:t>
      </w:r>
      <w:r w:rsidRPr="00145753">
        <w:rPr>
          <w:spacing w:val="-2"/>
        </w:rPr>
        <w:t>PUSTAKA</w:t>
      </w:r>
    </w:p>
    <w:p w14:paraId="0D43890F" w14:textId="77777777" w:rsidR="00547B98" w:rsidRPr="00145753" w:rsidRDefault="00547B98" w:rsidP="002B02C0">
      <w:pPr>
        <w:pStyle w:val="Heading1"/>
        <w:spacing w:before="0" w:line="360" w:lineRule="auto"/>
        <w:sectPr w:rsidR="00547B98" w:rsidRPr="00145753" w:rsidSect="00CD5564">
          <w:type w:val="continuous"/>
          <w:pgSz w:w="11910" w:h="16840"/>
          <w:pgMar w:top="1701" w:right="1701" w:bottom="1701" w:left="2268" w:header="0" w:footer="0" w:gutter="0"/>
          <w:cols w:num="2" w:space="720" w:equalWidth="0">
            <w:col w:w="2333" w:space="40"/>
            <w:col w:w="5568"/>
          </w:cols>
        </w:sectPr>
      </w:pPr>
    </w:p>
    <w:p w14:paraId="72EDA9E9" w14:textId="2ADC5BD3" w:rsidR="00547B98" w:rsidRPr="00145753" w:rsidRDefault="0027081F" w:rsidP="002B02C0">
      <w:pPr>
        <w:pStyle w:val="Heading4"/>
        <w:numPr>
          <w:ilvl w:val="1"/>
          <w:numId w:val="7"/>
        </w:numPr>
        <w:tabs>
          <w:tab w:val="left" w:pos="1985"/>
        </w:tabs>
        <w:spacing w:line="360" w:lineRule="auto"/>
        <w:ind w:left="851" w:hanging="425"/>
      </w:pPr>
      <w:r w:rsidRPr="00145753">
        <w:t>Konsep</w:t>
      </w:r>
      <w:r w:rsidRPr="00145753">
        <w:rPr>
          <w:spacing w:val="-10"/>
        </w:rPr>
        <w:t xml:space="preserve"> </w:t>
      </w:r>
      <w:r w:rsidRPr="00145753">
        <w:t>ASI</w:t>
      </w:r>
      <w:r w:rsidRPr="00145753">
        <w:rPr>
          <w:spacing w:val="-6"/>
        </w:rPr>
        <w:t xml:space="preserve"> </w:t>
      </w:r>
      <w:r w:rsidRPr="00145753">
        <w:rPr>
          <w:spacing w:val="-2"/>
        </w:rPr>
        <w:t>Eksklusif</w:t>
      </w:r>
    </w:p>
    <w:p w14:paraId="131408E1" w14:textId="61175950" w:rsidR="00547B98" w:rsidRPr="0037315F" w:rsidRDefault="0027081F" w:rsidP="002B02C0">
      <w:pPr>
        <w:numPr>
          <w:ilvl w:val="2"/>
          <w:numId w:val="7"/>
        </w:numPr>
        <w:tabs>
          <w:tab w:val="left" w:pos="2410"/>
        </w:tabs>
        <w:spacing w:line="360" w:lineRule="auto"/>
        <w:ind w:left="1418" w:hanging="567"/>
        <w:rPr>
          <w:rFonts w:ascii="Arial" w:hAnsi="Arial" w:cs="Arial"/>
          <w:b/>
        </w:rPr>
      </w:pPr>
      <w:r w:rsidRPr="00145753">
        <w:rPr>
          <w:rFonts w:ascii="Arial" w:hAnsi="Arial" w:cs="Arial"/>
          <w:b/>
          <w:spacing w:val="-2"/>
        </w:rPr>
        <w:t>Pengertia</w:t>
      </w:r>
      <w:r w:rsidR="0037315F">
        <w:rPr>
          <w:rFonts w:ascii="Arial" w:hAnsi="Arial" w:cs="Arial"/>
          <w:b/>
          <w:spacing w:val="-2"/>
          <w:lang w:val="en-US"/>
        </w:rPr>
        <w:t>n</w:t>
      </w:r>
    </w:p>
    <w:p w14:paraId="02A55923" w14:textId="77777777" w:rsidR="00547B98" w:rsidRPr="00145753" w:rsidRDefault="00547B98" w:rsidP="002B02C0">
      <w:pPr>
        <w:spacing w:line="360" w:lineRule="auto"/>
        <w:rPr>
          <w:rFonts w:ascii="Arial" w:hAnsi="Arial" w:cs="Arial"/>
          <w:b/>
          <w:sz w:val="9"/>
        </w:rPr>
      </w:pPr>
    </w:p>
    <w:p w14:paraId="1C594C70" w14:textId="38FCD617" w:rsidR="00547B98" w:rsidRPr="0037315F" w:rsidRDefault="00F226D4" w:rsidP="002B02C0">
      <w:pPr>
        <w:spacing w:line="360" w:lineRule="auto"/>
        <w:ind w:left="1418" w:firstLine="567"/>
        <w:jc w:val="both"/>
        <w:rPr>
          <w:rFonts w:ascii="Arial" w:hAnsi="Arial" w:cs="Arial"/>
          <w:lang w:val="en-US"/>
        </w:rPr>
      </w:pPr>
      <w:r w:rsidRPr="00145753">
        <w:rPr>
          <w:rFonts w:ascii="Arial" w:hAnsi="Arial" w:cs="Arial"/>
        </w:rPr>
        <w:t>ASI eksklusif adalah bayi hanya menerima ASI saja dari ibunya secara langsung ataupun donor tanpa tambahan cairan, makanan, atau air dengan pengecualian rehidrasi oral, vitamin, mineral, dan obatobatan (WHO, 2009). Hal yang sama juga diungkapkan oleh Roesli (2009) bahwa asi eksklusif adalah bayi hanya diberi ASI saja tanpa tambahan cairan lain seperti susu formula, jeruk, madu, air teh, air putih, dan tanpa tambahan makanan padat seperti pisang, pepaya, bubur susu, biskuit, bubur nasi, dan tim untuk bayi berusia 0-6 bulan</w:t>
      </w:r>
      <w:r w:rsidR="0037315F">
        <w:rPr>
          <w:rFonts w:ascii="Arial" w:hAnsi="Arial" w:cs="Arial"/>
          <w:lang w:val="en-US"/>
        </w:rPr>
        <w:t xml:space="preserve"> (Wulandari 2022)</w:t>
      </w:r>
    </w:p>
    <w:p w14:paraId="28D62B6D" w14:textId="4A84E142" w:rsidR="00547B98" w:rsidRPr="00145753" w:rsidRDefault="0027081F" w:rsidP="002B02C0">
      <w:pPr>
        <w:spacing w:line="360" w:lineRule="auto"/>
        <w:ind w:left="1418" w:firstLine="567"/>
        <w:jc w:val="both"/>
        <w:rPr>
          <w:rFonts w:ascii="Arial" w:hAnsi="Arial" w:cs="Arial"/>
        </w:rPr>
      </w:pPr>
      <w:r w:rsidRPr="00145753">
        <w:rPr>
          <w:rFonts w:ascii="Arial" w:hAnsi="Arial" w:cs="Arial"/>
        </w:rPr>
        <w:t>Air Susu Ibu (ASI) adalah makanan yang paling ideal dan terbaik untuk bayi, karena mengandung semua nutrisi yang diperlukan untuk pertumbuhan dan perkembangan optimal bayi (Wulandari, 2022). ASI merupakan emulsi lemak yang terlarut dalam protein, laktosa, dan garam organik, yang dihasilkan oleh kelenjar payudara ibu sebagai sumber makanan utama bagi bayi (Wulandari, 2022). Peraturan Pemerintah No.33 Tahun 2012 ASI adalah cairan yang dihasilkan dari sekresi kelenjar payudara ibu. Pemberian ASI sebaiknya dilakukan sejak lahir hingga bayi</w:t>
      </w:r>
      <w:r w:rsidRPr="00145753">
        <w:rPr>
          <w:rFonts w:ascii="Arial" w:hAnsi="Arial" w:cs="Arial"/>
          <w:spacing w:val="40"/>
        </w:rPr>
        <w:t xml:space="preserve"> </w:t>
      </w:r>
      <w:r w:rsidRPr="00145753">
        <w:rPr>
          <w:rFonts w:ascii="Arial" w:hAnsi="Arial" w:cs="Arial"/>
        </w:rPr>
        <w:t>berusia 2 tahun (Wulandari, 2022).</w:t>
      </w:r>
    </w:p>
    <w:p w14:paraId="432735EA" w14:textId="77777777" w:rsidR="002B02C0" w:rsidRPr="00145753" w:rsidRDefault="002B02C0" w:rsidP="002B02C0">
      <w:pPr>
        <w:numPr>
          <w:ilvl w:val="2"/>
          <w:numId w:val="7"/>
        </w:numPr>
        <w:tabs>
          <w:tab w:val="left" w:pos="2410"/>
        </w:tabs>
        <w:spacing w:line="360" w:lineRule="auto"/>
        <w:ind w:left="1418" w:hanging="567"/>
        <w:rPr>
          <w:rFonts w:ascii="Arial" w:hAnsi="Arial" w:cs="Arial"/>
          <w:b/>
          <w:bCs/>
        </w:rPr>
      </w:pPr>
      <w:r w:rsidRPr="00145753">
        <w:rPr>
          <w:rFonts w:ascii="Arial" w:hAnsi="Arial" w:cs="Arial"/>
          <w:b/>
          <w:bCs/>
        </w:rPr>
        <w:t>Komposisi ASI</w:t>
      </w:r>
    </w:p>
    <w:p w14:paraId="524C2F38" w14:textId="77777777" w:rsidR="002B02C0" w:rsidRPr="00145753" w:rsidRDefault="002B02C0" w:rsidP="002B02C0">
      <w:pPr>
        <w:spacing w:before="1" w:line="360" w:lineRule="auto"/>
        <w:ind w:left="1418" w:firstLine="567"/>
        <w:jc w:val="both"/>
        <w:rPr>
          <w:rFonts w:ascii="Arial" w:hAnsi="Arial" w:cs="Arial"/>
        </w:rPr>
      </w:pPr>
      <w:r w:rsidRPr="00145753">
        <w:rPr>
          <w:rFonts w:ascii="Arial" w:hAnsi="Arial" w:cs="Arial"/>
          <w:noProof/>
        </w:rPr>
        <mc:AlternateContent>
          <mc:Choice Requires="wps">
            <w:drawing>
              <wp:anchor distT="0" distB="0" distL="0" distR="0" simplePos="0" relativeHeight="487607296" behindDoc="1" locked="0" layoutInCell="1" allowOverlap="1" wp14:anchorId="4FBC4FAF" wp14:editId="0649CC56">
                <wp:simplePos x="0" y="0"/>
                <wp:positionH relativeFrom="page">
                  <wp:posOffset>6440805</wp:posOffset>
                </wp:positionH>
                <wp:positionV relativeFrom="paragraph">
                  <wp:posOffset>724194</wp:posOffset>
                </wp:positionV>
                <wp:extent cx="40640" cy="16764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 cy="167640"/>
                        </a:xfrm>
                        <a:custGeom>
                          <a:avLst/>
                          <a:gdLst/>
                          <a:ahLst/>
                          <a:cxnLst/>
                          <a:rect l="l" t="t" r="r" b="b"/>
                          <a:pathLst>
                            <a:path w="40640" h="167640">
                              <a:moveTo>
                                <a:pt x="40640" y="2679"/>
                              </a:moveTo>
                              <a:lnTo>
                                <a:pt x="38100" y="2679"/>
                              </a:lnTo>
                              <a:lnTo>
                                <a:pt x="38100" y="165100"/>
                              </a:lnTo>
                              <a:lnTo>
                                <a:pt x="2540" y="165100"/>
                              </a:lnTo>
                              <a:lnTo>
                                <a:pt x="2540" y="2679"/>
                              </a:lnTo>
                              <a:lnTo>
                                <a:pt x="0" y="2679"/>
                              </a:lnTo>
                              <a:lnTo>
                                <a:pt x="0" y="165100"/>
                              </a:lnTo>
                              <a:lnTo>
                                <a:pt x="0" y="165227"/>
                              </a:lnTo>
                              <a:lnTo>
                                <a:pt x="0" y="167640"/>
                              </a:lnTo>
                              <a:lnTo>
                                <a:pt x="2540" y="167640"/>
                              </a:lnTo>
                              <a:lnTo>
                                <a:pt x="38100" y="167640"/>
                              </a:lnTo>
                              <a:lnTo>
                                <a:pt x="40640" y="167640"/>
                              </a:lnTo>
                              <a:lnTo>
                                <a:pt x="40640" y="165227"/>
                              </a:lnTo>
                              <a:lnTo>
                                <a:pt x="40640" y="165100"/>
                              </a:lnTo>
                              <a:lnTo>
                                <a:pt x="40640" y="2679"/>
                              </a:lnTo>
                              <a:close/>
                            </a:path>
                            <a:path w="40640" h="167640">
                              <a:moveTo>
                                <a:pt x="40640" y="0"/>
                              </a:moveTo>
                              <a:lnTo>
                                <a:pt x="38100" y="0"/>
                              </a:lnTo>
                              <a:lnTo>
                                <a:pt x="2540" y="0"/>
                              </a:lnTo>
                              <a:lnTo>
                                <a:pt x="0" y="0"/>
                              </a:lnTo>
                              <a:lnTo>
                                <a:pt x="0" y="2540"/>
                              </a:lnTo>
                              <a:lnTo>
                                <a:pt x="2540" y="2540"/>
                              </a:lnTo>
                              <a:lnTo>
                                <a:pt x="38100" y="2540"/>
                              </a:lnTo>
                              <a:lnTo>
                                <a:pt x="40640" y="2540"/>
                              </a:lnTo>
                              <a:lnTo>
                                <a:pt x="40640" y="0"/>
                              </a:lnTo>
                              <a:close/>
                            </a:path>
                          </a:pathLst>
                        </a:custGeom>
                        <a:solidFill>
                          <a:srgbClr val="E3E3E7"/>
                        </a:solidFill>
                      </wps:spPr>
                      <wps:bodyPr wrap="square" lIns="0" tIns="0" rIns="0" bIns="0" rtlCol="0">
                        <a:prstTxWarp prst="textNoShape">
                          <a:avLst/>
                        </a:prstTxWarp>
                        <a:noAutofit/>
                      </wps:bodyPr>
                    </wps:wsp>
                  </a:graphicData>
                </a:graphic>
              </wp:anchor>
            </w:drawing>
          </mc:Choice>
          <mc:Fallback>
            <w:pict>
              <v:shape w14:anchorId="0F03B1AB" id="Graphic 34" o:spid="_x0000_s1026" style="position:absolute;margin-left:507.15pt;margin-top:57pt;width:3.2pt;height:13.2pt;z-index:-15709184;visibility:visible;mso-wrap-style:square;mso-wrap-distance-left:0;mso-wrap-distance-top:0;mso-wrap-distance-right:0;mso-wrap-distance-bottom:0;mso-position-horizontal:absolute;mso-position-horizontal-relative:page;mso-position-vertical:absolute;mso-position-vertical-relative:text;v-text-anchor:top" coordsize="40640,167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" path="m40640,2679r-2540,l38100,165100r-35560,l2540,2679,,2679,,165100r,127l,167640r2540,l38100,167640r2540,l40640,165227r,-127l40640,2679xem40640,l38100,,2540,,,,,2540r2540,l38100,2540r2540,l40640,xe" fillcolor="#e3e3e7" stroked="f">
                <v:path arrowok="t"/>
                <w10:wrap anchorx="page"/>
              </v:shape>
            </w:pict>
          </mc:Fallback>
        </mc:AlternateContent>
      </w:r>
      <w:r w:rsidRPr="00145753">
        <w:rPr>
          <w:rFonts w:ascii="Arial" w:hAnsi="Arial" w:cs="Arial"/>
        </w:rPr>
        <w:t>Menurut Kemenkes RI (2016) ASI juga mengandung kolostrum, yang kaya akan antibodi</w:t>
      </w:r>
      <w:r w:rsidRPr="00145753">
        <w:rPr>
          <w:rFonts w:ascii="Arial" w:hAnsi="Arial" w:cs="Arial"/>
          <w:spacing w:val="40"/>
        </w:rPr>
        <w:t xml:space="preserve"> </w:t>
      </w:r>
      <w:r w:rsidRPr="00145753">
        <w:rPr>
          <w:rFonts w:ascii="Arial" w:hAnsi="Arial" w:cs="Arial"/>
        </w:rPr>
        <w:t>dan protein yang mendukung daya tahan tubuh serta memiliki kemampuan membunuh kuman dalam jumlah yang tinggi. Kolostrum, yang berwarna kekuningan, dihasilkan pada hari pertama hingga hari ketiga setelah kelahiran. Pada hari keempat hingga hari kesepuluh,</w:t>
      </w:r>
      <w:r w:rsidRPr="00145753">
        <w:rPr>
          <w:rFonts w:ascii="Arial" w:hAnsi="Arial" w:cs="Arial"/>
          <w:spacing w:val="-5"/>
        </w:rPr>
        <w:t xml:space="preserve"> </w:t>
      </w:r>
      <w:r w:rsidRPr="00145753">
        <w:rPr>
          <w:rFonts w:ascii="Arial" w:hAnsi="Arial" w:cs="Arial"/>
        </w:rPr>
        <w:t>ASI mengandung lebih sedikit immunoglobulin, protein, dan laktosa dibandingkan kolostrum, tetapi memiliki kandungan lemak dan kalori yang lebih tinggi serta berwarna lebih putih. (Wulandari, 2022)</w:t>
      </w:r>
    </w:p>
    <w:p w14:paraId="08942783" w14:textId="77777777" w:rsidR="00547B98" w:rsidRPr="00145753" w:rsidRDefault="00547B98" w:rsidP="00B54737">
      <w:pPr>
        <w:rPr>
          <w:rFonts w:ascii="Arial" w:hAnsi="Arial" w:cs="Arial"/>
        </w:rPr>
        <w:sectPr w:rsidR="00547B98" w:rsidRPr="00145753" w:rsidSect="00D406F7">
          <w:type w:val="continuous"/>
          <w:pgSz w:w="11910" w:h="16840"/>
          <w:pgMar w:top="1701" w:right="1701" w:bottom="1701" w:left="2268" w:header="0" w:footer="3859" w:gutter="0"/>
          <w:cols w:space="720"/>
        </w:sectPr>
      </w:pPr>
    </w:p>
    <w:p w14:paraId="2ADD0C42" w14:textId="77777777" w:rsidR="004322C7" w:rsidRPr="00145753" w:rsidRDefault="0027081F" w:rsidP="002B02C0">
      <w:pPr>
        <w:spacing w:before="1" w:line="360" w:lineRule="auto"/>
        <w:ind w:left="1418" w:firstLine="567"/>
        <w:jc w:val="both"/>
        <w:rPr>
          <w:rFonts w:ascii="Arial" w:hAnsi="Arial" w:cs="Arial"/>
        </w:rPr>
      </w:pPr>
      <w:r w:rsidRPr="00145753">
        <w:rPr>
          <w:rFonts w:ascii="Arial" w:hAnsi="Arial" w:cs="Arial"/>
        </w:rPr>
        <w:lastRenderedPageBreak/>
        <w:t>Beberapa</w:t>
      </w:r>
      <w:r w:rsidRPr="00145753">
        <w:rPr>
          <w:rFonts w:ascii="Arial" w:hAnsi="Arial" w:cs="Arial"/>
          <w:spacing w:val="-8"/>
        </w:rPr>
        <w:t xml:space="preserve"> </w:t>
      </w:r>
      <w:r w:rsidRPr="00145753">
        <w:rPr>
          <w:rFonts w:ascii="Arial" w:hAnsi="Arial" w:cs="Arial"/>
        </w:rPr>
        <w:t>komponen</w:t>
      </w:r>
      <w:r w:rsidRPr="00145753">
        <w:rPr>
          <w:rFonts w:ascii="Arial" w:hAnsi="Arial" w:cs="Arial"/>
          <w:spacing w:val="-6"/>
        </w:rPr>
        <w:t xml:space="preserve"> </w:t>
      </w:r>
      <w:r w:rsidRPr="00145753">
        <w:rPr>
          <w:rFonts w:ascii="Arial" w:hAnsi="Arial" w:cs="Arial"/>
        </w:rPr>
        <w:t>yang</w:t>
      </w:r>
      <w:r w:rsidRPr="00145753">
        <w:rPr>
          <w:rFonts w:ascii="Arial" w:hAnsi="Arial" w:cs="Arial"/>
          <w:spacing w:val="-3"/>
        </w:rPr>
        <w:t xml:space="preserve"> </w:t>
      </w:r>
      <w:r w:rsidRPr="00145753">
        <w:rPr>
          <w:rFonts w:ascii="Arial" w:hAnsi="Arial" w:cs="Arial"/>
        </w:rPr>
        <w:t>terkandung</w:t>
      </w:r>
      <w:r w:rsidRPr="00145753">
        <w:rPr>
          <w:rFonts w:ascii="Arial" w:hAnsi="Arial" w:cs="Arial"/>
          <w:spacing w:val="-2"/>
        </w:rPr>
        <w:t xml:space="preserve"> </w:t>
      </w:r>
      <w:r w:rsidRPr="00145753">
        <w:rPr>
          <w:rFonts w:ascii="Arial" w:hAnsi="Arial" w:cs="Arial"/>
        </w:rPr>
        <w:t>dalam</w:t>
      </w:r>
      <w:r w:rsidRPr="00145753">
        <w:rPr>
          <w:rFonts w:ascii="Arial" w:hAnsi="Arial" w:cs="Arial"/>
          <w:spacing w:val="-14"/>
        </w:rPr>
        <w:t xml:space="preserve"> </w:t>
      </w:r>
      <w:r w:rsidRPr="00145753">
        <w:rPr>
          <w:rFonts w:ascii="Arial" w:hAnsi="Arial" w:cs="Arial"/>
        </w:rPr>
        <w:t>ASI</w:t>
      </w:r>
      <w:r w:rsidRPr="00145753">
        <w:rPr>
          <w:rFonts w:ascii="Arial" w:hAnsi="Arial" w:cs="Arial"/>
          <w:spacing w:val="-5"/>
        </w:rPr>
        <w:t xml:space="preserve"> </w:t>
      </w:r>
      <w:r w:rsidRPr="00145753">
        <w:rPr>
          <w:rFonts w:ascii="Arial" w:hAnsi="Arial" w:cs="Arial"/>
          <w:spacing w:val="-2"/>
        </w:rPr>
        <w:t>diantaranya</w:t>
      </w:r>
      <w:r w:rsidR="00F15586" w:rsidRPr="00145753">
        <w:rPr>
          <w:rFonts w:ascii="Arial" w:hAnsi="Arial" w:cs="Arial"/>
          <w:spacing w:val="-2"/>
        </w:rPr>
        <w:t>:</w:t>
      </w:r>
      <w:r w:rsidR="00F15586" w:rsidRPr="00145753">
        <w:rPr>
          <w:rFonts w:ascii="Arial" w:hAnsi="Arial" w:cs="Arial"/>
          <w:spacing w:val="-2"/>
        </w:rPr>
        <w:fldChar w:fldCharType="begin" w:fldLock="1"/>
      </w:r>
      <w:r w:rsidR="003A1F11" w:rsidRPr="00145753">
        <w:rPr>
          <w:rFonts w:ascii="Arial" w:hAnsi="Arial" w:cs="Arial"/>
          <w:spacing w:val="-2"/>
        </w:rPr>
        <w:instrText>ADDIN CSL_CITATION {"citationItems":[{"id":"ITEM-1","itemData":{"ISBN":"9788578110796","ISSN":"1098-6596","PMID":"25246403","abstract":"Learning how to recognize and anticipate the legal risks associated with student affairs practice is a crucial skill all successful administrators must develop. This can be done by developing a sense for scanning the broad legal environment and being aware of legal issues in other parts of the education enterprise. Good professionals make a considerable effort to remain current in their career fields. Professional associations assist their members in this task by developing training and professional development programs that address the critical skills that professionals need to do their jobs. In higher education and student affairs, many practitioners acknowledge the importance of knowing how the law affects what they do. Constitutional law affects what kinds of rules and regulations public institutions promulgate. Contract law affects the type of business relationship administrators have with students and other constituents. Tort law affects how managers maintain facilities and supervise student events. As a result, professional associations have been created to focus attention solely on legal issues in higher education (e.g., Education Law Association and the Association for Interdisciplinary Initiatives in Higher Education Law and Policy), programs on a wide variety of legal topics appear on almost every national conference schedule, many professional associations devote part of their Web sites to law and legislation (e.g., American College Personnel Association, National Association of Student Personnel Administrators, and the Association for Student Judicial Affairs), and private companies publish newsletters designed to inform their readers about the latest court rulings (e.g., The College Student and the Courts by Gehring and Letzring, Synfax weekly report by Pavela). Some of these resources examine events that may be several years old since litigation takes time and initial decisions may be appealed. Many of the authors of these publications restate the facts of the particular case and give some guidance on appropriate administrative practice. These resources, however, may not always be able to identify what administrators might face on their own campuses in the near future or define decision-making processes that might help administrators avoid legal pitfalls. The purpose of this paper is to identify two important mechanisms that college administrators can use to more actively anticipate the legal issues that may occur on their own campuses. F…","author":[{"dropping-particle":"","family":"Kurniawati","given":"Dini","non-dropping-particle":"","parse-names":false,"suffix":""},{"dropping-particle":"","family":"Hardiani","given":"Ratna Sari","non-dropping-particle":"","parse-names":false,"suffix":""},{"dropping-particle":"","family":"Rahmawati","given":"Iis","non-dropping-particle":"","parse-names":false,"suffix":""}],"container-title":"KHD Production","id":"ITEM-1","issue":"4","issued":{"date-parts":[["2020"]]},"number-of-pages":"1-47","title":"Buku Saku Air Susu Ibu","type":"book","volume":"42"},"uris":["http://www.mendeley.com/documents/?uuid=cc937c42-ec77-4238-9a05-7d7b4be91da5"]}],"mendeley":{"formattedCitation":"(Kurniawati et al., 2020)","plainTextFormattedCitation":"(Kurniawati et al., 2020)","previouslyFormattedCitation":"(Kurniawati et al., 2020)"},"properties":{"noteIndex":0},"schema":"https://github.com/citation-style-language/schema/raw/master/csl-citation.json"}</w:instrText>
      </w:r>
      <w:r w:rsidR="00F15586" w:rsidRPr="00145753">
        <w:rPr>
          <w:rFonts w:ascii="Arial" w:hAnsi="Arial" w:cs="Arial"/>
          <w:spacing w:val="-2"/>
        </w:rPr>
        <w:fldChar w:fldCharType="separate"/>
      </w:r>
      <w:r w:rsidR="00F15586" w:rsidRPr="00145753">
        <w:rPr>
          <w:rFonts w:ascii="Arial" w:hAnsi="Arial" w:cs="Arial"/>
          <w:noProof/>
          <w:spacing w:val="-2"/>
        </w:rPr>
        <w:t>(Kurniawati et al., 2020)</w:t>
      </w:r>
      <w:r w:rsidR="00F15586" w:rsidRPr="00145753">
        <w:rPr>
          <w:rFonts w:ascii="Arial" w:hAnsi="Arial" w:cs="Arial"/>
          <w:spacing w:val="-2"/>
        </w:rPr>
        <w:fldChar w:fldCharType="end"/>
      </w:r>
    </w:p>
    <w:p w14:paraId="1039A2AF" w14:textId="77777777" w:rsidR="004322C7" w:rsidRPr="00145753" w:rsidRDefault="00F15586" w:rsidP="00B54737">
      <w:pPr>
        <w:numPr>
          <w:ilvl w:val="0"/>
          <w:numId w:val="19"/>
        </w:numPr>
        <w:spacing w:before="1" w:line="362" w:lineRule="auto"/>
        <w:ind w:left="1985" w:hanging="567"/>
        <w:jc w:val="both"/>
        <w:rPr>
          <w:rFonts w:ascii="Arial" w:hAnsi="Arial" w:cs="Arial"/>
        </w:rPr>
      </w:pPr>
      <w:r w:rsidRPr="00145753">
        <w:rPr>
          <w:rFonts w:ascii="Arial" w:hAnsi="Arial" w:cs="Arial"/>
        </w:rPr>
        <w:t>Protein</w:t>
      </w:r>
    </w:p>
    <w:p w14:paraId="58219E31" w14:textId="77777777" w:rsidR="004322C7" w:rsidRPr="00145753" w:rsidRDefault="00F15586" w:rsidP="00B54737">
      <w:pPr>
        <w:spacing w:before="1" w:line="362" w:lineRule="auto"/>
        <w:ind w:left="1985"/>
        <w:jc w:val="both"/>
        <w:rPr>
          <w:rFonts w:ascii="Arial" w:hAnsi="Arial" w:cs="Arial"/>
        </w:rPr>
      </w:pPr>
      <w:r w:rsidRPr="00145753">
        <w:rPr>
          <w:rFonts w:ascii="Arial" w:hAnsi="Arial" w:cs="Arial"/>
        </w:rPr>
        <w:t>Protein merupakan zat yang berfungsi sebagai zat pembangun, yang menggantikan sel tubuh yang rusak, memberi kekebalan pada tubuh terhadap penyakit, mengatur kerja tubuh dan memberikan energi bagi tubuh. Kandungan protein pada ASI komplek, dimana ada 0,9 gram protein dalam 100 mL ASI. Protein yang terpenting pada ASI antara lain kasein, alfa-laktalbumin dan laktoferin. Disamping itu ASI juga mengandung protein yang disebut dengan asam amino yaitu sistin dan taurin. Sistin ini</w:t>
      </w:r>
      <w:r w:rsidRPr="00145753">
        <w:rPr>
          <w:rFonts w:ascii="Arial" w:hAnsi="Arial" w:cs="Arial"/>
          <w:spacing w:val="-2"/>
        </w:rPr>
        <w:t xml:space="preserve"> sangat penting untuk pertumbuhan sel dan taurin untuk pertumbuhan otak bayi.</w:t>
      </w:r>
    </w:p>
    <w:p w14:paraId="5F2B0106" w14:textId="77777777" w:rsidR="004322C7" w:rsidRPr="00145753" w:rsidRDefault="00F15586"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t>Air</w:t>
      </w:r>
    </w:p>
    <w:p w14:paraId="5089A375" w14:textId="77777777" w:rsidR="004322C7" w:rsidRPr="00145753" w:rsidRDefault="00F15586" w:rsidP="00B54737">
      <w:pPr>
        <w:spacing w:before="1" w:line="362" w:lineRule="auto"/>
        <w:ind w:left="1985"/>
        <w:jc w:val="both"/>
        <w:rPr>
          <w:rFonts w:ascii="Arial" w:hAnsi="Arial" w:cs="Arial"/>
        </w:rPr>
      </w:pPr>
      <w:r w:rsidRPr="00145753">
        <w:rPr>
          <w:rFonts w:ascii="Arial" w:hAnsi="Arial" w:cs="Arial"/>
          <w:spacing w:val="-2"/>
        </w:rPr>
        <w:t>ASI sebagian besar terdiri dari air, dimana 88,1% merupakan air dan sisanya adalah zat lain yang dibutuhkan bayi.</w:t>
      </w:r>
    </w:p>
    <w:p w14:paraId="29BADB57" w14:textId="77777777" w:rsidR="004322C7" w:rsidRPr="00145753" w:rsidRDefault="00F15586"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t>Karbohdrat</w:t>
      </w:r>
    </w:p>
    <w:p w14:paraId="1B196F96" w14:textId="77777777" w:rsidR="004322C7" w:rsidRPr="00145753" w:rsidRDefault="00F15586" w:rsidP="00B54737">
      <w:pPr>
        <w:spacing w:before="1" w:line="362" w:lineRule="auto"/>
        <w:ind w:left="1985"/>
        <w:jc w:val="both"/>
        <w:rPr>
          <w:rFonts w:ascii="Arial" w:hAnsi="Arial" w:cs="Arial"/>
        </w:rPr>
      </w:pPr>
      <w:r w:rsidRPr="00145753">
        <w:rPr>
          <w:rFonts w:ascii="Arial" w:hAnsi="Arial" w:cs="Arial"/>
          <w:spacing w:val="-2"/>
        </w:rPr>
        <w:t>Karbohidrat merupakan sumber energi bagi tubuh bayi. Dalam ASI terdapat laktosa, dimana laktosa ini adalah karbohidrat yang mudah sekali dicerna tubuh bayi. karbohidrat dalam ASI sebanyak 7gr dalam 100 mL ASI. Laktosa dalam ASI merupakan zat penting yang berfungsi membantu tubuh menyerap kalsium dan merangsang pertumbuhan mikroorganisme yang disebut deengan laktobassilus bifidu. Selain laktosa ASI juga mengandung karbohidrat jenis oligosakarida.</w:t>
      </w:r>
    </w:p>
    <w:p w14:paraId="5D5E5BE0" w14:textId="77777777" w:rsidR="004322C7" w:rsidRPr="00145753" w:rsidRDefault="00F15586"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t>Lemak dan DHA/ARA</w:t>
      </w:r>
    </w:p>
    <w:p w14:paraId="690D0CC6" w14:textId="67B80BDD" w:rsidR="004322C7" w:rsidRDefault="00F15586" w:rsidP="00B54737">
      <w:pPr>
        <w:spacing w:before="1" w:line="362" w:lineRule="auto"/>
        <w:ind w:left="1985"/>
        <w:jc w:val="both"/>
        <w:rPr>
          <w:rFonts w:ascii="Arial" w:hAnsi="Arial" w:cs="Arial"/>
          <w:spacing w:val="-2"/>
        </w:rPr>
      </w:pPr>
      <w:r w:rsidRPr="00145753">
        <w:rPr>
          <w:rFonts w:ascii="Arial" w:hAnsi="Arial" w:cs="Arial"/>
          <w:spacing w:val="-2"/>
        </w:rPr>
        <w:t>Lemak didalam ASI merupakan lemak baik yang membantu pertubuhan bayi. Pada ASI terdapat 3,5 gr lemak dalam 100 mL ASI. Lemak yang ada di dalam ASI yaitu lemak esensial, asam linoleat (Omega 6) dan asam linoleat (Omega 3). Selain itu lemak dalam ASI yang penting untuk perkembangan syarat dan penglihatan bayi adalah DHA (docosahexaenoic acid) dan ARA (arachidonic acid).</w:t>
      </w:r>
    </w:p>
    <w:p w14:paraId="1AAC1699" w14:textId="77777777" w:rsidR="002B02C0" w:rsidRPr="00145753" w:rsidRDefault="002B02C0" w:rsidP="00B54737">
      <w:pPr>
        <w:spacing w:before="1" w:line="362" w:lineRule="auto"/>
        <w:ind w:left="1985"/>
        <w:jc w:val="both"/>
        <w:rPr>
          <w:rFonts w:ascii="Arial" w:hAnsi="Arial" w:cs="Arial"/>
        </w:rPr>
      </w:pPr>
    </w:p>
    <w:p w14:paraId="2199DF95" w14:textId="77777777" w:rsidR="004322C7" w:rsidRPr="00145753" w:rsidRDefault="00F15586"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lastRenderedPageBreak/>
        <w:t>Vitamin</w:t>
      </w:r>
    </w:p>
    <w:p w14:paraId="18112B64" w14:textId="77777777" w:rsidR="004322C7" w:rsidRPr="00145753" w:rsidRDefault="00F15586" w:rsidP="00B54737">
      <w:pPr>
        <w:spacing w:before="1" w:line="362" w:lineRule="auto"/>
        <w:ind w:left="1985"/>
        <w:jc w:val="both"/>
        <w:rPr>
          <w:rFonts w:ascii="Arial" w:hAnsi="Arial" w:cs="Arial"/>
        </w:rPr>
      </w:pPr>
      <w:r w:rsidRPr="00145753">
        <w:rPr>
          <w:rFonts w:ascii="Arial" w:hAnsi="Arial" w:cs="Arial"/>
          <w:spacing w:val="-2"/>
        </w:rPr>
        <w:t>Vitamin merupakan zat yang berfungsi mengatur, membantu fungsi tubuh kita sekaligus membantu perkembangan sel. Dalam ASI mengandung vitamin yang komplek yaitu vitamin D, E dan K. Vitamin E ditemukan banyak pada kolostrum (ASI yang bewarna bening atau kekuning kuningan yang pertama kami keluar), vitamin K digunakan untuk membantu memproduksi sel darah yang membekukan perdarahan sehingga pada bayi baru lahir yang terdapat luka pada tali pusat, maka perdarahan bisa berhenti.</w:t>
      </w:r>
    </w:p>
    <w:p w14:paraId="3E776839" w14:textId="77777777" w:rsidR="004322C7" w:rsidRPr="00145753" w:rsidRDefault="003A1F11"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t>Garam dan Mineral</w:t>
      </w:r>
    </w:p>
    <w:p w14:paraId="3FFCB7EA" w14:textId="77777777" w:rsidR="004322C7" w:rsidRPr="00145753" w:rsidRDefault="003A1F11" w:rsidP="00B54737">
      <w:pPr>
        <w:spacing w:before="1" w:line="362" w:lineRule="auto"/>
        <w:ind w:left="1985"/>
        <w:jc w:val="both"/>
        <w:rPr>
          <w:rFonts w:ascii="Arial" w:hAnsi="Arial" w:cs="Arial"/>
        </w:rPr>
      </w:pPr>
      <w:r w:rsidRPr="00145753">
        <w:rPr>
          <w:rFonts w:ascii="Arial" w:hAnsi="Arial" w:cs="Arial"/>
          <w:spacing w:val="-2"/>
        </w:rPr>
        <w:t>Garam merupakan zat yang dibuthkan bayi. Garam alamiah atau organik yang ada di dalam ASI adalah kalsium, kalium dan natrium dari asam klorida dan fosfat. Kalium merupakan zat terbanyak, sedangkan kadar Cu, Fe dan Mn yang berguna untuk bahan pembuat darah relatif sedikit. Ca dan P merupakan bahan pembentuk tulang dan kadarnya dalam ASI cukup</w:t>
      </w:r>
    </w:p>
    <w:p w14:paraId="0DB75BCE" w14:textId="77777777" w:rsidR="004322C7" w:rsidRPr="00145753" w:rsidRDefault="003A1F11" w:rsidP="00B54737">
      <w:pPr>
        <w:numPr>
          <w:ilvl w:val="0"/>
          <w:numId w:val="19"/>
        </w:numPr>
        <w:spacing w:before="1" w:line="362" w:lineRule="auto"/>
        <w:ind w:left="1985" w:hanging="567"/>
        <w:jc w:val="both"/>
        <w:rPr>
          <w:rFonts w:ascii="Arial" w:hAnsi="Arial" w:cs="Arial"/>
        </w:rPr>
      </w:pPr>
      <w:r w:rsidRPr="00145753">
        <w:rPr>
          <w:rFonts w:ascii="Arial" w:hAnsi="Arial" w:cs="Arial"/>
          <w:spacing w:val="-2"/>
        </w:rPr>
        <w:t>Enzim</w:t>
      </w:r>
    </w:p>
    <w:p w14:paraId="1C318B18" w14:textId="56EBA1FB" w:rsidR="00B54737" w:rsidRPr="002B02C0" w:rsidRDefault="003A1F11" w:rsidP="002B02C0">
      <w:pPr>
        <w:spacing w:before="1" w:line="362" w:lineRule="auto"/>
        <w:ind w:left="1985"/>
        <w:jc w:val="both"/>
        <w:rPr>
          <w:rFonts w:ascii="Arial" w:hAnsi="Arial" w:cs="Arial"/>
          <w:spacing w:val="-2"/>
        </w:rPr>
      </w:pPr>
      <w:r w:rsidRPr="00145753">
        <w:rPr>
          <w:rFonts w:ascii="Arial" w:hAnsi="Arial" w:cs="Arial"/>
          <w:spacing w:val="-2"/>
        </w:rPr>
        <w:t>Enzim merupakan bahan yang membantu proses kimia dalam tubuh. ASI mengandung 20 enzim aktif, dimana yang penting untuk antimikroba atau mencegah infeksi adalah lyzosome ASI juga mengandung enzim yang membantu pencernaan.</w:t>
      </w:r>
    </w:p>
    <w:p w14:paraId="0BA25A79" w14:textId="77777777" w:rsidR="004322C7" w:rsidRPr="00145753" w:rsidRDefault="003A1F11" w:rsidP="00B54737">
      <w:pPr>
        <w:numPr>
          <w:ilvl w:val="2"/>
          <w:numId w:val="7"/>
        </w:numPr>
        <w:tabs>
          <w:tab w:val="left" w:pos="2410"/>
        </w:tabs>
        <w:spacing w:before="127" w:line="360" w:lineRule="auto"/>
        <w:ind w:left="1418" w:hanging="567"/>
        <w:rPr>
          <w:rFonts w:ascii="Arial" w:hAnsi="Arial" w:cs="Arial"/>
        </w:rPr>
      </w:pPr>
      <w:r w:rsidRPr="00145753">
        <w:rPr>
          <w:rFonts w:ascii="Arial" w:hAnsi="Arial" w:cs="Arial"/>
          <w:b/>
          <w:bCs/>
          <w:spacing w:val="-2"/>
        </w:rPr>
        <w:t>Manfaat ASI</w:t>
      </w:r>
    </w:p>
    <w:p w14:paraId="2F7C1F6E" w14:textId="77777777" w:rsidR="004322C7" w:rsidRPr="00145753" w:rsidRDefault="003A1F11" w:rsidP="00B54737">
      <w:pPr>
        <w:spacing w:before="1" w:line="362" w:lineRule="auto"/>
        <w:ind w:left="1418"/>
        <w:jc w:val="both"/>
        <w:rPr>
          <w:rFonts w:ascii="Arial" w:hAnsi="Arial" w:cs="Arial"/>
        </w:rPr>
      </w:pPr>
      <w:r w:rsidRPr="00145753">
        <w:rPr>
          <w:rFonts w:ascii="Arial" w:hAnsi="Arial" w:cs="Arial"/>
          <w:spacing w:val="-2"/>
        </w:rPr>
        <w:t>ASI merupakan makanan yang tepat buat bayi. Karena kandungan ASI sangat komplek maka ASI mempunyai banyak manfaat buat Bayi. Beberapa manfaat ASI buat bayi antara lain :</w:t>
      </w:r>
      <w:r w:rsidRPr="00145753">
        <w:rPr>
          <w:rFonts w:ascii="Arial" w:hAnsi="Arial" w:cs="Arial"/>
          <w:spacing w:val="-2"/>
        </w:rPr>
        <w:fldChar w:fldCharType="begin" w:fldLock="1"/>
      </w:r>
      <w:r w:rsidR="002C131B" w:rsidRPr="00145753">
        <w:rPr>
          <w:rFonts w:ascii="Arial" w:hAnsi="Arial" w:cs="Arial"/>
          <w:spacing w:val="-2"/>
        </w:rPr>
        <w:instrText>ADDIN CSL_CITATION {"citationItems":[{"id":"ITEM-1","itemData":{"ISBN":"9788578110796","ISSN":"1098-6596","PMID":"25246403","abstract":"Learning how to recognize and anticipate the legal risks associated with student affairs practice is a crucial skill all successful administrators must develop. This can be done by developing a sense for scanning the broad legal environment and being aware of legal issues in other parts of the education enterprise. Good professionals make a considerable effort to remain current in their career fields. Professional associations assist their members in this task by developing training and professional development programs that address the critical skills that professionals need to do their jobs. In higher education and student affairs, many practitioners acknowledge the importance of knowing how the law affects what they do. Constitutional law affects what kinds of rules and regulations public institutions promulgate. Contract law affects the type of business relationship administrators have with students and other constituents. Tort law affects how managers maintain facilities and supervise student events. As a result, professional associations have been created to focus attention solely on legal issues in higher education (e.g., Education Law Association and the Association for Interdisciplinary Initiatives in Higher Education Law and Policy), programs on a wide variety of legal topics appear on almost every national conference schedule, many professional associations devote part of their Web sites to law and legislation (e.g., American College Personnel Association, National Association of Student Personnel Administrators, and the Association for Student Judicial Affairs), and private companies publish newsletters designed to inform their readers about the latest court rulings (e.g., The College Student and the Courts by Gehring and Letzring, Synfax weekly report by Pavela). Some of these resources examine events that may be several years old since litigation takes time and initial decisions may be appealed. Many of the authors of these publications restate the facts of the particular case and give some guidance on appropriate administrative practice. These resources, however, may not always be able to identify what administrators might face on their own campuses in the near future or define decision-making processes that might help administrators avoid legal pitfalls. The purpose of this paper is to identify two important mechanisms that college administrators can use to more actively anticipate the legal issues that may occur on their own campuses. F…","author":[{"dropping-particle":"","family":"Kurniawati","given":"Dini","non-dropping-particle":"","parse-names":false,"suffix":""},{"dropping-particle":"","family":"Hardiani","given":"Ratna Sari","non-dropping-particle":"","parse-names":false,"suffix":""},{"dropping-particle":"","family":"Rahmawati","given":"Iis","non-dropping-particle":"","parse-names":false,"suffix":""}],"container-title":"KHD Production","id":"ITEM-1","issue":"4","issued":{"date-parts":[["2020"]]},"number-of-pages":"1-47","title":"Buku Saku Air Susu Ibu","type":"book","volume":"42"},"uris":["http://www.mendeley.com/documents/?uuid=cc937c42-ec77-4238-9a05-7d7b4be91da5"]}],"mendeley":{"formattedCitation":"(Kurniawati et al., 2020)","plainTextFormattedCitation":"(Kurniawati et al., 2020)","previouslyFormattedCitation":"(Kurniawati et al., 2020)"},"properties":{"noteIndex":0},"schema":"https://github.com/citation-style-language/schema/raw/master/csl-citation.json"}</w:instrText>
      </w:r>
      <w:r w:rsidRPr="00145753">
        <w:rPr>
          <w:rFonts w:ascii="Arial" w:hAnsi="Arial" w:cs="Arial"/>
          <w:spacing w:val="-2"/>
        </w:rPr>
        <w:fldChar w:fldCharType="separate"/>
      </w:r>
      <w:r w:rsidRPr="00145753">
        <w:rPr>
          <w:rFonts w:ascii="Arial" w:hAnsi="Arial" w:cs="Arial"/>
          <w:noProof/>
          <w:spacing w:val="-2"/>
        </w:rPr>
        <w:t>(Kurniawati et al., 2020)</w:t>
      </w:r>
      <w:r w:rsidRPr="00145753">
        <w:rPr>
          <w:rFonts w:ascii="Arial" w:hAnsi="Arial" w:cs="Arial"/>
          <w:spacing w:val="-2"/>
        </w:rPr>
        <w:fldChar w:fldCharType="end"/>
      </w:r>
    </w:p>
    <w:p w14:paraId="658CA8B7" w14:textId="77777777" w:rsidR="004322C7" w:rsidRPr="00145753" w:rsidRDefault="003A1F11"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t>Nutrisi Seimbang</w:t>
      </w:r>
    </w:p>
    <w:p w14:paraId="4C2E3DEF" w14:textId="77777777" w:rsidR="004322C7" w:rsidRPr="00145753" w:rsidRDefault="003A1F11" w:rsidP="00B54737">
      <w:pPr>
        <w:spacing w:before="1" w:line="362" w:lineRule="auto"/>
        <w:ind w:left="1985"/>
        <w:jc w:val="both"/>
        <w:rPr>
          <w:rFonts w:ascii="Arial" w:hAnsi="Arial" w:cs="Arial"/>
        </w:rPr>
      </w:pPr>
      <w:r w:rsidRPr="00145753">
        <w:rPr>
          <w:rFonts w:ascii="Arial" w:hAnsi="Arial" w:cs="Arial"/>
          <w:spacing w:val="-2"/>
        </w:rPr>
        <w:t>ASI mengandung bahan yang dibutuhkan oleh bayi dan semua kandungan tersebut sesuai dengan kebutuhan bayi, hal ini mencegah bayi untuk obesitas</w:t>
      </w:r>
    </w:p>
    <w:p w14:paraId="302613B0" w14:textId="77777777" w:rsidR="004322C7" w:rsidRPr="00145753" w:rsidRDefault="003A1F11"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t>Mencegah Infeksi</w:t>
      </w:r>
    </w:p>
    <w:p w14:paraId="4B305BB6" w14:textId="77777777" w:rsidR="004322C7" w:rsidRPr="00145753" w:rsidRDefault="003A1F11" w:rsidP="00B54737">
      <w:pPr>
        <w:spacing w:before="1" w:line="362" w:lineRule="auto"/>
        <w:ind w:left="1985"/>
        <w:jc w:val="both"/>
        <w:rPr>
          <w:rFonts w:ascii="Arial" w:hAnsi="Arial" w:cs="Arial"/>
        </w:rPr>
      </w:pPr>
      <w:r w:rsidRPr="00145753">
        <w:rPr>
          <w:rFonts w:ascii="Arial" w:hAnsi="Arial" w:cs="Arial"/>
          <w:spacing w:val="-2"/>
        </w:rPr>
        <w:t>ASI mengandung zat antibiotik dan zat kekebalan sehingga bayi yang mendapatkan ASI akan terhindar dari infeksi</w:t>
      </w:r>
    </w:p>
    <w:p w14:paraId="1F1EC84C" w14:textId="77777777" w:rsidR="004322C7" w:rsidRPr="00145753" w:rsidRDefault="003A1F11"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lastRenderedPageBreak/>
        <w:t>Kecerdasan Lebih Tinggi</w:t>
      </w:r>
    </w:p>
    <w:p w14:paraId="094D236A" w14:textId="77777777" w:rsidR="004322C7" w:rsidRPr="00145753" w:rsidRDefault="003A1F11" w:rsidP="00B54737">
      <w:pPr>
        <w:spacing w:before="1" w:line="362" w:lineRule="auto"/>
        <w:ind w:left="1985"/>
        <w:jc w:val="both"/>
        <w:rPr>
          <w:rFonts w:ascii="Arial" w:hAnsi="Arial" w:cs="Arial"/>
        </w:rPr>
      </w:pPr>
      <w:r w:rsidRPr="00145753">
        <w:rPr>
          <w:rFonts w:ascii="Arial" w:hAnsi="Arial" w:cs="Arial"/>
          <w:spacing w:val="-2"/>
        </w:rPr>
        <w:t>ASI mengandung zat yang membantu perkembangan otak dan perkembangan syaraf. Hal ini membantu meningkatkan kecerdasan anak. Anak yang diberikan ASI mempunyai kecerdasan lebih tinggi dibanding anak yang tidak mendapatkan</w:t>
      </w:r>
    </w:p>
    <w:p w14:paraId="08256A3A" w14:textId="77777777" w:rsidR="004322C7" w:rsidRPr="00145753" w:rsidRDefault="003A1F11"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t>Mencegah diare dan alergi</w:t>
      </w:r>
    </w:p>
    <w:p w14:paraId="02744E8D" w14:textId="77777777" w:rsidR="004322C7" w:rsidRPr="00145753" w:rsidRDefault="003A1F11" w:rsidP="00B54737">
      <w:pPr>
        <w:spacing w:before="1" w:line="362" w:lineRule="auto"/>
        <w:ind w:left="1985"/>
        <w:jc w:val="both"/>
        <w:rPr>
          <w:rFonts w:ascii="Arial" w:hAnsi="Arial" w:cs="Arial"/>
        </w:rPr>
      </w:pPr>
      <w:r w:rsidRPr="00145753">
        <w:rPr>
          <w:rFonts w:ascii="Arial" w:hAnsi="Arial" w:cs="Arial"/>
          <w:spacing w:val="-2"/>
        </w:rPr>
        <w:t>ASI mengandung zat yang mencegah infeksi, virus dan zat mematangkan usus sehingga bayi yang mendapatkan ASI akan terhindar dari diare dan alergi.</w:t>
      </w:r>
    </w:p>
    <w:p w14:paraId="59541376" w14:textId="77777777" w:rsidR="004322C7" w:rsidRPr="00145753" w:rsidRDefault="003A1F11"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t>Perkembangan Psikomotorik Optimal</w:t>
      </w:r>
    </w:p>
    <w:p w14:paraId="53871D18" w14:textId="77777777" w:rsidR="004322C7" w:rsidRPr="00145753" w:rsidRDefault="00C21BFA" w:rsidP="00B54737">
      <w:pPr>
        <w:spacing w:before="1" w:line="362" w:lineRule="auto"/>
        <w:ind w:left="1985"/>
        <w:jc w:val="both"/>
        <w:rPr>
          <w:rFonts w:ascii="Arial" w:hAnsi="Arial" w:cs="Arial"/>
        </w:rPr>
      </w:pPr>
      <w:r w:rsidRPr="00145753">
        <w:rPr>
          <w:rFonts w:ascii="Arial" w:hAnsi="Arial" w:cs="Arial"/>
          <w:spacing w:val="-2"/>
        </w:rPr>
        <w:t>ASI mengandung zat komplek yang dibutuhkan untuk pertumbuhan. Dengan zat ini maka ASI akan membantu bayi tumbuh dan berkembang dengan baik</w:t>
      </w:r>
    </w:p>
    <w:p w14:paraId="5BAA517C" w14:textId="77777777" w:rsidR="004322C7" w:rsidRPr="00145753" w:rsidRDefault="00C21BFA" w:rsidP="00B54737">
      <w:pPr>
        <w:numPr>
          <w:ilvl w:val="3"/>
          <w:numId w:val="7"/>
        </w:numPr>
        <w:spacing w:before="1" w:line="362" w:lineRule="auto"/>
        <w:ind w:left="1985" w:hanging="567"/>
        <w:jc w:val="both"/>
        <w:rPr>
          <w:rFonts w:ascii="Arial" w:hAnsi="Arial" w:cs="Arial"/>
        </w:rPr>
      </w:pPr>
      <w:r w:rsidRPr="00145753">
        <w:rPr>
          <w:rFonts w:ascii="Arial" w:hAnsi="Arial" w:cs="Arial"/>
          <w:spacing w:val="-2"/>
        </w:rPr>
        <w:t>Efek Psikologis yang Optimal</w:t>
      </w:r>
    </w:p>
    <w:p w14:paraId="4484626E" w14:textId="28B1EF14" w:rsidR="00386E98" w:rsidRPr="002B02C0" w:rsidRDefault="00C21BFA" w:rsidP="002B02C0">
      <w:pPr>
        <w:spacing w:before="1" w:line="362" w:lineRule="auto"/>
        <w:ind w:left="1985"/>
        <w:jc w:val="both"/>
        <w:rPr>
          <w:rFonts w:ascii="Arial" w:hAnsi="Arial" w:cs="Arial"/>
          <w:spacing w:val="-2"/>
        </w:rPr>
      </w:pPr>
      <w:r w:rsidRPr="00145753">
        <w:rPr>
          <w:rFonts w:ascii="Arial" w:hAnsi="Arial" w:cs="Arial"/>
          <w:spacing w:val="-2"/>
        </w:rPr>
        <w:t>Ibu saat menyusui bayinya akan menatap, kontak mata, membelai dan berbicara dengan bayi. Hal ini akan meningkatkan komunikasi dan sentuhan antara ibu dan bayi. Dengan sentuhan dan komunikasi yang sering makaikatan kasih sayang antara ibu dan bayi semakin kuat, bayi tidak rewel dan tenang</w:t>
      </w:r>
    </w:p>
    <w:p w14:paraId="19F56105" w14:textId="384A9AF0" w:rsidR="00C21BFA" w:rsidRPr="00145753" w:rsidRDefault="00C21BFA" w:rsidP="0037315F">
      <w:pPr>
        <w:numPr>
          <w:ilvl w:val="1"/>
          <w:numId w:val="7"/>
        </w:numPr>
        <w:tabs>
          <w:tab w:val="left" w:pos="2410"/>
        </w:tabs>
        <w:spacing w:before="127" w:line="360" w:lineRule="auto"/>
        <w:rPr>
          <w:rFonts w:ascii="Arial" w:hAnsi="Arial" w:cs="Arial"/>
          <w:b/>
          <w:color w:val="000000" w:themeColor="text1"/>
        </w:rPr>
      </w:pPr>
      <w:r w:rsidRPr="00145753">
        <w:rPr>
          <w:rFonts w:ascii="Arial" w:hAnsi="Arial" w:cs="Arial"/>
          <w:b/>
          <w:color w:val="000000" w:themeColor="text1"/>
        </w:rPr>
        <w:t>Dukungan</w:t>
      </w:r>
      <w:r w:rsidRPr="00145753">
        <w:rPr>
          <w:rFonts w:ascii="Arial" w:hAnsi="Arial" w:cs="Arial"/>
          <w:b/>
          <w:color w:val="000000" w:themeColor="text1"/>
          <w:spacing w:val="-2"/>
        </w:rPr>
        <w:t xml:space="preserve"> Keluarga</w:t>
      </w:r>
    </w:p>
    <w:p w14:paraId="3AADD0A3" w14:textId="4B65AB81" w:rsidR="00C21BFA" w:rsidRPr="00145753" w:rsidRDefault="00C21BFA" w:rsidP="00386E98">
      <w:pPr>
        <w:numPr>
          <w:ilvl w:val="0"/>
          <w:numId w:val="23"/>
        </w:numPr>
        <w:tabs>
          <w:tab w:val="left" w:pos="2367"/>
        </w:tabs>
        <w:spacing w:line="360" w:lineRule="auto"/>
        <w:ind w:left="1843"/>
        <w:rPr>
          <w:rFonts w:ascii="Arial" w:hAnsi="Arial" w:cs="Arial"/>
          <w:b/>
          <w:color w:val="000000" w:themeColor="text1"/>
        </w:rPr>
      </w:pPr>
      <w:r w:rsidRPr="00145753">
        <w:rPr>
          <w:rFonts w:ascii="Arial" w:hAnsi="Arial" w:cs="Arial"/>
          <w:b/>
          <w:color w:val="000000" w:themeColor="text1"/>
          <w:spacing w:val="-2"/>
        </w:rPr>
        <w:t>Pengertian</w:t>
      </w:r>
    </w:p>
    <w:p w14:paraId="4821FDD0" w14:textId="5A4CD623" w:rsidR="00547B98" w:rsidRPr="00145753" w:rsidRDefault="00C21BFA" w:rsidP="002B02C0">
      <w:pPr>
        <w:spacing w:line="360" w:lineRule="auto"/>
        <w:ind w:left="1843" w:firstLine="567"/>
        <w:jc w:val="both"/>
        <w:rPr>
          <w:rFonts w:ascii="Arial" w:hAnsi="Arial" w:cs="Arial"/>
        </w:rPr>
      </w:pPr>
      <w:r w:rsidRPr="00145753">
        <w:rPr>
          <w:rFonts w:ascii="Arial" w:hAnsi="Arial" w:cs="Arial"/>
          <w:color w:val="000000" w:themeColor="text1"/>
        </w:rPr>
        <w:t xml:space="preserve">Dukungan keluarga </w:t>
      </w:r>
      <w:r w:rsidRPr="00145753">
        <w:rPr>
          <w:rFonts w:ascii="Arial" w:hAnsi="Arial" w:cs="Arial"/>
        </w:rPr>
        <w:t>merupakan suatu proses yang berlangsung sepanjang kehidupan, dengan sifat dan jenis dukungan yang bervariasi pada setiap tahap siklus kehidupan. Dukungan</w:t>
      </w:r>
      <w:r w:rsidRPr="00145753">
        <w:rPr>
          <w:rFonts w:ascii="Arial" w:hAnsi="Arial" w:cs="Arial"/>
          <w:spacing w:val="-2"/>
        </w:rPr>
        <w:t xml:space="preserve"> </w:t>
      </w:r>
      <w:r w:rsidRPr="00145753">
        <w:rPr>
          <w:rFonts w:ascii="Arial" w:hAnsi="Arial" w:cs="Arial"/>
        </w:rPr>
        <w:t>ini</w:t>
      </w:r>
      <w:r w:rsidRPr="00145753">
        <w:rPr>
          <w:rFonts w:ascii="Arial" w:hAnsi="Arial" w:cs="Arial"/>
          <w:spacing w:val="-4"/>
        </w:rPr>
        <w:t xml:space="preserve"> </w:t>
      </w:r>
      <w:r w:rsidRPr="00145753">
        <w:rPr>
          <w:rFonts w:ascii="Arial" w:hAnsi="Arial" w:cs="Arial"/>
        </w:rPr>
        <w:t>dapat</w:t>
      </w:r>
      <w:r w:rsidRPr="00145753">
        <w:rPr>
          <w:rFonts w:ascii="Arial" w:hAnsi="Arial" w:cs="Arial"/>
          <w:spacing w:val="-5"/>
        </w:rPr>
        <w:t xml:space="preserve"> </w:t>
      </w:r>
      <w:r w:rsidRPr="00145753">
        <w:rPr>
          <w:rFonts w:ascii="Arial" w:hAnsi="Arial" w:cs="Arial"/>
        </w:rPr>
        <w:t>berasal</w:t>
      </w:r>
      <w:r w:rsidRPr="00145753">
        <w:rPr>
          <w:rFonts w:ascii="Arial" w:hAnsi="Arial" w:cs="Arial"/>
          <w:spacing w:val="-4"/>
        </w:rPr>
        <w:t xml:space="preserve"> </w:t>
      </w:r>
      <w:r w:rsidRPr="00145753">
        <w:rPr>
          <w:rFonts w:ascii="Arial" w:hAnsi="Arial" w:cs="Arial"/>
        </w:rPr>
        <w:t>dari</w:t>
      </w:r>
      <w:r w:rsidRPr="00145753">
        <w:rPr>
          <w:rFonts w:ascii="Arial" w:hAnsi="Arial" w:cs="Arial"/>
          <w:spacing w:val="-4"/>
        </w:rPr>
        <w:t xml:space="preserve"> </w:t>
      </w:r>
      <w:r w:rsidRPr="00145753">
        <w:rPr>
          <w:rFonts w:ascii="Arial" w:hAnsi="Arial" w:cs="Arial"/>
        </w:rPr>
        <w:t>sumber</w:t>
      </w:r>
      <w:r w:rsidRPr="00145753">
        <w:rPr>
          <w:rFonts w:ascii="Arial" w:hAnsi="Arial" w:cs="Arial"/>
          <w:spacing w:val="-5"/>
        </w:rPr>
        <w:t xml:space="preserve"> </w:t>
      </w:r>
      <w:r w:rsidRPr="00145753">
        <w:rPr>
          <w:rFonts w:ascii="Arial" w:hAnsi="Arial" w:cs="Arial"/>
        </w:rPr>
        <w:t>internal,</w:t>
      </w:r>
      <w:r w:rsidRPr="00145753">
        <w:rPr>
          <w:rFonts w:ascii="Arial" w:hAnsi="Arial" w:cs="Arial"/>
          <w:spacing w:val="-5"/>
        </w:rPr>
        <w:t xml:space="preserve"> </w:t>
      </w:r>
      <w:r w:rsidRPr="00145753">
        <w:rPr>
          <w:rFonts w:ascii="Arial" w:hAnsi="Arial" w:cs="Arial"/>
        </w:rPr>
        <w:t>seperti</w:t>
      </w:r>
      <w:r w:rsidRPr="00145753">
        <w:rPr>
          <w:rFonts w:ascii="Arial" w:hAnsi="Arial" w:cs="Arial"/>
          <w:spacing w:val="-4"/>
        </w:rPr>
        <w:t xml:space="preserve"> </w:t>
      </w:r>
      <w:r w:rsidRPr="00145753">
        <w:rPr>
          <w:rFonts w:ascii="Arial" w:hAnsi="Arial" w:cs="Arial"/>
        </w:rPr>
        <w:t>pasangan atau saudara kandung, serta dari sumber eksternal yang mendukung keluarga inti Friedman (2010) di kutip oleh Mayasari</w:t>
      </w:r>
      <w:r w:rsidRPr="00145753">
        <w:rPr>
          <w:rFonts w:ascii="Arial" w:hAnsi="Arial" w:cs="Arial"/>
          <w:spacing w:val="40"/>
        </w:rPr>
        <w:t xml:space="preserve"> </w:t>
      </w:r>
      <w:r w:rsidRPr="00145753">
        <w:rPr>
          <w:rFonts w:ascii="Arial" w:hAnsi="Arial" w:cs="Arial"/>
        </w:rPr>
        <w:t>et al., (2022). Selain itu, dukungan keluarga juga merupakan</w:t>
      </w:r>
      <w:r w:rsidRPr="00145753">
        <w:rPr>
          <w:rFonts w:ascii="Arial" w:hAnsi="Arial" w:cs="Arial"/>
          <w:spacing w:val="80"/>
        </w:rPr>
        <w:t xml:space="preserve"> </w:t>
      </w:r>
      <w:r w:rsidRPr="00145753">
        <w:rPr>
          <w:rFonts w:ascii="Arial" w:hAnsi="Arial" w:cs="Arial"/>
        </w:rPr>
        <w:t>faktor eksternal yang paling berpengaruh terhadap keberhasilan pemberian ASI eksklusif.</w:t>
      </w:r>
      <w:r w:rsidRPr="00145753">
        <w:rPr>
          <w:rFonts w:ascii="Arial" w:hAnsi="Arial" w:cs="Arial"/>
          <w:spacing w:val="40"/>
        </w:rPr>
        <w:t xml:space="preserve"> </w:t>
      </w:r>
      <w:r w:rsidRPr="00145753">
        <w:rPr>
          <w:rFonts w:ascii="Arial" w:hAnsi="Arial" w:cs="Arial"/>
        </w:rPr>
        <w:t xml:space="preserve">Dukungan keluarga merujuk pada bantuan yang diberikan oleh anggota keluarga kepada satu sama lain, yang dapat berupa barang, jasa, informasi, atau nasihat. Bantuan ini bertujuan untuk membuat </w:t>
      </w:r>
      <w:r w:rsidRPr="00145753">
        <w:rPr>
          <w:rFonts w:ascii="Arial" w:hAnsi="Arial" w:cs="Arial"/>
        </w:rPr>
        <w:lastRenderedPageBreak/>
        <w:t>penerima dukungan merasa dicintai, dihargai, dan tenang. Dukungan ini mencerminkan sikap, tindakan, dan penerimaan keluarga terhadap anggota yang sedang mengalami kesulitan atau yang sedang menghadapi proses pengobatan penyakitnya.</w:t>
      </w:r>
      <w:r w:rsidRPr="00145753">
        <w:rPr>
          <w:rFonts w:ascii="Arial" w:hAnsi="Arial" w:cs="Arial"/>
          <w:color w:val="374151"/>
          <w:spacing w:val="-3"/>
          <w:sz w:val="24"/>
        </w:rPr>
        <w:t xml:space="preserve"> </w:t>
      </w:r>
      <w:r w:rsidRPr="00145753">
        <w:rPr>
          <w:rFonts w:ascii="Arial" w:hAnsi="Arial" w:cs="Arial"/>
        </w:rPr>
        <w:t>Bentuk</w:t>
      </w:r>
      <w:r w:rsidRPr="00145753">
        <w:rPr>
          <w:rFonts w:ascii="Arial" w:hAnsi="Arial" w:cs="Arial"/>
          <w:spacing w:val="-5"/>
        </w:rPr>
        <w:t xml:space="preserve"> </w:t>
      </w:r>
      <w:r w:rsidRPr="00145753">
        <w:rPr>
          <w:rFonts w:ascii="Arial" w:hAnsi="Arial" w:cs="Arial"/>
        </w:rPr>
        <w:t>dukungan</w:t>
      </w:r>
      <w:r w:rsidRPr="00145753">
        <w:rPr>
          <w:rFonts w:ascii="Arial" w:hAnsi="Arial" w:cs="Arial"/>
          <w:spacing w:val="-5"/>
        </w:rPr>
        <w:t xml:space="preserve"> </w:t>
      </w:r>
      <w:r w:rsidRPr="00145753">
        <w:rPr>
          <w:rFonts w:ascii="Arial" w:hAnsi="Arial" w:cs="Arial"/>
        </w:rPr>
        <w:t>keluarga</w:t>
      </w:r>
      <w:r w:rsidRPr="00145753">
        <w:rPr>
          <w:rFonts w:ascii="Arial" w:hAnsi="Arial" w:cs="Arial"/>
          <w:spacing w:val="-5"/>
        </w:rPr>
        <w:t xml:space="preserve"> </w:t>
      </w:r>
      <w:r w:rsidRPr="00145753">
        <w:rPr>
          <w:rFonts w:ascii="Arial" w:hAnsi="Arial" w:cs="Arial"/>
        </w:rPr>
        <w:t xml:space="preserve">dapat meliputi dukungan informasional, penghargaan, instrumental, dan </w:t>
      </w:r>
      <w:r w:rsidRPr="00145753">
        <w:rPr>
          <w:rFonts w:ascii="Arial" w:hAnsi="Arial" w:cs="Arial"/>
          <w:spacing w:val="-2"/>
        </w:rPr>
        <w:t>emosional</w:t>
      </w:r>
    </w:p>
    <w:p w14:paraId="75A50343" w14:textId="77777777" w:rsidR="00BA1E3D" w:rsidRPr="00BA1E3D" w:rsidRDefault="0027081F" w:rsidP="00BA1E3D">
      <w:pPr>
        <w:numPr>
          <w:ilvl w:val="0"/>
          <w:numId w:val="23"/>
        </w:numPr>
        <w:tabs>
          <w:tab w:val="left" w:pos="2410"/>
        </w:tabs>
        <w:spacing w:before="127" w:line="360" w:lineRule="auto"/>
        <w:ind w:left="1843"/>
        <w:rPr>
          <w:rFonts w:ascii="Arial" w:hAnsi="Arial" w:cs="Arial"/>
          <w:b/>
          <w:bCs/>
        </w:rPr>
      </w:pPr>
      <w:r w:rsidRPr="0037315F">
        <w:rPr>
          <w:rFonts w:ascii="Arial" w:hAnsi="Arial" w:cs="Arial"/>
          <w:b/>
          <w:bCs/>
        </w:rPr>
        <w:t>Bentuk</w:t>
      </w:r>
      <w:r w:rsidRPr="0037315F">
        <w:rPr>
          <w:rFonts w:ascii="Arial" w:hAnsi="Arial" w:cs="Arial"/>
          <w:b/>
          <w:bCs/>
          <w:spacing w:val="-4"/>
        </w:rPr>
        <w:t xml:space="preserve"> </w:t>
      </w:r>
      <w:r w:rsidRPr="0037315F">
        <w:rPr>
          <w:rFonts w:ascii="Arial" w:hAnsi="Arial" w:cs="Arial"/>
          <w:b/>
          <w:bCs/>
        </w:rPr>
        <w:t>Dukungan</w:t>
      </w:r>
      <w:r w:rsidRPr="0037315F">
        <w:rPr>
          <w:rFonts w:ascii="Arial" w:hAnsi="Arial" w:cs="Arial"/>
          <w:b/>
          <w:bCs/>
          <w:spacing w:val="-2"/>
        </w:rPr>
        <w:t xml:space="preserve"> Sosial</w:t>
      </w:r>
    </w:p>
    <w:p w14:paraId="5E848E85" w14:textId="77777777" w:rsidR="00BA1E3D" w:rsidRDefault="00BA1E3D" w:rsidP="00BA1E3D">
      <w:pPr>
        <w:tabs>
          <w:tab w:val="left" w:pos="2410"/>
        </w:tabs>
        <w:spacing w:before="127" w:line="360" w:lineRule="auto"/>
        <w:ind w:left="1843"/>
        <w:jc w:val="both"/>
        <w:rPr>
          <w:rFonts w:ascii="Arial" w:hAnsi="Arial" w:cs="Arial"/>
        </w:rPr>
      </w:pPr>
      <w:r>
        <w:rPr>
          <w:rFonts w:ascii="Arial" w:hAnsi="Arial" w:cs="Arial"/>
        </w:rPr>
        <w:tab/>
      </w:r>
      <w:r w:rsidR="0027081F" w:rsidRPr="00BA1E3D">
        <w:rPr>
          <w:rFonts w:ascii="Arial" w:hAnsi="Arial" w:cs="Arial"/>
        </w:rPr>
        <w:t>Dukungan sosial merupakan istilah yang digunakan untuk menjelaskan bagaimana interaksi sosial dapat memberikan manfaat bagi kesehatan mental dan fisik seseorang. Menurut Baron dan Byrne (2000) di kutip oleh Yanti et al., (2022),</w:t>
      </w:r>
      <w:r w:rsidR="0027081F" w:rsidRPr="00BA1E3D">
        <w:rPr>
          <w:rFonts w:ascii="Arial" w:hAnsi="Arial" w:cs="Arial"/>
          <w:spacing w:val="40"/>
        </w:rPr>
        <w:t xml:space="preserve"> </w:t>
      </w:r>
      <w:r w:rsidR="0027081F" w:rsidRPr="00BA1E3D">
        <w:rPr>
          <w:rFonts w:ascii="Arial" w:hAnsi="Arial" w:cs="Arial"/>
        </w:rPr>
        <w:t>dukungan sosial diartikan sebagai kenyamanan baik secara fisik maupun</w:t>
      </w:r>
      <w:r w:rsidR="0027081F" w:rsidRPr="00BA1E3D">
        <w:rPr>
          <w:rFonts w:ascii="Arial" w:hAnsi="Arial" w:cs="Arial"/>
          <w:spacing w:val="-5"/>
        </w:rPr>
        <w:t xml:space="preserve"> </w:t>
      </w:r>
      <w:r w:rsidR="0027081F" w:rsidRPr="00BA1E3D">
        <w:rPr>
          <w:rFonts w:ascii="Arial" w:hAnsi="Arial" w:cs="Arial"/>
        </w:rPr>
        <w:t>psikologis</w:t>
      </w:r>
      <w:r w:rsidR="0027081F" w:rsidRPr="00BA1E3D">
        <w:rPr>
          <w:rFonts w:ascii="Arial" w:hAnsi="Arial" w:cs="Arial"/>
          <w:spacing w:val="-5"/>
        </w:rPr>
        <w:t xml:space="preserve"> </w:t>
      </w:r>
      <w:r w:rsidR="0027081F" w:rsidRPr="00BA1E3D">
        <w:rPr>
          <w:rFonts w:ascii="Arial" w:hAnsi="Arial" w:cs="Arial"/>
        </w:rPr>
        <w:t>yang</w:t>
      </w:r>
      <w:r w:rsidR="0027081F" w:rsidRPr="00BA1E3D">
        <w:rPr>
          <w:rFonts w:ascii="Arial" w:hAnsi="Arial" w:cs="Arial"/>
          <w:spacing w:val="-1"/>
        </w:rPr>
        <w:t xml:space="preserve"> </w:t>
      </w:r>
      <w:r w:rsidR="0027081F" w:rsidRPr="00BA1E3D">
        <w:rPr>
          <w:rFonts w:ascii="Arial" w:hAnsi="Arial" w:cs="Arial"/>
        </w:rPr>
        <w:t>diberikan</w:t>
      </w:r>
      <w:r w:rsidR="0027081F" w:rsidRPr="00BA1E3D">
        <w:rPr>
          <w:rFonts w:ascii="Arial" w:hAnsi="Arial" w:cs="Arial"/>
          <w:spacing w:val="-1"/>
        </w:rPr>
        <w:t xml:space="preserve"> </w:t>
      </w:r>
      <w:r w:rsidR="0027081F" w:rsidRPr="00BA1E3D">
        <w:rPr>
          <w:rFonts w:ascii="Arial" w:hAnsi="Arial" w:cs="Arial"/>
        </w:rPr>
        <w:t>oleh</w:t>
      </w:r>
      <w:r w:rsidR="0027081F" w:rsidRPr="00BA1E3D">
        <w:rPr>
          <w:rFonts w:ascii="Arial" w:hAnsi="Arial" w:cs="Arial"/>
          <w:spacing w:val="-1"/>
        </w:rPr>
        <w:t xml:space="preserve"> </w:t>
      </w:r>
      <w:r w:rsidR="0027081F" w:rsidRPr="00BA1E3D">
        <w:rPr>
          <w:rFonts w:ascii="Arial" w:hAnsi="Arial" w:cs="Arial"/>
        </w:rPr>
        <w:t>teman-teman</w:t>
      </w:r>
      <w:r w:rsidR="0027081F" w:rsidRPr="00BA1E3D">
        <w:rPr>
          <w:rFonts w:ascii="Arial" w:hAnsi="Arial" w:cs="Arial"/>
          <w:spacing w:val="-1"/>
        </w:rPr>
        <w:t xml:space="preserve"> </w:t>
      </w:r>
      <w:r w:rsidR="0027081F" w:rsidRPr="00BA1E3D">
        <w:rPr>
          <w:rFonts w:ascii="Arial" w:hAnsi="Arial" w:cs="Arial"/>
        </w:rPr>
        <w:t>dan</w:t>
      </w:r>
      <w:r w:rsidR="0027081F" w:rsidRPr="00BA1E3D">
        <w:rPr>
          <w:rFonts w:ascii="Arial" w:hAnsi="Arial" w:cs="Arial"/>
          <w:spacing w:val="-5"/>
        </w:rPr>
        <w:t xml:space="preserve"> </w:t>
      </w:r>
      <w:r w:rsidR="0027081F" w:rsidRPr="00BA1E3D">
        <w:rPr>
          <w:rFonts w:ascii="Arial" w:hAnsi="Arial" w:cs="Arial"/>
        </w:rPr>
        <w:t xml:space="preserve">keluarga individu. </w:t>
      </w:r>
    </w:p>
    <w:p w14:paraId="7688EF9D" w14:textId="77777777" w:rsidR="00BA1E3D" w:rsidRDefault="00BA1E3D" w:rsidP="00BA1E3D">
      <w:pPr>
        <w:tabs>
          <w:tab w:val="left" w:pos="2410"/>
        </w:tabs>
        <w:spacing w:before="127" w:line="360" w:lineRule="auto"/>
        <w:ind w:left="1843"/>
        <w:jc w:val="both"/>
        <w:rPr>
          <w:rFonts w:ascii="Arial" w:hAnsi="Arial" w:cs="Arial"/>
        </w:rPr>
      </w:pPr>
      <w:r>
        <w:rPr>
          <w:rFonts w:ascii="Arial" w:hAnsi="Arial" w:cs="Arial"/>
        </w:rPr>
        <w:tab/>
      </w:r>
      <w:r w:rsidR="002C131B" w:rsidRPr="00145753">
        <w:rPr>
          <w:rFonts w:ascii="Arial" w:hAnsi="Arial" w:cs="Arial"/>
        </w:rPr>
        <w:t>Dukungan sosial yang bisa diberikan kepada Ibu yang menyusui antara lain :</w:t>
      </w:r>
      <w:r w:rsidR="002C131B" w:rsidRPr="00145753">
        <w:rPr>
          <w:rFonts w:ascii="Arial" w:hAnsi="Arial" w:cs="Arial"/>
        </w:rPr>
        <w:fldChar w:fldCharType="begin" w:fldLock="1"/>
      </w:r>
      <w:r w:rsidR="004315BB" w:rsidRPr="00145753">
        <w:rPr>
          <w:rFonts w:ascii="Arial" w:hAnsi="Arial" w:cs="Arial"/>
        </w:rPr>
        <w:instrText>ADDIN CSL_CITATION {"citationItems":[{"id":"ITEM-1","itemData":{"ISBN":"9788578110796","ISSN":"1098-6596","PMID":"25246403","abstract":"Learning how to recognize and anticipate the legal risks associated with student affairs practice is a crucial skill all successful administrators must develop. This can be done by developing a sense for scanning the broad legal environment and being aware of legal issues in other parts of the education enterprise. Good professionals make a considerable effort to remain current in their career fields. Professional associations assist their members in this task by developing training and professional development programs that address the critical skills that professionals need to do their jobs. In higher education and student affairs, many practitioners acknowledge the importance of knowing how the law affects what they do. Constitutional law affects what kinds of rules and regulations public institutions promulgate. Contract law affects the type of business relationship administrators have with students and other constituents. Tort law affects how managers maintain facilities and supervise student events. As a result, professional associations have been created to focus attention solely on legal issues in higher education (e.g., Education Law Association and the Association for Interdisciplinary Initiatives in Higher Education Law and Policy), programs on a wide variety of legal topics appear on almost every national conference schedule, many professional associations devote part of their Web sites to law and legislation (e.g., American College Personnel Association, National Association of Student Personnel Administrators, and the Association for Student Judicial Affairs), and private companies publish newsletters designed to inform their readers about the latest court rulings (e.g., The College Student and the Courts by Gehring and Letzring, Synfax weekly report by Pavela). Some of these resources examine events that may be several years old since litigation takes time and initial decisions may be appealed. Many of the authors of these publications restate the facts of the particular case and give some guidance on appropriate administrative practice. These resources, however, may not always be able to identify what administrators might face on their own campuses in the near future or define decision-making processes that might help administrators avoid legal pitfalls. The purpose of this paper is to identify two important mechanisms that college administrators can use to more actively anticipate the legal issues that may occur on their own campuses. F…","author":[{"dropping-particle":"","family":"Kurniawati","given":"Dini","non-dropping-particle":"","parse-names":false,"suffix":""},{"dropping-particle":"","family":"Hardiani","given":"Ratna Sari","non-dropping-particle":"","parse-names":false,"suffix":""},{"dropping-particle":"","family":"Rahmawati","given":"Iis","non-dropping-particle":"","parse-names":false,"suffix":""}],"container-title":"KHD Production","id":"ITEM-1","issue":"4","issued":{"date-parts":[["2020"]]},"number-of-pages":"1-47","title":"Buku Saku Air Susu Ibu","type":"book","volume":"42"},"uris":["http://www.mendeley.com/documents/?uuid=cc937c42-ec77-4238-9a05-7d7b4be91da5"]}],"mendeley":{"formattedCitation":"(Kurniawati et al., 2020)","plainTextFormattedCitation":"(Kurniawati et al., 2020)","previouslyFormattedCitation":"(Kurniawati et al., 2020)"},"properties":{"noteIndex":0},"schema":"https://github.com/citation-style-language/schema/raw/master/csl-citation.json"}</w:instrText>
      </w:r>
      <w:r w:rsidR="002C131B" w:rsidRPr="00145753">
        <w:rPr>
          <w:rFonts w:ascii="Arial" w:hAnsi="Arial" w:cs="Arial"/>
        </w:rPr>
        <w:fldChar w:fldCharType="separate"/>
      </w:r>
      <w:r w:rsidR="002C131B" w:rsidRPr="00145753">
        <w:rPr>
          <w:rFonts w:ascii="Arial" w:hAnsi="Arial" w:cs="Arial"/>
          <w:noProof/>
        </w:rPr>
        <w:t>(Kurniawati et al., 2020)</w:t>
      </w:r>
      <w:r w:rsidR="002C131B" w:rsidRPr="00145753">
        <w:rPr>
          <w:rFonts w:ascii="Arial" w:hAnsi="Arial" w:cs="Arial"/>
        </w:rPr>
        <w:fldChar w:fldCharType="end"/>
      </w:r>
    </w:p>
    <w:p w14:paraId="4C4E13A0" w14:textId="77777777" w:rsidR="00BA1E3D" w:rsidRPr="00BA1E3D" w:rsidRDefault="002C131B" w:rsidP="00BA1E3D">
      <w:pPr>
        <w:numPr>
          <w:ilvl w:val="3"/>
          <w:numId w:val="23"/>
        </w:numPr>
        <w:tabs>
          <w:tab w:val="left" w:pos="1986"/>
        </w:tabs>
        <w:spacing w:before="127" w:line="360" w:lineRule="auto"/>
        <w:jc w:val="both"/>
        <w:rPr>
          <w:rFonts w:ascii="Arial" w:hAnsi="Arial" w:cs="Arial"/>
          <w:b/>
          <w:bCs/>
        </w:rPr>
      </w:pPr>
      <w:r w:rsidRPr="00BA1E3D">
        <w:rPr>
          <w:rFonts w:ascii="Arial" w:hAnsi="Arial" w:cs="Arial"/>
        </w:rPr>
        <w:t>Dukungan emosional, yaitu dukungan yang berupa perhatian, motivasi, kasih sayang, menghindari konflik dan stress. Ibu menyusui perlu mendapatkan kenyaman dan kebahagian untuk meningkatkan produksi ASInya. Dengan kondisi lingkungan dan orang orang sekitar yang memberikan kenyaman maka ibu mampu mempertahankan pemberian ASI.</w:t>
      </w:r>
    </w:p>
    <w:p w14:paraId="4BA2FAF9" w14:textId="77777777" w:rsidR="00BA1E3D" w:rsidRPr="00BA1E3D" w:rsidRDefault="002C131B" w:rsidP="00BA1E3D">
      <w:pPr>
        <w:numPr>
          <w:ilvl w:val="3"/>
          <w:numId w:val="23"/>
        </w:numPr>
        <w:tabs>
          <w:tab w:val="left" w:pos="1986"/>
        </w:tabs>
        <w:spacing w:before="127" w:line="360" w:lineRule="auto"/>
        <w:jc w:val="both"/>
        <w:rPr>
          <w:rFonts w:ascii="Arial" w:hAnsi="Arial" w:cs="Arial"/>
          <w:b/>
          <w:bCs/>
        </w:rPr>
      </w:pPr>
      <w:r w:rsidRPr="00BA1E3D">
        <w:rPr>
          <w:rFonts w:ascii="Arial" w:hAnsi="Arial" w:cs="Arial"/>
        </w:rPr>
        <w:t>Dukungan Informasional, yaitu dukungan berupa informasi, nasihat atau pengetahuan yang dibutuhkan oleh ibu untuk tetap menyusui bayinya. Beberapa informasi penting yang perlu diberikan kepada ibu menyusui adalah pentingnya ASI bagi bayi dan Ibu.</w:t>
      </w:r>
    </w:p>
    <w:p w14:paraId="0CDAA6FB" w14:textId="50BFEC22" w:rsidR="00BA1E3D" w:rsidRPr="002B02C0" w:rsidRDefault="002C131B" w:rsidP="00BA1E3D">
      <w:pPr>
        <w:numPr>
          <w:ilvl w:val="3"/>
          <w:numId w:val="23"/>
        </w:numPr>
        <w:tabs>
          <w:tab w:val="left" w:pos="1986"/>
        </w:tabs>
        <w:spacing w:before="127" w:line="360" w:lineRule="auto"/>
        <w:jc w:val="both"/>
        <w:rPr>
          <w:rFonts w:ascii="Arial" w:hAnsi="Arial" w:cs="Arial"/>
          <w:b/>
          <w:bCs/>
        </w:rPr>
      </w:pPr>
      <w:r w:rsidRPr="00BA1E3D">
        <w:rPr>
          <w:rFonts w:ascii="Arial" w:hAnsi="Arial" w:cs="Arial"/>
        </w:rPr>
        <w:t>Dukungan instrumental, yaitu dukungan material atau fisik seperti memberikan makanan yang sehat, membantu ibu megerjakan pekerjaan rumah, memijit dan sebagainya.</w:t>
      </w:r>
    </w:p>
    <w:p w14:paraId="6DD2B202" w14:textId="77777777" w:rsidR="002B02C0" w:rsidRPr="00BA1E3D" w:rsidRDefault="002B02C0" w:rsidP="002B02C0">
      <w:pPr>
        <w:tabs>
          <w:tab w:val="left" w:pos="1986"/>
        </w:tabs>
        <w:spacing w:before="127" w:line="360" w:lineRule="auto"/>
        <w:ind w:left="2204"/>
        <w:jc w:val="both"/>
        <w:rPr>
          <w:rFonts w:ascii="Arial" w:hAnsi="Arial" w:cs="Arial"/>
          <w:b/>
          <w:bCs/>
        </w:rPr>
      </w:pPr>
    </w:p>
    <w:p w14:paraId="533192BC" w14:textId="77777777" w:rsidR="00BA1E3D" w:rsidRPr="00BA1E3D" w:rsidRDefault="002C131B" w:rsidP="00BA1E3D">
      <w:pPr>
        <w:numPr>
          <w:ilvl w:val="3"/>
          <w:numId w:val="23"/>
        </w:numPr>
        <w:tabs>
          <w:tab w:val="left" w:pos="1986"/>
        </w:tabs>
        <w:spacing w:before="127" w:line="360" w:lineRule="auto"/>
        <w:jc w:val="both"/>
        <w:rPr>
          <w:rFonts w:ascii="Arial" w:hAnsi="Arial" w:cs="Arial"/>
          <w:b/>
          <w:bCs/>
        </w:rPr>
      </w:pPr>
      <w:r w:rsidRPr="00BA1E3D">
        <w:rPr>
          <w:rFonts w:ascii="Arial" w:hAnsi="Arial" w:cs="Arial"/>
        </w:rPr>
        <w:lastRenderedPageBreak/>
        <w:t>Dukungan appraisal, yaitu orang orang disekitar ibu meningkatkan harga diri ibu karena mampu menyusui. Misalnya suami bangga karena ibu mampu menyusui bayinya</w:t>
      </w:r>
    </w:p>
    <w:p w14:paraId="6187056B" w14:textId="77777777" w:rsidR="001C379C" w:rsidRDefault="00673383" w:rsidP="001C379C">
      <w:pPr>
        <w:spacing w:before="127" w:line="360" w:lineRule="auto"/>
        <w:ind w:left="1843" w:firstLine="567"/>
        <w:jc w:val="both"/>
        <w:rPr>
          <w:rFonts w:ascii="Arial" w:hAnsi="Arial" w:cs="Arial"/>
        </w:rPr>
      </w:pPr>
      <w:r w:rsidRPr="00BA1E3D">
        <w:rPr>
          <w:rFonts w:ascii="Arial" w:hAnsi="Arial" w:cs="Arial"/>
        </w:rPr>
        <w:t>Dukungan sosial keluarga merupakan faktor penting dalam keberhasilan pemberian ASI eksklusif, karena keluarga adalah lingkungan terdekat yang secara langsung memengaruhi kondisi ibu. Dukungan ini mencakup empat aspek, yaitu emosional, informasional, instrumental, dan appraisal. Dukungan emosional berupa perhatian, motivasi, dan kasih sayang terbukti dapat meningkatkan rasa percaya diri ibu menyusui sehingga produksi ASI lebih lancar (Muchsin, 2021).</w:t>
      </w:r>
    </w:p>
    <w:p w14:paraId="06B9B268" w14:textId="01CE4704" w:rsidR="00673383" w:rsidRPr="001C379C" w:rsidRDefault="00673383" w:rsidP="001C379C">
      <w:pPr>
        <w:spacing w:before="127" w:line="360" w:lineRule="auto"/>
        <w:ind w:left="1843" w:firstLine="567"/>
        <w:jc w:val="both"/>
        <w:rPr>
          <w:rFonts w:ascii="Arial" w:hAnsi="Arial" w:cs="Arial"/>
          <w:b/>
          <w:bCs/>
        </w:rPr>
      </w:pPr>
      <w:r w:rsidRPr="00145753">
        <w:rPr>
          <w:rFonts w:ascii="Arial" w:hAnsi="Arial" w:cs="Arial"/>
        </w:rPr>
        <w:t>Dukungan informasional, seperti pemberian pengetahuan tentang manfaat dan teknik menyusui yang benar, membantu ibu mengatasi keraguan dan mencegah praktik pemberian MP-ASI dini (Sari &amp; Handayani, 2020; UNICEF, 2021). Dukungan instrumental meliputi bantuan nyata seperti membantu pekerjaan rumah tangga atau menyediakan makanan bergizi yang memungkinkan ibu fokus pada pemberian ASI (Agustina et al., 2022). Sementara itu, dukungan appraisal berupa penghargaan dan pengakuan dari suami maupun keluarga mampu meningkatkan harga diri ibu serta memotivasi untuk mempertahankan ASI eksklusif (Widayarti et al., 2023). Dengan demikian, kombinasi dari keempat bentuk dukungan sosial keluarga ini berperan signifikan dalam keberhasilan menyusui pada enam bulan pertama kehidupan bayi.</w:t>
      </w:r>
    </w:p>
    <w:p w14:paraId="3C33D0B9" w14:textId="77777777" w:rsidR="00787910" w:rsidRDefault="00BA1E3D" w:rsidP="00787910">
      <w:pPr>
        <w:numPr>
          <w:ilvl w:val="0"/>
          <w:numId w:val="23"/>
        </w:numPr>
        <w:tabs>
          <w:tab w:val="left" w:pos="851"/>
          <w:tab w:val="left" w:pos="2410"/>
        </w:tabs>
        <w:spacing w:before="127" w:line="360" w:lineRule="auto"/>
        <w:ind w:left="1843"/>
        <w:rPr>
          <w:rFonts w:ascii="Arial" w:hAnsi="Arial" w:cs="Arial"/>
          <w:b/>
          <w:bCs/>
          <w:lang w:val="en-US"/>
        </w:rPr>
      </w:pPr>
      <w:r>
        <w:rPr>
          <w:rFonts w:ascii="Arial" w:hAnsi="Arial" w:cs="Arial"/>
          <w:b/>
          <w:bCs/>
          <w:lang w:val="en-US"/>
        </w:rPr>
        <w:t>Hubungan pemberian asi</w:t>
      </w:r>
      <w:r w:rsidR="001C379C">
        <w:rPr>
          <w:rFonts w:ascii="Arial" w:hAnsi="Arial" w:cs="Arial"/>
          <w:b/>
          <w:bCs/>
          <w:lang w:val="en-US"/>
        </w:rPr>
        <w:t xml:space="preserve"> eksklusif</w:t>
      </w:r>
      <w:r>
        <w:rPr>
          <w:rFonts w:ascii="Arial" w:hAnsi="Arial" w:cs="Arial"/>
          <w:b/>
          <w:bCs/>
          <w:lang w:val="en-US"/>
        </w:rPr>
        <w:t xml:space="preserve"> dan dukungan keluarga</w:t>
      </w:r>
    </w:p>
    <w:p w14:paraId="0B3ED2FE" w14:textId="0579B1A4" w:rsidR="00787910" w:rsidRPr="00787910" w:rsidRDefault="00787910" w:rsidP="00787910">
      <w:pPr>
        <w:tabs>
          <w:tab w:val="left" w:pos="851"/>
          <w:tab w:val="left" w:pos="2410"/>
        </w:tabs>
        <w:spacing w:before="127" w:line="360" w:lineRule="auto"/>
        <w:ind w:left="1843"/>
        <w:jc w:val="both"/>
        <w:rPr>
          <w:rFonts w:ascii="Arial" w:hAnsi="Arial" w:cs="Arial"/>
          <w:b/>
          <w:bCs/>
          <w:lang w:val="en-US"/>
        </w:rPr>
      </w:pPr>
      <w:r>
        <w:rPr>
          <w:rFonts w:ascii="Arial" w:hAnsi="Arial" w:cs="Arial"/>
          <w:b/>
          <w:bCs/>
          <w:lang w:val="en-US"/>
        </w:rPr>
        <w:tab/>
      </w:r>
      <w:r w:rsidRPr="00787910">
        <w:rPr>
          <w:rFonts w:ascii="Arial" w:hAnsi="Arial" w:cs="Arial"/>
        </w:rPr>
        <w:t xml:space="preserve">Ibu yang menyusui memerlukan bantuan dan dukungan, baik pada awal maupun saat melanjutkan proses menyusui. Mereka membutuhkan dukungan sejak masa kehamilan hingga setelah melahirkan, termasuk dukungan untuk memberikan ASI </w:t>
      </w:r>
      <w:r w:rsidRPr="00787910">
        <w:rPr>
          <w:rFonts w:ascii="Arial" w:hAnsi="Arial" w:cs="Arial"/>
        </w:rPr>
        <w:lastRenderedPageBreak/>
        <w:t>selama dua tahun, yang mencakup perawatan kesehatan serta dukungan dari keluarga dan lingkungan sekitar Proverawati dan Rahmawati, (2010).di</w:t>
      </w:r>
      <w:r w:rsidRPr="00787910">
        <w:rPr>
          <w:rFonts w:ascii="Arial" w:hAnsi="Arial" w:cs="Arial"/>
          <w:spacing w:val="38"/>
        </w:rPr>
        <w:t xml:space="preserve"> </w:t>
      </w:r>
      <w:r w:rsidRPr="00787910">
        <w:rPr>
          <w:rFonts w:ascii="Arial" w:hAnsi="Arial" w:cs="Arial"/>
        </w:rPr>
        <w:t>kutip</w:t>
      </w:r>
      <w:r w:rsidRPr="00787910">
        <w:rPr>
          <w:rFonts w:ascii="Arial" w:hAnsi="Arial" w:cs="Arial"/>
          <w:spacing w:val="44"/>
        </w:rPr>
        <w:t xml:space="preserve"> </w:t>
      </w:r>
      <w:r w:rsidRPr="00787910">
        <w:rPr>
          <w:rFonts w:ascii="Arial" w:hAnsi="Arial" w:cs="Arial"/>
        </w:rPr>
        <w:t>oleh</w:t>
      </w:r>
      <w:r w:rsidRPr="00787910">
        <w:rPr>
          <w:rFonts w:ascii="Arial" w:hAnsi="Arial" w:cs="Arial"/>
          <w:spacing w:val="48"/>
        </w:rPr>
        <w:t xml:space="preserve"> </w:t>
      </w:r>
      <w:r w:rsidRPr="00787910">
        <w:rPr>
          <w:rFonts w:ascii="Arial" w:hAnsi="Arial" w:cs="Arial"/>
        </w:rPr>
        <w:t>Sulistyowati</w:t>
      </w:r>
      <w:r w:rsidRPr="00787910">
        <w:rPr>
          <w:rFonts w:ascii="Arial" w:hAnsi="Arial" w:cs="Arial"/>
          <w:spacing w:val="42"/>
        </w:rPr>
        <w:t xml:space="preserve"> </w:t>
      </w:r>
      <w:r w:rsidRPr="00787910">
        <w:rPr>
          <w:rFonts w:ascii="Arial" w:hAnsi="Arial" w:cs="Arial"/>
        </w:rPr>
        <w:t>et</w:t>
      </w:r>
      <w:r w:rsidRPr="00787910">
        <w:rPr>
          <w:rFonts w:ascii="Arial" w:hAnsi="Arial" w:cs="Arial"/>
          <w:spacing w:val="42"/>
        </w:rPr>
        <w:t xml:space="preserve"> </w:t>
      </w:r>
      <w:r w:rsidRPr="00787910">
        <w:rPr>
          <w:rFonts w:ascii="Arial" w:hAnsi="Arial" w:cs="Arial"/>
        </w:rPr>
        <w:t>al.,</w:t>
      </w:r>
      <w:r w:rsidRPr="00787910">
        <w:rPr>
          <w:rFonts w:ascii="Arial" w:hAnsi="Arial" w:cs="Arial"/>
          <w:spacing w:val="38"/>
        </w:rPr>
        <w:t xml:space="preserve"> </w:t>
      </w:r>
      <w:r w:rsidRPr="00787910">
        <w:rPr>
          <w:rFonts w:ascii="Arial" w:hAnsi="Arial" w:cs="Arial"/>
        </w:rPr>
        <w:t>(2020).</w:t>
      </w:r>
      <w:r w:rsidRPr="00787910">
        <w:rPr>
          <w:rFonts w:ascii="Arial" w:hAnsi="Arial" w:cs="Arial"/>
          <w:spacing w:val="42"/>
        </w:rPr>
        <w:t xml:space="preserve"> </w:t>
      </w:r>
    </w:p>
    <w:p w14:paraId="343DC7D2" w14:textId="28A098C7" w:rsidR="00787910" w:rsidRDefault="00787910" w:rsidP="00BA1E3D">
      <w:pPr>
        <w:numPr>
          <w:ilvl w:val="0"/>
          <w:numId w:val="23"/>
        </w:numPr>
        <w:tabs>
          <w:tab w:val="left" w:pos="851"/>
          <w:tab w:val="left" w:pos="2410"/>
        </w:tabs>
        <w:spacing w:before="127" w:line="360" w:lineRule="auto"/>
        <w:ind w:left="1843"/>
        <w:rPr>
          <w:rFonts w:ascii="Arial" w:hAnsi="Arial" w:cs="Arial"/>
          <w:b/>
          <w:bCs/>
          <w:lang w:val="en-US"/>
        </w:rPr>
      </w:pPr>
      <w:r>
        <w:rPr>
          <w:rFonts w:ascii="Arial" w:hAnsi="Arial" w:cs="Arial"/>
          <w:b/>
          <w:bCs/>
          <w:lang w:val="en-US"/>
        </w:rPr>
        <w:t>Faktor-faktor yang mempengaruhi dukungan keluarga</w:t>
      </w:r>
    </w:p>
    <w:p w14:paraId="5D78EDD9" w14:textId="77777777" w:rsidR="00787910" w:rsidRDefault="00787910" w:rsidP="00787910">
      <w:pPr>
        <w:tabs>
          <w:tab w:val="left" w:pos="851"/>
          <w:tab w:val="left" w:pos="2410"/>
        </w:tabs>
        <w:spacing w:before="127" w:line="360" w:lineRule="auto"/>
        <w:ind w:left="1843"/>
        <w:jc w:val="both"/>
        <w:rPr>
          <w:rFonts w:ascii="Arial" w:hAnsi="Arial" w:cs="Arial"/>
          <w:lang w:val="en-US"/>
        </w:rPr>
      </w:pPr>
      <w:r>
        <w:rPr>
          <w:rFonts w:ascii="Arial" w:hAnsi="Arial" w:cs="Arial"/>
          <w:lang w:val="en-US"/>
        </w:rPr>
        <w:tab/>
      </w:r>
      <w:r w:rsidRPr="00787910">
        <w:rPr>
          <w:rFonts w:ascii="Arial" w:hAnsi="Arial" w:cs="Arial"/>
          <w:lang w:val="en-US"/>
        </w:rPr>
        <w:t>Dukungan keluarga tidak muncul begitu saja, tetapi terbentuk oleh proses panjang yang dipengaruhi berbagai faktor internal maupun eksternal dalam keluarga. Pemahaman terhadap faktor-faktor ini sangat penting untuk menjelaskan mengapa setiap ibu memperoleh dukungan yang berbeda, dan bagaimana dukungan tersebut dapat memengaruhi keberhasilan pemberian ASI eksklusif. Semakin kuat faktor-faktor pendukungnya, semakin baik kualitas dukungan keluarga yang diterima ibu selama masa menyusui.</w:t>
      </w:r>
    </w:p>
    <w:p w14:paraId="6029E7A5" w14:textId="77777777" w:rsidR="00787910" w:rsidRDefault="00787910" w:rsidP="00787910">
      <w:pPr>
        <w:numPr>
          <w:ilvl w:val="3"/>
          <w:numId w:val="23"/>
        </w:numPr>
        <w:tabs>
          <w:tab w:val="left" w:pos="851"/>
          <w:tab w:val="left" w:pos="2410"/>
        </w:tabs>
        <w:spacing w:before="127" w:line="360" w:lineRule="auto"/>
        <w:jc w:val="both"/>
        <w:rPr>
          <w:rFonts w:ascii="Arial" w:hAnsi="Arial" w:cs="Arial"/>
          <w:lang w:val="en-US"/>
        </w:rPr>
      </w:pPr>
      <w:r w:rsidRPr="00787910">
        <w:rPr>
          <w:rFonts w:ascii="Arial" w:hAnsi="Arial" w:cs="Arial"/>
          <w:lang w:val="en-US"/>
        </w:rPr>
        <w:t>Tingkat Pengetahuan Keluarga</w:t>
      </w:r>
    </w:p>
    <w:p w14:paraId="0CF3C50D" w14:textId="77777777" w:rsidR="00787910" w:rsidRDefault="00787910" w:rsidP="00787910">
      <w:pPr>
        <w:tabs>
          <w:tab w:val="left" w:pos="851"/>
          <w:tab w:val="left" w:pos="2410"/>
        </w:tabs>
        <w:spacing w:before="127" w:line="360" w:lineRule="auto"/>
        <w:ind w:left="2204"/>
        <w:jc w:val="both"/>
        <w:rPr>
          <w:rFonts w:ascii="Arial" w:hAnsi="Arial" w:cs="Arial"/>
          <w:lang w:val="en-US"/>
        </w:rPr>
      </w:pPr>
      <w:r w:rsidRPr="00787910">
        <w:rPr>
          <w:rFonts w:ascii="Arial" w:hAnsi="Arial" w:cs="Arial"/>
          <w:lang w:val="en-US"/>
        </w:rPr>
        <w:t>Pengetahuan merupakan faktor utama yang memengaruhi sejauh mana keluarga mampu memberikan dukungan kepada ibu menyusui. Keluarga yang memiliki pengetahuan baik tentang manfaat ASI eksklusif, teknik menyusui, dan risiko pemberian makanan tambahan terlalu dini cenderung bersikap lebih mendukung. Pengetahuan yang baik membuat keluarga mampu memberikan informasi yang benar, menghindari mitos yang salah, serta membantu ibu mengambil keputusan tepat.</w:t>
      </w:r>
      <w:r>
        <w:rPr>
          <w:rFonts w:ascii="Arial" w:hAnsi="Arial" w:cs="Arial"/>
          <w:lang w:val="en-US"/>
        </w:rPr>
        <w:t xml:space="preserve"> </w:t>
      </w:r>
      <w:r w:rsidRPr="00787910">
        <w:rPr>
          <w:rFonts w:ascii="Arial" w:hAnsi="Arial" w:cs="Arial"/>
          <w:lang w:val="en-US"/>
        </w:rPr>
        <w:t>Sebaliknya, keluarga dengan pengetahuan rendah cenderung memengaruhi ibu untuk memberikan makanan tambahan lebih cepat, memberi susu formula, atau bahkan tidak menyusui sama sekali. Oleh karena itu, edukasi kesehatan memiliki peran penting dalam meningkatkan pengetahuan keluarga.</w:t>
      </w:r>
    </w:p>
    <w:p w14:paraId="20EA4EAF" w14:textId="77777777" w:rsidR="00787910" w:rsidRDefault="00787910" w:rsidP="00787910">
      <w:pPr>
        <w:numPr>
          <w:ilvl w:val="3"/>
          <w:numId w:val="23"/>
        </w:numPr>
        <w:tabs>
          <w:tab w:val="left" w:pos="851"/>
          <w:tab w:val="left" w:pos="2410"/>
        </w:tabs>
        <w:spacing w:before="127" w:line="360" w:lineRule="auto"/>
        <w:jc w:val="both"/>
        <w:rPr>
          <w:rFonts w:ascii="Arial" w:hAnsi="Arial" w:cs="Arial"/>
          <w:lang w:val="en-US"/>
        </w:rPr>
      </w:pPr>
      <w:r w:rsidRPr="00787910">
        <w:rPr>
          <w:rFonts w:ascii="Arial" w:hAnsi="Arial" w:cs="Arial"/>
          <w:lang w:val="en-US"/>
        </w:rPr>
        <w:t>Pendidikan Keluarga</w:t>
      </w:r>
    </w:p>
    <w:p w14:paraId="0E7C02A6" w14:textId="77777777" w:rsidR="00787910" w:rsidRDefault="00787910" w:rsidP="00787910">
      <w:pPr>
        <w:tabs>
          <w:tab w:val="left" w:pos="851"/>
          <w:tab w:val="left" w:pos="2410"/>
        </w:tabs>
        <w:spacing w:before="127" w:line="360" w:lineRule="auto"/>
        <w:ind w:left="2204"/>
        <w:jc w:val="both"/>
        <w:rPr>
          <w:rFonts w:ascii="Arial" w:hAnsi="Arial" w:cs="Arial"/>
          <w:lang w:val="en-US"/>
        </w:rPr>
      </w:pPr>
      <w:r w:rsidRPr="00787910">
        <w:rPr>
          <w:rFonts w:ascii="Arial" w:hAnsi="Arial" w:cs="Arial"/>
          <w:lang w:val="en-US"/>
        </w:rPr>
        <w:t xml:space="preserve">Tingkat pendidikan keluarga berpengaruh pada cara berpikir, kemampuan menerima informasi baru, serta kemampuan memahami rekomendasi tenaga kesehatan. </w:t>
      </w:r>
      <w:r w:rsidRPr="00787910">
        <w:rPr>
          <w:rFonts w:ascii="Arial" w:hAnsi="Arial" w:cs="Arial"/>
          <w:lang w:val="en-US"/>
        </w:rPr>
        <w:lastRenderedPageBreak/>
        <w:t>Semakin tinggi pendidikan, semakin besar kemungkinan keluarga memahami pentingnya ASI eksklusif dan mampu membedakan informasi yang benar dan keliru. Keluarga dengan pendidikan tinggi biasanya lebih terbuka terhadap penyuluhan dan siap mengikuti anjuran tenaga kesehatan.</w:t>
      </w:r>
      <w:r>
        <w:rPr>
          <w:rFonts w:ascii="Arial" w:hAnsi="Arial" w:cs="Arial"/>
          <w:lang w:val="en-US"/>
        </w:rPr>
        <w:t xml:space="preserve"> </w:t>
      </w:r>
      <w:r w:rsidRPr="00787910">
        <w:rPr>
          <w:rFonts w:ascii="Arial" w:hAnsi="Arial" w:cs="Arial"/>
          <w:lang w:val="en-US"/>
        </w:rPr>
        <w:t>Meski demikian, keluarga dengan pendidikan rendah bukan berarti tidak dapat memberikan dukungan. Mereka tetap memiliki potensi besar memberikan dukungan emosional dan instrumental, namun membutuhkan akses informasi lebih intensif.</w:t>
      </w:r>
    </w:p>
    <w:p w14:paraId="489FE1DF" w14:textId="77777777" w:rsidR="00787910" w:rsidRDefault="00787910" w:rsidP="00787910">
      <w:pPr>
        <w:numPr>
          <w:ilvl w:val="3"/>
          <w:numId w:val="23"/>
        </w:numPr>
        <w:tabs>
          <w:tab w:val="left" w:pos="851"/>
          <w:tab w:val="left" w:pos="2410"/>
        </w:tabs>
        <w:spacing w:before="127" w:line="360" w:lineRule="auto"/>
        <w:jc w:val="both"/>
        <w:rPr>
          <w:rFonts w:ascii="Arial" w:hAnsi="Arial" w:cs="Arial"/>
          <w:lang w:val="en-US"/>
        </w:rPr>
      </w:pPr>
      <w:r w:rsidRPr="00787910">
        <w:rPr>
          <w:rFonts w:ascii="Arial" w:hAnsi="Arial" w:cs="Arial"/>
          <w:lang w:val="en-US"/>
        </w:rPr>
        <w:t>Sikap, Keyakinan, dan Persepsi Keluarga</w:t>
      </w:r>
    </w:p>
    <w:p w14:paraId="23AE50A0" w14:textId="77777777" w:rsidR="00787910" w:rsidRDefault="00787910" w:rsidP="00787910">
      <w:pPr>
        <w:tabs>
          <w:tab w:val="left" w:pos="851"/>
          <w:tab w:val="left" w:pos="2410"/>
        </w:tabs>
        <w:spacing w:before="127" w:line="360" w:lineRule="auto"/>
        <w:ind w:left="2204"/>
        <w:jc w:val="both"/>
        <w:rPr>
          <w:rFonts w:ascii="Arial" w:hAnsi="Arial" w:cs="Arial"/>
          <w:lang w:val="en-US"/>
        </w:rPr>
      </w:pPr>
      <w:r w:rsidRPr="00787910">
        <w:rPr>
          <w:rFonts w:ascii="Arial" w:hAnsi="Arial" w:cs="Arial"/>
          <w:lang w:val="en-US"/>
        </w:rPr>
        <w:t>Sikap dan keyakinan keluarga merupakan faktor penting yang dapat memperkuat atau melemahkan dukungan. Jika keluarga meyakini bahwa ASI eksklusif adalah pilihan terbaik, maka mereka akan memberikan dukungan penuh. Namun jika keluarga masih percaya pada mitos seperti:</w:t>
      </w:r>
      <w:r>
        <w:rPr>
          <w:rFonts w:ascii="Arial" w:hAnsi="Arial" w:cs="Arial"/>
          <w:lang w:val="en-US"/>
        </w:rPr>
        <w:t xml:space="preserve"> </w:t>
      </w:r>
      <w:r w:rsidRPr="00787910">
        <w:rPr>
          <w:rFonts w:ascii="Arial" w:hAnsi="Arial" w:cs="Arial"/>
          <w:lang w:val="en-US"/>
        </w:rPr>
        <w:t>ASI encer tidak bergizi,</w:t>
      </w:r>
      <w:r>
        <w:rPr>
          <w:rFonts w:ascii="Arial" w:hAnsi="Arial" w:cs="Arial"/>
          <w:lang w:val="en-US"/>
        </w:rPr>
        <w:t xml:space="preserve"> </w:t>
      </w:r>
      <w:r w:rsidRPr="00787910">
        <w:rPr>
          <w:rFonts w:ascii="Arial" w:hAnsi="Arial" w:cs="Arial"/>
          <w:lang w:val="en-US"/>
        </w:rPr>
        <w:t>bayi perlu diberi air putih,</w:t>
      </w:r>
      <w:r>
        <w:rPr>
          <w:rFonts w:ascii="Arial" w:hAnsi="Arial" w:cs="Arial"/>
          <w:lang w:val="en-US"/>
        </w:rPr>
        <w:t xml:space="preserve"> </w:t>
      </w:r>
      <w:r w:rsidRPr="00787910">
        <w:rPr>
          <w:rFonts w:ascii="Arial" w:hAnsi="Arial" w:cs="Arial"/>
          <w:lang w:val="en-US"/>
        </w:rPr>
        <w:t>madu baik untuk bayi baru lahir,</w:t>
      </w:r>
      <w:r>
        <w:rPr>
          <w:rFonts w:ascii="Arial" w:hAnsi="Arial" w:cs="Arial"/>
          <w:lang w:val="en-US"/>
        </w:rPr>
        <w:t xml:space="preserve"> </w:t>
      </w:r>
      <w:r w:rsidRPr="00787910">
        <w:rPr>
          <w:rFonts w:ascii="Arial" w:hAnsi="Arial" w:cs="Arial"/>
          <w:lang w:val="en-US"/>
        </w:rPr>
        <w:t>susu formula lebih mengenyangkan,</w:t>
      </w:r>
      <w:r>
        <w:rPr>
          <w:rFonts w:ascii="Arial" w:hAnsi="Arial" w:cs="Arial"/>
          <w:lang w:val="en-US"/>
        </w:rPr>
        <w:t xml:space="preserve"> </w:t>
      </w:r>
      <w:r w:rsidRPr="00787910">
        <w:rPr>
          <w:rFonts w:ascii="Arial" w:hAnsi="Arial" w:cs="Arial"/>
          <w:lang w:val="en-US"/>
        </w:rPr>
        <w:t>maka dukungan keluarga cenderung rendah.</w:t>
      </w:r>
      <w:r>
        <w:rPr>
          <w:rFonts w:ascii="Arial" w:hAnsi="Arial" w:cs="Arial"/>
          <w:lang w:val="en-US"/>
        </w:rPr>
        <w:t xml:space="preserve"> </w:t>
      </w:r>
      <w:r w:rsidRPr="00787910">
        <w:rPr>
          <w:rFonts w:ascii="Arial" w:hAnsi="Arial" w:cs="Arial"/>
          <w:lang w:val="en-US"/>
        </w:rPr>
        <w:t>Persepsi yang positif akan mendorong keluarga mengajak ibu menyusui secara rutin, memberikan motivasi, serta menciptakan lingkungan rumah yang mendukung proses menyusui.</w:t>
      </w:r>
    </w:p>
    <w:p w14:paraId="29C7DED3" w14:textId="77777777" w:rsidR="00787910" w:rsidRDefault="00787910" w:rsidP="00787910">
      <w:pPr>
        <w:numPr>
          <w:ilvl w:val="3"/>
          <w:numId w:val="23"/>
        </w:numPr>
        <w:tabs>
          <w:tab w:val="left" w:pos="851"/>
          <w:tab w:val="left" w:pos="2410"/>
        </w:tabs>
        <w:spacing w:before="127" w:line="360" w:lineRule="auto"/>
        <w:jc w:val="both"/>
        <w:rPr>
          <w:rFonts w:ascii="Arial" w:hAnsi="Arial" w:cs="Arial"/>
          <w:lang w:val="en-US"/>
        </w:rPr>
      </w:pPr>
      <w:r w:rsidRPr="00787910">
        <w:rPr>
          <w:rFonts w:ascii="Arial" w:hAnsi="Arial" w:cs="Arial"/>
          <w:lang w:val="en-US"/>
        </w:rPr>
        <w:t>Pengalaman Keluarga Sebelumnya</w:t>
      </w:r>
    </w:p>
    <w:p w14:paraId="1FEC6053" w14:textId="77777777" w:rsidR="00EC690F" w:rsidRDefault="00787910" w:rsidP="00EC690F">
      <w:pPr>
        <w:tabs>
          <w:tab w:val="left" w:pos="851"/>
          <w:tab w:val="left" w:pos="2410"/>
        </w:tabs>
        <w:spacing w:before="127" w:line="360" w:lineRule="auto"/>
        <w:ind w:left="2204"/>
        <w:jc w:val="both"/>
        <w:rPr>
          <w:rFonts w:ascii="Arial" w:hAnsi="Arial" w:cs="Arial"/>
          <w:lang w:val="en-US"/>
        </w:rPr>
      </w:pPr>
      <w:r w:rsidRPr="00787910">
        <w:rPr>
          <w:rFonts w:ascii="Arial" w:hAnsi="Arial" w:cs="Arial"/>
          <w:lang w:val="en-US"/>
        </w:rPr>
        <w:t>Pengalaman menyusui di masa lalu membentuk pola dukungan yang diberikan keluarga pada ibu saat ini. Jika anggota keluarga pernah berhasil memberikan ASI eksklusif, mereka akan lebih percaya diri mendukung ibu untuk melakukan hal yang sama.</w:t>
      </w:r>
      <w:r w:rsidR="00EC690F">
        <w:rPr>
          <w:rFonts w:ascii="Arial" w:hAnsi="Arial" w:cs="Arial"/>
          <w:lang w:val="en-US"/>
        </w:rPr>
        <w:t xml:space="preserve"> </w:t>
      </w:r>
      <w:r w:rsidRPr="00EC690F">
        <w:rPr>
          <w:rFonts w:ascii="Arial" w:hAnsi="Arial" w:cs="Arial"/>
          <w:lang w:val="en-US"/>
        </w:rPr>
        <w:t>Sebaliknya, pengalaman negatif seperti ASI sedikit, puting lecet, atau kegagalan ASI eksklusif dapat memengaruhi dukungan. Keluarga mungkin memberikan saran yang salah atau mendorong ibu menyerah lebih cepat, karena mereka menganggap ASI eksklusif “terlalu sulit”.</w:t>
      </w:r>
    </w:p>
    <w:p w14:paraId="19DC8A99" w14:textId="77777777" w:rsidR="00EC690F" w:rsidRDefault="00787910" w:rsidP="00EC690F">
      <w:pPr>
        <w:numPr>
          <w:ilvl w:val="3"/>
          <w:numId w:val="23"/>
        </w:numPr>
        <w:tabs>
          <w:tab w:val="left" w:pos="851"/>
          <w:tab w:val="left" w:pos="2410"/>
        </w:tabs>
        <w:spacing w:before="127" w:line="360" w:lineRule="auto"/>
        <w:jc w:val="both"/>
        <w:rPr>
          <w:rFonts w:ascii="Arial" w:hAnsi="Arial" w:cs="Arial"/>
          <w:lang w:val="en-US"/>
        </w:rPr>
      </w:pPr>
      <w:r w:rsidRPr="00EC690F">
        <w:rPr>
          <w:rFonts w:ascii="Arial" w:hAnsi="Arial" w:cs="Arial"/>
          <w:lang w:val="en-US"/>
        </w:rPr>
        <w:lastRenderedPageBreak/>
        <w:t>Kondisi Ekonomi Keluarga</w:t>
      </w:r>
    </w:p>
    <w:p w14:paraId="5A65CE0F" w14:textId="77777777" w:rsidR="00494AAE" w:rsidRDefault="00787910" w:rsidP="00494AAE">
      <w:pPr>
        <w:tabs>
          <w:tab w:val="left" w:pos="851"/>
          <w:tab w:val="left" w:pos="2410"/>
        </w:tabs>
        <w:spacing w:before="127" w:line="360" w:lineRule="auto"/>
        <w:ind w:left="2204"/>
        <w:jc w:val="both"/>
        <w:rPr>
          <w:rFonts w:ascii="Arial" w:hAnsi="Arial" w:cs="Arial"/>
          <w:lang w:val="en-US"/>
        </w:rPr>
      </w:pPr>
      <w:r w:rsidRPr="00EC690F">
        <w:rPr>
          <w:rFonts w:ascii="Arial" w:hAnsi="Arial" w:cs="Arial"/>
          <w:lang w:val="en-US"/>
        </w:rPr>
        <w:t>Kondisi ekonomi dapat memengaruhi jenis dan kualitas dukungan yang diberikan.</w:t>
      </w:r>
      <w:r w:rsidR="00EC690F">
        <w:rPr>
          <w:rFonts w:ascii="Arial" w:hAnsi="Arial" w:cs="Arial"/>
          <w:lang w:val="en-US"/>
        </w:rPr>
        <w:t xml:space="preserve"> </w:t>
      </w:r>
      <w:r w:rsidRPr="00EC690F">
        <w:rPr>
          <w:rFonts w:ascii="Arial" w:hAnsi="Arial" w:cs="Arial"/>
          <w:lang w:val="en-US"/>
        </w:rPr>
        <w:t>Keluarga dengan kondisi ekonomi baik dapat menyediakan makanan bergizi untuk ibu menyusui, menciptakan lingkungan nyaman, serta mendukung ibu dalam memperoleh informasi kesehatan.</w:t>
      </w:r>
      <w:r w:rsidR="00EC690F">
        <w:rPr>
          <w:rFonts w:ascii="Arial" w:hAnsi="Arial" w:cs="Arial"/>
          <w:lang w:val="en-US"/>
        </w:rPr>
        <w:t xml:space="preserve"> </w:t>
      </w:r>
      <w:r w:rsidRPr="00EC690F">
        <w:rPr>
          <w:rFonts w:ascii="Arial" w:hAnsi="Arial" w:cs="Arial"/>
          <w:lang w:val="en-US"/>
        </w:rPr>
        <w:t>Namun, keluarga dengan ekonomi rendah bukan berarti kurang mendukung. Banyak keluarga yang justru mendukung ASI eksklusif karena tidak mampu membeli susu formula. ASI menjadi pilihan ekonomis sekaligus paling sehat.</w:t>
      </w:r>
    </w:p>
    <w:p w14:paraId="712F42F3" w14:textId="77777777" w:rsidR="00494AAE" w:rsidRDefault="00494AAE" w:rsidP="00494AAE">
      <w:pPr>
        <w:numPr>
          <w:ilvl w:val="3"/>
          <w:numId w:val="23"/>
        </w:numPr>
        <w:tabs>
          <w:tab w:val="left" w:pos="851"/>
          <w:tab w:val="left" w:pos="2410"/>
        </w:tabs>
        <w:spacing w:before="127" w:line="360" w:lineRule="auto"/>
        <w:jc w:val="both"/>
        <w:rPr>
          <w:rFonts w:ascii="Arial" w:hAnsi="Arial" w:cs="Arial"/>
          <w:lang w:val="en-US"/>
        </w:rPr>
      </w:pPr>
      <w:r w:rsidRPr="00494AAE">
        <w:rPr>
          <w:rFonts w:ascii="Arial" w:hAnsi="Arial" w:cs="Arial"/>
          <w:lang w:val="en-US"/>
        </w:rPr>
        <w:t>Lingkungan Sosial dan Budaya</w:t>
      </w:r>
    </w:p>
    <w:p w14:paraId="6EE9AF03" w14:textId="77777777" w:rsidR="006458C3" w:rsidRDefault="00494AAE" w:rsidP="006458C3">
      <w:pPr>
        <w:tabs>
          <w:tab w:val="left" w:pos="851"/>
          <w:tab w:val="left" w:pos="2410"/>
        </w:tabs>
        <w:spacing w:before="127" w:line="360" w:lineRule="auto"/>
        <w:ind w:left="2204"/>
        <w:jc w:val="both"/>
        <w:rPr>
          <w:rFonts w:ascii="Arial" w:hAnsi="Arial" w:cs="Arial"/>
          <w:lang w:val="en-US"/>
        </w:rPr>
      </w:pPr>
      <w:r w:rsidRPr="00494AAE">
        <w:rPr>
          <w:rFonts w:ascii="Arial" w:hAnsi="Arial" w:cs="Arial"/>
          <w:lang w:val="en-US"/>
        </w:rPr>
        <w:t>Lingkungan sosial sangat memengaruhi bagaimana keluarga bersikap terhadap ASI eksklusif. Lingkungan yang memiliki budaya kuat terhadap tradisi, seperti memberikan madu atau pisang dini, dapat menurunkan dukungan keluarga pada pemberian ASI eksklusif.</w:t>
      </w:r>
      <w:r>
        <w:rPr>
          <w:rFonts w:ascii="Arial" w:hAnsi="Arial" w:cs="Arial"/>
          <w:lang w:val="en-US"/>
        </w:rPr>
        <w:t xml:space="preserve"> </w:t>
      </w:r>
      <w:r w:rsidRPr="00494AAE">
        <w:rPr>
          <w:rFonts w:ascii="Arial" w:hAnsi="Arial" w:cs="Arial"/>
          <w:lang w:val="en-US"/>
        </w:rPr>
        <w:t>Sebaliknya, lingkungan yang mendukung praktik menyusui, seperti kegiatan posyandu aktif, kelompok ibu menyusui, dan program kampanye kesehatan, meningkatkan kesadaran</w:t>
      </w:r>
      <w:r>
        <w:rPr>
          <w:rFonts w:ascii="Arial" w:hAnsi="Arial" w:cs="Arial"/>
          <w:lang w:val="en-US"/>
        </w:rPr>
        <w:t xml:space="preserve"> </w:t>
      </w:r>
      <w:r w:rsidRPr="00494AAE">
        <w:rPr>
          <w:rFonts w:ascii="Arial" w:hAnsi="Arial" w:cs="Arial"/>
          <w:lang w:val="en-US"/>
        </w:rPr>
        <w:t>keluarga dan memperkuat dukungan.</w:t>
      </w:r>
    </w:p>
    <w:p w14:paraId="73269055" w14:textId="77777777" w:rsidR="006458C3" w:rsidRDefault="00494AAE" w:rsidP="006458C3">
      <w:pPr>
        <w:numPr>
          <w:ilvl w:val="3"/>
          <w:numId w:val="23"/>
        </w:numPr>
        <w:tabs>
          <w:tab w:val="left" w:pos="851"/>
          <w:tab w:val="left" w:pos="2410"/>
        </w:tabs>
        <w:spacing w:before="127" w:line="360" w:lineRule="auto"/>
        <w:jc w:val="both"/>
        <w:rPr>
          <w:rFonts w:ascii="Arial" w:hAnsi="Arial" w:cs="Arial"/>
          <w:lang w:val="en-US"/>
        </w:rPr>
      </w:pPr>
      <w:r w:rsidRPr="006458C3">
        <w:rPr>
          <w:rFonts w:ascii="Arial" w:hAnsi="Arial" w:cs="Arial"/>
          <w:lang w:val="en-US"/>
        </w:rPr>
        <w:t>Hubungan dan Keharmonisan Keluarga</w:t>
      </w:r>
    </w:p>
    <w:p w14:paraId="4834634D" w14:textId="77777777" w:rsidR="006458C3" w:rsidRDefault="00494AAE" w:rsidP="006458C3">
      <w:pPr>
        <w:tabs>
          <w:tab w:val="left" w:pos="851"/>
          <w:tab w:val="left" w:pos="2410"/>
        </w:tabs>
        <w:spacing w:before="127" w:line="360" w:lineRule="auto"/>
        <w:ind w:left="2204"/>
        <w:jc w:val="both"/>
        <w:rPr>
          <w:rFonts w:ascii="Arial" w:hAnsi="Arial" w:cs="Arial"/>
          <w:lang w:val="en-US"/>
        </w:rPr>
      </w:pPr>
      <w:r w:rsidRPr="006458C3">
        <w:rPr>
          <w:rFonts w:ascii="Arial" w:hAnsi="Arial" w:cs="Arial"/>
          <w:lang w:val="en-US"/>
        </w:rPr>
        <w:t>Keluarga yang harmonis lebih mampu bekerja sama dalam mendukung ibu menyusui. Komunikasi yang baik, pola interaksi positif, serta hubungan antaranggota keluarga yang hangat memperkuat dukungan emosional dan instrumental.</w:t>
      </w:r>
      <w:r w:rsidR="006458C3">
        <w:rPr>
          <w:rFonts w:ascii="Arial" w:hAnsi="Arial" w:cs="Arial"/>
          <w:lang w:val="en-US"/>
        </w:rPr>
        <w:t xml:space="preserve"> </w:t>
      </w:r>
      <w:r w:rsidRPr="006458C3">
        <w:rPr>
          <w:rFonts w:ascii="Arial" w:hAnsi="Arial" w:cs="Arial"/>
          <w:lang w:val="en-US"/>
        </w:rPr>
        <w:t>Sebaliknya, keluarga yang sering mengalami konflik emosional atau ketegangan dapat mengganggu kondisi psikologis ibu, sehingga dukungan yang diberikan menjadi kurang optimal.</w:t>
      </w:r>
    </w:p>
    <w:p w14:paraId="4E5052B8" w14:textId="77777777" w:rsidR="006458C3" w:rsidRDefault="00494AAE" w:rsidP="006458C3">
      <w:pPr>
        <w:numPr>
          <w:ilvl w:val="3"/>
          <w:numId w:val="23"/>
        </w:numPr>
        <w:tabs>
          <w:tab w:val="left" w:pos="851"/>
          <w:tab w:val="left" w:pos="2410"/>
        </w:tabs>
        <w:spacing w:before="127" w:line="360" w:lineRule="auto"/>
        <w:jc w:val="both"/>
        <w:rPr>
          <w:rFonts w:ascii="Arial" w:hAnsi="Arial" w:cs="Arial"/>
          <w:lang w:val="en-US"/>
        </w:rPr>
      </w:pPr>
      <w:r w:rsidRPr="006458C3">
        <w:rPr>
          <w:rFonts w:ascii="Arial" w:hAnsi="Arial" w:cs="Arial"/>
          <w:lang w:val="en-US"/>
        </w:rPr>
        <w:t>Peran dan Keterlibatan Suami</w:t>
      </w:r>
    </w:p>
    <w:p w14:paraId="1821A902" w14:textId="16233116" w:rsidR="006458C3" w:rsidRDefault="00494AAE" w:rsidP="006458C3">
      <w:pPr>
        <w:tabs>
          <w:tab w:val="left" w:pos="851"/>
          <w:tab w:val="left" w:pos="2410"/>
        </w:tabs>
        <w:spacing w:before="127" w:line="360" w:lineRule="auto"/>
        <w:ind w:left="2204"/>
        <w:jc w:val="both"/>
        <w:rPr>
          <w:rFonts w:ascii="Arial" w:hAnsi="Arial" w:cs="Arial"/>
          <w:lang w:val="en-US"/>
        </w:rPr>
      </w:pPr>
      <w:r w:rsidRPr="006458C3">
        <w:rPr>
          <w:rFonts w:ascii="Arial" w:hAnsi="Arial" w:cs="Arial"/>
          <w:lang w:val="en-US"/>
        </w:rPr>
        <w:t xml:space="preserve">Suami merupakan figur paling penting dalam keberhasilan ASI eksklusif. Suami yang aktif terlibat akan membantu </w:t>
      </w:r>
      <w:r w:rsidRPr="006458C3">
        <w:rPr>
          <w:rFonts w:ascii="Arial" w:hAnsi="Arial" w:cs="Arial"/>
          <w:lang w:val="en-US"/>
        </w:rPr>
        <w:lastRenderedPageBreak/>
        <w:t>mengurangi beban ibu, memberikan motivasi,</w:t>
      </w:r>
      <w:r w:rsidR="002B02C0">
        <w:rPr>
          <w:rFonts w:ascii="Arial" w:hAnsi="Arial" w:cs="Arial"/>
          <w:lang w:val="en-US"/>
        </w:rPr>
        <w:t xml:space="preserve"> </w:t>
      </w:r>
      <w:r w:rsidRPr="006458C3">
        <w:rPr>
          <w:rFonts w:ascii="Arial" w:hAnsi="Arial" w:cs="Arial"/>
          <w:lang w:val="en-US"/>
        </w:rPr>
        <w:t>menghindarkan ibu dari stres, dan meningkatkan kenyamanan selama menyusui. Dukungan suami sering kali lebih memengaruhi psikologis ibu dibanding dukungan keluarga lainnya.</w:t>
      </w:r>
      <w:r w:rsidR="006458C3">
        <w:rPr>
          <w:rFonts w:ascii="Arial" w:hAnsi="Arial" w:cs="Arial"/>
          <w:lang w:val="en-US"/>
        </w:rPr>
        <w:t xml:space="preserve"> </w:t>
      </w:r>
      <w:r w:rsidRPr="006458C3">
        <w:rPr>
          <w:rFonts w:ascii="Arial" w:hAnsi="Arial" w:cs="Arial"/>
          <w:lang w:val="en-US"/>
        </w:rPr>
        <w:t>Sebaliknya, suami yang tidak peduli atau tidak memiliki pengetahuan tentang ASI sering membuat ibu merasa sendirian dalam proses menyusui.</w:t>
      </w:r>
    </w:p>
    <w:p w14:paraId="31B8F02D" w14:textId="77777777" w:rsidR="006458C3" w:rsidRDefault="00494AAE" w:rsidP="006458C3">
      <w:pPr>
        <w:numPr>
          <w:ilvl w:val="3"/>
          <w:numId w:val="23"/>
        </w:numPr>
        <w:tabs>
          <w:tab w:val="left" w:pos="851"/>
          <w:tab w:val="left" w:pos="2410"/>
        </w:tabs>
        <w:spacing w:before="127" w:line="360" w:lineRule="auto"/>
        <w:jc w:val="both"/>
        <w:rPr>
          <w:rFonts w:ascii="Arial" w:hAnsi="Arial" w:cs="Arial"/>
          <w:lang w:val="en-US"/>
        </w:rPr>
      </w:pPr>
      <w:r w:rsidRPr="006458C3">
        <w:rPr>
          <w:rFonts w:ascii="Arial" w:hAnsi="Arial" w:cs="Arial"/>
          <w:lang w:val="en-US"/>
        </w:rPr>
        <w:t>Dukungan dari Tenaga Kesehatan</w:t>
      </w:r>
    </w:p>
    <w:p w14:paraId="76E76683" w14:textId="77777777" w:rsidR="006458C3" w:rsidRDefault="00494AAE" w:rsidP="006458C3">
      <w:pPr>
        <w:tabs>
          <w:tab w:val="left" w:pos="851"/>
          <w:tab w:val="left" w:pos="2410"/>
        </w:tabs>
        <w:spacing w:before="127" w:line="360" w:lineRule="auto"/>
        <w:ind w:left="2204"/>
        <w:jc w:val="both"/>
        <w:rPr>
          <w:rFonts w:ascii="Arial" w:hAnsi="Arial" w:cs="Arial"/>
          <w:lang w:val="en-US"/>
        </w:rPr>
      </w:pPr>
      <w:r w:rsidRPr="006458C3">
        <w:rPr>
          <w:rFonts w:ascii="Arial" w:hAnsi="Arial" w:cs="Arial"/>
          <w:lang w:val="en-US"/>
        </w:rPr>
        <w:t>Tenaga kesehatan seperti bidan, perawat, dan kader memiliki peran besar dalam memberikan edukasi kepada keluarga. Penyuluhan yang tepat dapat memperkuat pemahaman keluarga, meluruskan mitos yang salah, dan meningkatkan kesiapan keluarga dalam mendukung ibu menyusui.</w:t>
      </w:r>
    </w:p>
    <w:p w14:paraId="6900CA0D" w14:textId="77777777" w:rsidR="006458C3" w:rsidRDefault="006458C3" w:rsidP="006458C3">
      <w:pPr>
        <w:numPr>
          <w:ilvl w:val="3"/>
          <w:numId w:val="23"/>
        </w:numPr>
        <w:tabs>
          <w:tab w:val="left" w:pos="851"/>
          <w:tab w:val="left" w:pos="2410"/>
        </w:tabs>
        <w:spacing w:before="127" w:line="360" w:lineRule="auto"/>
        <w:jc w:val="both"/>
        <w:rPr>
          <w:rFonts w:ascii="Arial" w:hAnsi="Arial" w:cs="Arial"/>
          <w:lang w:val="en-US"/>
        </w:rPr>
      </w:pPr>
      <w:r>
        <w:rPr>
          <w:rFonts w:ascii="Arial" w:hAnsi="Arial" w:cs="Arial"/>
          <w:lang w:val="en-US"/>
        </w:rPr>
        <w:t xml:space="preserve"> </w:t>
      </w:r>
      <w:r w:rsidR="00494AAE" w:rsidRPr="006458C3">
        <w:rPr>
          <w:rFonts w:ascii="Arial" w:hAnsi="Arial" w:cs="Arial"/>
          <w:lang w:val="en-US"/>
        </w:rPr>
        <w:t>Akses terhadap Informasi</w:t>
      </w:r>
    </w:p>
    <w:p w14:paraId="7C6C7132" w14:textId="644AD9C5" w:rsidR="00494AAE" w:rsidRPr="006458C3" w:rsidRDefault="00494AAE" w:rsidP="006458C3">
      <w:pPr>
        <w:tabs>
          <w:tab w:val="left" w:pos="851"/>
          <w:tab w:val="left" w:pos="2410"/>
        </w:tabs>
        <w:spacing w:before="127" w:line="360" w:lineRule="auto"/>
        <w:ind w:left="2204"/>
        <w:jc w:val="both"/>
        <w:rPr>
          <w:rFonts w:ascii="Arial" w:hAnsi="Arial" w:cs="Arial"/>
          <w:lang w:val="en-US"/>
        </w:rPr>
      </w:pPr>
      <w:r w:rsidRPr="006458C3">
        <w:rPr>
          <w:rFonts w:ascii="Arial" w:hAnsi="Arial" w:cs="Arial"/>
          <w:lang w:val="en-US"/>
        </w:rPr>
        <w:t>Kemudahan keluarga dalam mengakses sumber informasi—baik melalui media sosial, internet, televisi, buku kesehatan, maupun puskesmas—akan meningkatkan pemahaman keluarga tentang ASI eksklusif. Informasi yang akurat membantu keluarga memberikan dukungan yang</w:t>
      </w:r>
      <w:r w:rsidR="006458C3">
        <w:rPr>
          <w:rFonts w:ascii="Arial" w:hAnsi="Arial" w:cs="Arial"/>
          <w:lang w:val="en-US"/>
        </w:rPr>
        <w:t xml:space="preserve"> </w:t>
      </w:r>
      <w:r w:rsidRPr="006458C3">
        <w:rPr>
          <w:rFonts w:ascii="Arial" w:hAnsi="Arial" w:cs="Arial"/>
          <w:lang w:val="en-US"/>
        </w:rPr>
        <w:t>sesuai kebutuhan ibu.</w:t>
      </w:r>
    </w:p>
    <w:p w14:paraId="7AA832B5" w14:textId="77777777" w:rsidR="00787910" w:rsidRPr="00787910" w:rsidRDefault="00787910" w:rsidP="00787910">
      <w:pPr>
        <w:tabs>
          <w:tab w:val="left" w:pos="851"/>
          <w:tab w:val="left" w:pos="2410"/>
        </w:tabs>
        <w:spacing w:before="127" w:line="360" w:lineRule="auto"/>
        <w:ind w:left="1843"/>
        <w:jc w:val="both"/>
        <w:rPr>
          <w:rFonts w:ascii="Arial" w:hAnsi="Arial" w:cs="Arial"/>
          <w:lang w:val="en-US"/>
        </w:rPr>
      </w:pPr>
    </w:p>
    <w:p w14:paraId="34091FF4" w14:textId="2A25FA47" w:rsidR="00787910" w:rsidRPr="002B02C0" w:rsidRDefault="00787910" w:rsidP="002B02C0">
      <w:pPr>
        <w:tabs>
          <w:tab w:val="left" w:pos="851"/>
          <w:tab w:val="left" w:pos="2410"/>
        </w:tabs>
        <w:spacing w:before="127" w:line="360" w:lineRule="auto"/>
        <w:ind w:left="1843"/>
        <w:jc w:val="both"/>
        <w:rPr>
          <w:rFonts w:ascii="Arial" w:hAnsi="Arial" w:cs="Arial"/>
          <w:spacing w:val="42"/>
        </w:rPr>
        <w:sectPr w:rsidR="00787910" w:rsidRPr="002B02C0" w:rsidSect="005F376F">
          <w:headerReference w:type="default" r:id="rId25"/>
          <w:footerReference w:type="default" r:id="rId26"/>
          <w:pgSz w:w="11910" w:h="16840"/>
          <w:pgMar w:top="1701" w:right="1701" w:bottom="1701" w:left="2268" w:header="756" w:footer="0" w:gutter="0"/>
          <w:cols w:space="720"/>
        </w:sectPr>
      </w:pPr>
    </w:p>
    <w:p w14:paraId="736B27B2" w14:textId="77777777" w:rsidR="00547B98" w:rsidRPr="00145753" w:rsidRDefault="00547B98" w:rsidP="005F376F">
      <w:pPr>
        <w:spacing w:before="9"/>
        <w:rPr>
          <w:rFonts w:ascii="Arial" w:hAnsi="Arial" w:cs="Arial"/>
        </w:rPr>
      </w:pPr>
    </w:p>
    <w:p w14:paraId="70DED8EA" w14:textId="6822E4BA" w:rsidR="00547B98" w:rsidRPr="00EC690F" w:rsidRDefault="00EC690F" w:rsidP="002B02C0">
      <w:pPr>
        <w:tabs>
          <w:tab w:val="left" w:pos="1560"/>
        </w:tabs>
        <w:spacing w:line="360" w:lineRule="auto"/>
        <w:ind w:left="426"/>
        <w:rPr>
          <w:rFonts w:ascii="Arial" w:hAnsi="Arial" w:cs="Arial"/>
          <w:b/>
          <w:bCs/>
        </w:rPr>
      </w:pPr>
      <w:bookmarkStart w:id="14" w:name="_TOC_250006"/>
      <w:r>
        <w:rPr>
          <w:rFonts w:ascii="Arial" w:hAnsi="Arial" w:cs="Arial"/>
          <w:b/>
          <w:bCs/>
          <w:lang w:val="en-US"/>
        </w:rPr>
        <w:t xml:space="preserve">B. </w:t>
      </w:r>
      <w:r w:rsidR="00750918" w:rsidRPr="00EC690F">
        <w:rPr>
          <w:rFonts w:ascii="Arial" w:hAnsi="Arial" w:cs="Arial"/>
          <w:b/>
          <w:bCs/>
        </w:rPr>
        <w:t>Karangka</w:t>
      </w:r>
      <w:r w:rsidR="00750918" w:rsidRPr="00EC690F">
        <w:rPr>
          <w:rFonts w:ascii="Arial" w:hAnsi="Arial" w:cs="Arial"/>
          <w:b/>
          <w:bCs/>
          <w:spacing w:val="-3"/>
        </w:rPr>
        <w:t xml:space="preserve"> </w:t>
      </w:r>
      <w:bookmarkEnd w:id="14"/>
      <w:r w:rsidR="00750918" w:rsidRPr="00EC690F">
        <w:rPr>
          <w:rFonts w:ascii="Arial" w:hAnsi="Arial" w:cs="Arial"/>
          <w:b/>
          <w:bCs/>
          <w:spacing w:val="-4"/>
        </w:rPr>
        <w:t>Teori</w:t>
      </w:r>
    </w:p>
    <w:p w14:paraId="30346F96" w14:textId="77777777" w:rsidR="00547B98" w:rsidRPr="00145753" w:rsidRDefault="0027081F" w:rsidP="00750918">
      <w:pPr>
        <w:spacing w:before="127" w:line="360" w:lineRule="auto"/>
        <w:ind w:left="426" w:firstLine="425"/>
        <w:jc w:val="both"/>
        <w:rPr>
          <w:rFonts w:ascii="Arial" w:hAnsi="Arial" w:cs="Arial"/>
        </w:rPr>
      </w:pPr>
      <w:r w:rsidRPr="00145753">
        <w:rPr>
          <w:rFonts w:ascii="Arial" w:hAnsi="Arial" w:cs="Arial"/>
        </w:rPr>
        <w:t>Kerangka</w:t>
      </w:r>
      <w:r w:rsidRPr="00145753">
        <w:rPr>
          <w:rFonts w:ascii="Arial" w:hAnsi="Arial" w:cs="Arial"/>
          <w:spacing w:val="-2"/>
        </w:rPr>
        <w:t xml:space="preserve"> </w:t>
      </w:r>
      <w:r w:rsidRPr="00145753">
        <w:rPr>
          <w:rFonts w:ascii="Arial" w:hAnsi="Arial" w:cs="Arial"/>
        </w:rPr>
        <w:t>teori</w:t>
      </w:r>
      <w:r w:rsidRPr="00145753">
        <w:rPr>
          <w:rFonts w:ascii="Arial" w:hAnsi="Arial" w:cs="Arial"/>
          <w:spacing w:val="-5"/>
        </w:rPr>
        <w:t xml:space="preserve"> </w:t>
      </w:r>
      <w:r w:rsidRPr="00145753">
        <w:rPr>
          <w:rFonts w:ascii="Arial" w:hAnsi="Arial" w:cs="Arial"/>
        </w:rPr>
        <w:t>ini</w:t>
      </w:r>
      <w:r w:rsidRPr="00145753">
        <w:rPr>
          <w:rFonts w:ascii="Arial" w:hAnsi="Arial" w:cs="Arial"/>
          <w:spacing w:val="-5"/>
        </w:rPr>
        <w:t xml:space="preserve"> </w:t>
      </w:r>
      <w:r w:rsidRPr="00145753">
        <w:rPr>
          <w:rFonts w:ascii="Arial" w:hAnsi="Arial" w:cs="Arial"/>
        </w:rPr>
        <w:t>menjelaskan</w:t>
      </w:r>
      <w:r w:rsidRPr="00145753">
        <w:rPr>
          <w:rFonts w:ascii="Arial" w:hAnsi="Arial" w:cs="Arial"/>
          <w:spacing w:val="-6"/>
        </w:rPr>
        <w:t xml:space="preserve"> </w:t>
      </w:r>
      <w:r w:rsidRPr="00145753">
        <w:rPr>
          <w:rFonts w:ascii="Arial" w:hAnsi="Arial" w:cs="Arial"/>
        </w:rPr>
        <w:t>keterkaitan antara</w:t>
      </w:r>
      <w:r w:rsidRPr="00145753">
        <w:rPr>
          <w:rFonts w:ascii="Arial" w:hAnsi="Arial" w:cs="Arial"/>
          <w:spacing w:val="-2"/>
        </w:rPr>
        <w:t xml:space="preserve"> </w:t>
      </w:r>
      <w:r w:rsidRPr="00145753">
        <w:rPr>
          <w:rFonts w:ascii="Arial" w:hAnsi="Arial" w:cs="Arial"/>
        </w:rPr>
        <w:t>peran</w:t>
      </w:r>
      <w:r w:rsidRPr="00145753">
        <w:rPr>
          <w:rFonts w:ascii="Arial" w:hAnsi="Arial" w:cs="Arial"/>
          <w:spacing w:val="-6"/>
        </w:rPr>
        <w:t xml:space="preserve"> </w:t>
      </w:r>
      <w:r w:rsidRPr="00145753">
        <w:rPr>
          <w:rFonts w:ascii="Arial" w:hAnsi="Arial" w:cs="Arial"/>
        </w:rPr>
        <w:t xml:space="preserve">dukungan keluarga dengan praktik pemberian ASI eksklusif. Kerangka ini disusun berdasarkan berbagai teori dan hasil penelitian yang menyatakan bahwa keberhasilan seorang ibu dalam memberikan ASI eksklusif sangat dipengaruhi oleh jenis-jenis dukungan yang diberikan oleh anggota </w:t>
      </w:r>
      <w:r w:rsidRPr="00145753">
        <w:rPr>
          <w:rFonts w:ascii="Arial" w:hAnsi="Arial" w:cs="Arial"/>
          <w:spacing w:val="-2"/>
        </w:rPr>
        <w:t>keluarganya.</w:t>
      </w:r>
    </w:p>
    <w:p w14:paraId="66A99A97" w14:textId="77777777" w:rsidR="00547B98" w:rsidRPr="00145753" w:rsidRDefault="0027081F" w:rsidP="005F376F">
      <w:pPr>
        <w:spacing w:before="8"/>
        <w:rPr>
          <w:rFonts w:ascii="Arial" w:hAnsi="Arial" w:cs="Arial"/>
          <w:sz w:val="19"/>
        </w:rPr>
      </w:pPr>
      <w:r w:rsidRPr="00145753">
        <w:rPr>
          <w:rFonts w:ascii="Arial" w:hAnsi="Arial" w:cs="Arial"/>
          <w:noProof/>
          <w:sz w:val="19"/>
        </w:rPr>
        <mc:AlternateContent>
          <mc:Choice Requires="wps">
            <w:drawing>
              <wp:anchor distT="0" distB="0" distL="0" distR="0" simplePos="0" relativeHeight="251658752" behindDoc="1" locked="0" layoutInCell="1" allowOverlap="1" wp14:anchorId="3F2C17C5" wp14:editId="1998A9D9">
                <wp:simplePos x="0" y="0"/>
                <wp:positionH relativeFrom="page">
                  <wp:posOffset>3342640</wp:posOffset>
                </wp:positionH>
                <wp:positionV relativeFrom="paragraph">
                  <wp:posOffset>164669</wp:posOffset>
                </wp:positionV>
                <wp:extent cx="1400175" cy="400050"/>
                <wp:effectExtent l="0" t="0" r="0" b="0"/>
                <wp:wrapTopAndBottom/>
                <wp:docPr id="57" name="Text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0175" cy="400050"/>
                        </a:xfrm>
                        <a:prstGeom prst="rect">
                          <a:avLst/>
                        </a:prstGeom>
                        <a:ln w="9525">
                          <a:solidFill>
                            <a:srgbClr val="000000"/>
                          </a:solidFill>
                          <a:prstDash val="solid"/>
                        </a:ln>
                      </wps:spPr>
                      <wps:txbx>
                        <w:txbxContent>
                          <w:p w14:paraId="0C1894EB" w14:textId="77777777" w:rsidR="00547B98" w:rsidRDefault="0027081F">
                            <w:pPr>
                              <w:spacing w:before="77"/>
                              <w:ind w:left="454"/>
                            </w:pPr>
                            <w:r>
                              <w:t>ASI</w:t>
                            </w:r>
                            <w:r>
                              <w:rPr>
                                <w:spacing w:val="-3"/>
                              </w:rPr>
                              <w:t xml:space="preserve"> </w:t>
                            </w:r>
                            <w:r>
                              <w:rPr>
                                <w:spacing w:val="-2"/>
                              </w:rPr>
                              <w:t>Eksklusif</w:t>
                            </w:r>
                          </w:p>
                        </w:txbxContent>
                      </wps:txbx>
                      <wps:bodyPr wrap="square" lIns="0" tIns="0" rIns="0" bIns="0" rtlCol="0">
                        <a:noAutofit/>
                      </wps:bodyPr>
                    </wps:wsp>
                  </a:graphicData>
                </a:graphic>
              </wp:anchor>
            </w:drawing>
          </mc:Choice>
          <mc:Fallback>
            <w:pict>
              <v:shape w14:anchorId="3F2C17C5" id="Textbox 57" o:spid="_x0000_s1031" type="#_x0000_t202" style="position:absolute;margin-left:263.2pt;margin-top:12.95pt;width:110.25pt;height:31.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" filled="f">
                <v:path arrowok="t"/>
                <v:textbox inset="0,0,0,0">
                  <w:txbxContent>
                    <w:p w14:paraId="0C1894EB" w14:textId="77777777" w:rsidR="00547B98" w:rsidRDefault="0027081F">
                      <w:pPr>
                        <w:spacing w:before="77"/>
                        <w:ind w:left="454"/>
                      </w:pPr>
                      <w:r>
                        <w:t>ASI</w:t>
                      </w:r>
                      <w:r>
                        <w:rPr>
                          <w:spacing w:val="-3"/>
                        </w:rPr>
                        <w:t xml:space="preserve"> </w:t>
                      </w:r>
                      <w:r>
                        <w:rPr>
                          <w:spacing w:val="-2"/>
                        </w:rPr>
                        <w:t>Eksklusif</w:t>
                      </w:r>
                    </w:p>
                  </w:txbxContent>
                </v:textbox>
                <w10:wrap type="topAndBottom" anchorx="page"/>
              </v:shape>
            </w:pict>
          </mc:Fallback>
        </mc:AlternateContent>
      </w:r>
      <w:r w:rsidRPr="00145753">
        <w:rPr>
          <w:rFonts w:ascii="Arial" w:hAnsi="Arial" w:cs="Arial"/>
          <w:noProof/>
          <w:sz w:val="19"/>
        </w:rPr>
        <mc:AlternateContent>
          <mc:Choice Requires="wps">
            <w:drawing>
              <wp:anchor distT="0" distB="0" distL="0" distR="0" simplePos="0" relativeHeight="251661824" behindDoc="1" locked="0" layoutInCell="1" allowOverlap="1" wp14:anchorId="10B8B60A" wp14:editId="192C46B2">
                <wp:simplePos x="0" y="0"/>
                <wp:positionH relativeFrom="page">
                  <wp:posOffset>4018660</wp:posOffset>
                </wp:positionH>
                <wp:positionV relativeFrom="paragraph">
                  <wp:posOffset>619329</wp:posOffset>
                </wp:positionV>
                <wp:extent cx="76835" cy="262255"/>
                <wp:effectExtent l="0" t="0" r="0" b="0"/>
                <wp:wrapTopAndBottom/>
                <wp:docPr id="58" name="Graphic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835" cy="262255"/>
                        </a:xfrm>
                        <a:custGeom>
                          <a:avLst/>
                          <a:gdLst/>
                          <a:ahLst/>
                          <a:cxnLst/>
                          <a:rect l="l" t="t" r="r" b="b"/>
                          <a:pathLst>
                            <a:path w="76835" h="262255">
                              <a:moveTo>
                                <a:pt x="44577" y="63500"/>
                              </a:moveTo>
                              <a:lnTo>
                                <a:pt x="31877" y="63500"/>
                              </a:lnTo>
                              <a:lnTo>
                                <a:pt x="31369" y="262255"/>
                              </a:lnTo>
                              <a:lnTo>
                                <a:pt x="44069" y="262255"/>
                              </a:lnTo>
                              <a:lnTo>
                                <a:pt x="44544" y="76326"/>
                              </a:lnTo>
                              <a:lnTo>
                                <a:pt x="44577" y="63500"/>
                              </a:lnTo>
                              <a:close/>
                            </a:path>
                            <a:path w="76835" h="262255">
                              <a:moveTo>
                                <a:pt x="38354" y="0"/>
                              </a:moveTo>
                              <a:lnTo>
                                <a:pt x="0" y="76326"/>
                              </a:lnTo>
                              <a:lnTo>
                                <a:pt x="31844" y="76326"/>
                              </a:lnTo>
                              <a:lnTo>
                                <a:pt x="31877" y="63500"/>
                              </a:lnTo>
                              <a:lnTo>
                                <a:pt x="69946" y="63500"/>
                              </a:lnTo>
                              <a:lnTo>
                                <a:pt x="38354" y="0"/>
                              </a:lnTo>
                              <a:close/>
                            </a:path>
                            <a:path w="76835" h="262255">
                              <a:moveTo>
                                <a:pt x="69946" y="63500"/>
                              </a:moveTo>
                              <a:lnTo>
                                <a:pt x="44577" y="63500"/>
                              </a:lnTo>
                              <a:lnTo>
                                <a:pt x="44544" y="76326"/>
                              </a:lnTo>
                              <a:lnTo>
                                <a:pt x="76327" y="76326"/>
                              </a:lnTo>
                              <a:lnTo>
                                <a:pt x="69946" y="6350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40BFCC9" id="Graphic 58" o:spid="_x0000_s1026" style="position:absolute;margin-left:316.45pt;margin-top:48.75pt;width:6.05pt;height:20.65pt;z-index:-251654656;visibility:visible;mso-wrap-style:square;mso-wrap-distance-left:0;mso-wrap-distance-top:0;mso-wrap-distance-right:0;mso-wrap-distance-bottom:0;mso-position-horizontal:absolute;mso-position-horizontal-relative:page;mso-position-vertical:absolute;mso-position-vertical-relative:text;v-text-anchor:top" coordsize="76835,262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" path="m44577,63500r-12700,l31369,262255r12700,l44544,76326r33,-12826xem38354,l,76326r31844,l31877,63500r38069,l38354,xem69946,63500r-25369,l44544,76326r31783,l69946,63500xe" fillcolor="black" stroked="f">
                <v:path arrowok="t"/>
                <w10:wrap type="topAndBottom" anchorx="page"/>
              </v:shape>
            </w:pict>
          </mc:Fallback>
        </mc:AlternateContent>
      </w:r>
      <w:r w:rsidRPr="00145753">
        <w:rPr>
          <w:rFonts w:ascii="Arial" w:hAnsi="Arial" w:cs="Arial"/>
          <w:noProof/>
          <w:sz w:val="19"/>
        </w:rPr>
        <mc:AlternateContent>
          <mc:Choice Requires="wps">
            <w:drawing>
              <wp:anchor distT="0" distB="0" distL="0" distR="0" simplePos="0" relativeHeight="251664896" behindDoc="1" locked="0" layoutInCell="1" allowOverlap="1" wp14:anchorId="52A0E2D2" wp14:editId="012A690F">
                <wp:simplePos x="0" y="0"/>
                <wp:positionH relativeFrom="page">
                  <wp:posOffset>2898139</wp:posOffset>
                </wp:positionH>
                <wp:positionV relativeFrom="paragraph">
                  <wp:posOffset>990804</wp:posOffset>
                </wp:positionV>
                <wp:extent cx="2400300" cy="1095375"/>
                <wp:effectExtent l="0" t="0" r="0" b="0"/>
                <wp:wrapTopAndBottom/>
                <wp:docPr id="59" name="Text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0300" cy="1095375"/>
                        </a:xfrm>
                        <a:prstGeom prst="rect">
                          <a:avLst/>
                        </a:prstGeom>
                        <a:ln w="9525">
                          <a:solidFill>
                            <a:srgbClr val="000000"/>
                          </a:solidFill>
                          <a:prstDash val="solid"/>
                        </a:ln>
                      </wps:spPr>
                      <wps:txbx>
                        <w:txbxContent>
                          <w:p w14:paraId="2AC476C7" w14:textId="77777777" w:rsidR="00547B98" w:rsidRDefault="0027081F">
                            <w:pPr>
                              <w:numPr>
                                <w:ilvl w:val="0"/>
                                <w:numId w:val="4"/>
                              </w:numPr>
                              <w:tabs>
                                <w:tab w:val="left" w:pos="504"/>
                              </w:tabs>
                              <w:spacing w:before="76"/>
                              <w:ind w:left="504" w:hanging="358"/>
                            </w:pPr>
                            <w:r>
                              <w:t>Dukungan</w:t>
                            </w:r>
                            <w:r>
                              <w:rPr>
                                <w:spacing w:val="-2"/>
                              </w:rPr>
                              <w:t xml:space="preserve"> Emosional</w:t>
                            </w:r>
                          </w:p>
                          <w:p w14:paraId="4E0D87E2" w14:textId="77777777" w:rsidR="00547B98" w:rsidRDefault="0027081F">
                            <w:pPr>
                              <w:numPr>
                                <w:ilvl w:val="0"/>
                                <w:numId w:val="4"/>
                              </w:numPr>
                              <w:tabs>
                                <w:tab w:val="left" w:pos="504"/>
                              </w:tabs>
                              <w:spacing w:before="127"/>
                              <w:ind w:left="504" w:hanging="358"/>
                            </w:pPr>
                            <w:r>
                              <w:t>Dukungan</w:t>
                            </w:r>
                            <w:r>
                              <w:rPr>
                                <w:spacing w:val="-3"/>
                              </w:rPr>
                              <w:t xml:space="preserve"> </w:t>
                            </w:r>
                            <w:r>
                              <w:rPr>
                                <w:spacing w:val="-2"/>
                              </w:rPr>
                              <w:t>Informasional</w:t>
                            </w:r>
                          </w:p>
                          <w:p w14:paraId="7822CFE6" w14:textId="77777777" w:rsidR="00547B98" w:rsidRDefault="0027081F">
                            <w:pPr>
                              <w:numPr>
                                <w:ilvl w:val="0"/>
                                <w:numId w:val="4"/>
                              </w:numPr>
                              <w:tabs>
                                <w:tab w:val="left" w:pos="504"/>
                              </w:tabs>
                              <w:spacing w:before="123"/>
                              <w:ind w:left="504" w:hanging="358"/>
                            </w:pPr>
                            <w:r>
                              <w:t>Dukungan</w:t>
                            </w:r>
                            <w:r>
                              <w:rPr>
                                <w:spacing w:val="-2"/>
                              </w:rPr>
                              <w:t xml:space="preserve"> Instrumental</w:t>
                            </w:r>
                          </w:p>
                          <w:p w14:paraId="6A8EB2D9" w14:textId="77777777" w:rsidR="00547B98" w:rsidRDefault="0027081F">
                            <w:pPr>
                              <w:numPr>
                                <w:ilvl w:val="0"/>
                                <w:numId w:val="4"/>
                              </w:numPr>
                              <w:tabs>
                                <w:tab w:val="left" w:pos="504"/>
                              </w:tabs>
                              <w:spacing w:before="128"/>
                              <w:ind w:left="504" w:hanging="358"/>
                            </w:pPr>
                            <w:r>
                              <w:t>Dukungan</w:t>
                            </w:r>
                            <w:r>
                              <w:rPr>
                                <w:spacing w:val="-2"/>
                              </w:rPr>
                              <w:t xml:space="preserve"> Penghargaan</w:t>
                            </w:r>
                          </w:p>
                        </w:txbxContent>
                      </wps:txbx>
                      <wps:bodyPr wrap="square" lIns="0" tIns="0" rIns="0" bIns="0" rtlCol="0">
                        <a:noAutofit/>
                      </wps:bodyPr>
                    </wps:wsp>
                  </a:graphicData>
                </a:graphic>
              </wp:anchor>
            </w:drawing>
          </mc:Choice>
          <mc:Fallback>
            <w:pict>
              <v:shape w14:anchorId="52A0E2D2" id="Textbox 59" o:spid="_x0000_s1032" type="#_x0000_t202" style="position:absolute;margin-left:228.2pt;margin-top:78pt;width:189pt;height:86.25pt;z-index:-25165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" filled="f">
                <v:path arrowok="t"/>
                <v:textbox inset="0,0,0,0">
                  <w:txbxContent>
                    <w:p w14:paraId="2AC476C7" w14:textId="77777777" w:rsidR="00547B98" w:rsidRDefault="0027081F">
                      <w:pPr>
                        <w:numPr>
                          <w:ilvl w:val="0"/>
                          <w:numId w:val="4"/>
                        </w:numPr>
                        <w:tabs>
                          <w:tab w:val="left" w:pos="504"/>
                        </w:tabs>
                        <w:spacing w:before="76"/>
                        <w:ind w:left="504" w:hanging="358"/>
                      </w:pPr>
                      <w:r>
                        <w:t>Dukungan</w:t>
                      </w:r>
                      <w:r>
                        <w:rPr>
                          <w:spacing w:val="-2"/>
                        </w:rPr>
                        <w:t xml:space="preserve"> Emosional</w:t>
                      </w:r>
                    </w:p>
                    <w:p w14:paraId="4E0D87E2" w14:textId="77777777" w:rsidR="00547B98" w:rsidRDefault="0027081F">
                      <w:pPr>
                        <w:numPr>
                          <w:ilvl w:val="0"/>
                          <w:numId w:val="4"/>
                        </w:numPr>
                        <w:tabs>
                          <w:tab w:val="left" w:pos="504"/>
                        </w:tabs>
                        <w:spacing w:before="127"/>
                        <w:ind w:left="504" w:hanging="358"/>
                      </w:pPr>
                      <w:r>
                        <w:t>Dukungan</w:t>
                      </w:r>
                      <w:r>
                        <w:rPr>
                          <w:spacing w:val="-3"/>
                        </w:rPr>
                        <w:t xml:space="preserve"> </w:t>
                      </w:r>
                      <w:r>
                        <w:rPr>
                          <w:spacing w:val="-2"/>
                        </w:rPr>
                        <w:t>Informasional</w:t>
                      </w:r>
                    </w:p>
                    <w:p w14:paraId="7822CFE6" w14:textId="77777777" w:rsidR="00547B98" w:rsidRDefault="0027081F">
                      <w:pPr>
                        <w:numPr>
                          <w:ilvl w:val="0"/>
                          <w:numId w:val="4"/>
                        </w:numPr>
                        <w:tabs>
                          <w:tab w:val="left" w:pos="504"/>
                        </w:tabs>
                        <w:spacing w:before="123"/>
                        <w:ind w:left="504" w:hanging="358"/>
                      </w:pPr>
                      <w:r>
                        <w:t>Dukungan</w:t>
                      </w:r>
                      <w:r>
                        <w:rPr>
                          <w:spacing w:val="-2"/>
                        </w:rPr>
                        <w:t xml:space="preserve"> Instrumental</w:t>
                      </w:r>
                    </w:p>
                    <w:p w14:paraId="6A8EB2D9" w14:textId="77777777" w:rsidR="00547B98" w:rsidRDefault="0027081F">
                      <w:pPr>
                        <w:numPr>
                          <w:ilvl w:val="0"/>
                          <w:numId w:val="4"/>
                        </w:numPr>
                        <w:tabs>
                          <w:tab w:val="left" w:pos="504"/>
                        </w:tabs>
                        <w:spacing w:before="128"/>
                        <w:ind w:left="504" w:hanging="358"/>
                      </w:pPr>
                      <w:r>
                        <w:t>Dukungan</w:t>
                      </w:r>
                      <w:r>
                        <w:rPr>
                          <w:spacing w:val="-2"/>
                        </w:rPr>
                        <w:t xml:space="preserve"> Penghargaan</w:t>
                      </w:r>
                    </w:p>
                  </w:txbxContent>
                </v:textbox>
                <w10:wrap type="topAndBottom" anchorx="page"/>
              </v:shape>
            </w:pict>
          </mc:Fallback>
        </mc:AlternateContent>
      </w:r>
      <w:r w:rsidRPr="00145753">
        <w:rPr>
          <w:rFonts w:ascii="Arial" w:hAnsi="Arial" w:cs="Arial"/>
          <w:noProof/>
          <w:sz w:val="19"/>
        </w:rPr>
        <mc:AlternateContent>
          <mc:Choice Requires="wps">
            <w:drawing>
              <wp:anchor distT="0" distB="0" distL="0" distR="0" simplePos="0" relativeHeight="251667968" behindDoc="1" locked="0" layoutInCell="1" allowOverlap="1" wp14:anchorId="530D24F6" wp14:editId="3A4FDA45">
                <wp:simplePos x="0" y="0"/>
                <wp:positionH relativeFrom="page">
                  <wp:posOffset>3956558</wp:posOffset>
                </wp:positionH>
                <wp:positionV relativeFrom="paragraph">
                  <wp:posOffset>2151584</wp:posOffset>
                </wp:positionV>
                <wp:extent cx="76200" cy="285750"/>
                <wp:effectExtent l="0" t="0" r="0" b="0"/>
                <wp:wrapTopAndBottom/>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285750"/>
                        </a:xfrm>
                        <a:custGeom>
                          <a:avLst/>
                          <a:gdLst/>
                          <a:ahLst/>
                          <a:cxnLst/>
                          <a:rect l="l" t="t" r="r" b="b"/>
                          <a:pathLst>
                            <a:path w="76200" h="285750">
                              <a:moveTo>
                                <a:pt x="44461" y="75935"/>
                              </a:moveTo>
                              <a:lnTo>
                                <a:pt x="31762" y="76337"/>
                              </a:lnTo>
                              <a:lnTo>
                                <a:pt x="38211" y="284861"/>
                              </a:lnTo>
                              <a:lnTo>
                                <a:pt x="38226" y="285369"/>
                              </a:lnTo>
                              <a:lnTo>
                                <a:pt x="50926" y="284861"/>
                              </a:lnTo>
                              <a:lnTo>
                                <a:pt x="44505" y="77343"/>
                              </a:lnTo>
                              <a:lnTo>
                                <a:pt x="44461" y="75935"/>
                              </a:lnTo>
                              <a:close/>
                            </a:path>
                            <a:path w="76200" h="285750">
                              <a:moveTo>
                                <a:pt x="35687" y="0"/>
                              </a:moveTo>
                              <a:lnTo>
                                <a:pt x="0" y="77343"/>
                              </a:lnTo>
                              <a:lnTo>
                                <a:pt x="31762" y="76337"/>
                              </a:lnTo>
                              <a:lnTo>
                                <a:pt x="31368" y="63626"/>
                              </a:lnTo>
                              <a:lnTo>
                                <a:pt x="44068" y="63246"/>
                              </a:lnTo>
                              <a:lnTo>
                                <a:pt x="69882" y="63246"/>
                              </a:lnTo>
                              <a:lnTo>
                                <a:pt x="35687" y="0"/>
                              </a:lnTo>
                              <a:close/>
                            </a:path>
                            <a:path w="76200" h="285750">
                              <a:moveTo>
                                <a:pt x="44068" y="63246"/>
                              </a:moveTo>
                              <a:lnTo>
                                <a:pt x="31368" y="63626"/>
                              </a:lnTo>
                              <a:lnTo>
                                <a:pt x="31718" y="74930"/>
                              </a:lnTo>
                              <a:lnTo>
                                <a:pt x="31762" y="76337"/>
                              </a:lnTo>
                              <a:lnTo>
                                <a:pt x="44461" y="75935"/>
                              </a:lnTo>
                              <a:lnTo>
                                <a:pt x="44080" y="63626"/>
                              </a:lnTo>
                              <a:lnTo>
                                <a:pt x="44068" y="63246"/>
                              </a:lnTo>
                              <a:close/>
                            </a:path>
                            <a:path w="76200" h="285750">
                              <a:moveTo>
                                <a:pt x="69882" y="63246"/>
                              </a:moveTo>
                              <a:lnTo>
                                <a:pt x="44068" y="63246"/>
                              </a:lnTo>
                              <a:lnTo>
                                <a:pt x="44430" y="74930"/>
                              </a:lnTo>
                              <a:lnTo>
                                <a:pt x="44461" y="75935"/>
                              </a:lnTo>
                              <a:lnTo>
                                <a:pt x="76200" y="74930"/>
                              </a:lnTo>
                              <a:lnTo>
                                <a:pt x="69882" y="63246"/>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4A25F306" id="Graphic 60" o:spid="_x0000_s1026" style="position:absolute;margin-left:311.55pt;margin-top:169.4pt;width:6pt;height:22.5pt;z-index:-251648512;visibility:visible;mso-wrap-style:square;mso-wrap-distance-left:0;mso-wrap-distance-top:0;mso-wrap-distance-right:0;mso-wrap-distance-bottom:0;mso-position-horizontal:absolute;mso-position-horizontal-relative:page;mso-position-vertical:absolute;mso-position-vertical-relative:text;v-text-anchor:top" coordsize="7620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" path="m44461,75935r-12699,402l38211,284861r15,508l50926,284861,44505,77343r-44,-1408xem35687,l,77343,31762,76337,31368,63626r12700,-380l69882,63246,35687,xem44068,63246r-12700,380l31718,74930r44,1407l44461,75935,44080,63626r-12,-380xem69882,63246r-25814,l44430,74930r31,1005l76200,74930,69882,63246xe" fillcolor="black" stroked="f">
                <v:path arrowok="t"/>
                <w10:wrap type="topAndBottom" anchorx="page"/>
              </v:shape>
            </w:pict>
          </mc:Fallback>
        </mc:AlternateContent>
      </w:r>
      <w:r w:rsidRPr="00145753">
        <w:rPr>
          <w:rFonts w:ascii="Arial" w:hAnsi="Arial" w:cs="Arial"/>
          <w:noProof/>
          <w:sz w:val="19"/>
        </w:rPr>
        <mc:AlternateContent>
          <mc:Choice Requires="wps">
            <w:drawing>
              <wp:anchor distT="0" distB="0" distL="0" distR="0" simplePos="0" relativeHeight="251671040" behindDoc="1" locked="0" layoutInCell="1" allowOverlap="1" wp14:anchorId="24755366" wp14:editId="440D2AB9">
                <wp:simplePos x="0" y="0"/>
                <wp:positionH relativeFrom="page">
                  <wp:posOffset>3138170</wp:posOffset>
                </wp:positionH>
                <wp:positionV relativeFrom="paragraph">
                  <wp:posOffset>2501469</wp:posOffset>
                </wp:positionV>
                <wp:extent cx="1809750" cy="394335"/>
                <wp:effectExtent l="0" t="0" r="0" b="0"/>
                <wp:wrapTopAndBottom/>
                <wp:docPr id="61" name="Text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0" cy="394335"/>
                        </a:xfrm>
                        <a:prstGeom prst="rect">
                          <a:avLst/>
                        </a:prstGeom>
                        <a:ln w="9525">
                          <a:solidFill>
                            <a:srgbClr val="000000"/>
                          </a:solidFill>
                          <a:prstDash val="solid"/>
                        </a:ln>
                      </wps:spPr>
                      <wps:txbx>
                        <w:txbxContent>
                          <w:p w14:paraId="0A5F6543" w14:textId="77777777" w:rsidR="00547B98" w:rsidRDefault="0027081F">
                            <w:pPr>
                              <w:spacing w:before="78"/>
                              <w:ind w:left="443"/>
                            </w:pPr>
                            <w:r>
                              <w:t>Dukungan</w:t>
                            </w:r>
                            <w:r>
                              <w:rPr>
                                <w:spacing w:val="-3"/>
                              </w:rPr>
                              <w:t xml:space="preserve"> </w:t>
                            </w:r>
                            <w:r>
                              <w:rPr>
                                <w:spacing w:val="-2"/>
                              </w:rPr>
                              <w:t>Keluarga</w:t>
                            </w:r>
                          </w:p>
                        </w:txbxContent>
                      </wps:txbx>
                      <wps:bodyPr wrap="square" lIns="0" tIns="0" rIns="0" bIns="0" rtlCol="0">
                        <a:noAutofit/>
                      </wps:bodyPr>
                    </wps:wsp>
                  </a:graphicData>
                </a:graphic>
              </wp:anchor>
            </w:drawing>
          </mc:Choice>
          <mc:Fallback>
            <w:pict>
              <v:shape w14:anchorId="24755366" id="Textbox 61" o:spid="_x0000_s1033" type="#_x0000_t202" style="position:absolute;margin-left:247.1pt;margin-top:196.95pt;width:142.5pt;height:31.05pt;z-index:-251645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" filled="f">
                <v:path arrowok="t"/>
                <v:textbox inset="0,0,0,0">
                  <w:txbxContent>
                    <w:p w14:paraId="0A5F6543" w14:textId="77777777" w:rsidR="00547B98" w:rsidRDefault="0027081F">
                      <w:pPr>
                        <w:spacing w:before="78"/>
                        <w:ind w:left="443"/>
                      </w:pPr>
                      <w:r>
                        <w:t>Dukungan</w:t>
                      </w:r>
                      <w:r>
                        <w:rPr>
                          <w:spacing w:val="-3"/>
                        </w:rPr>
                        <w:t xml:space="preserve"> </w:t>
                      </w:r>
                      <w:r>
                        <w:rPr>
                          <w:spacing w:val="-2"/>
                        </w:rPr>
                        <w:t>Keluarga</w:t>
                      </w:r>
                    </w:p>
                  </w:txbxContent>
                </v:textbox>
                <w10:wrap type="topAndBottom" anchorx="page"/>
              </v:shape>
            </w:pict>
          </mc:Fallback>
        </mc:AlternateContent>
      </w:r>
    </w:p>
    <w:p w14:paraId="139C8F8A" w14:textId="77777777" w:rsidR="00547B98" w:rsidRPr="00145753" w:rsidRDefault="00547B98" w:rsidP="005F376F">
      <w:pPr>
        <w:spacing w:before="4"/>
        <w:rPr>
          <w:rFonts w:ascii="Arial" w:hAnsi="Arial" w:cs="Arial"/>
          <w:sz w:val="5"/>
        </w:rPr>
      </w:pPr>
    </w:p>
    <w:p w14:paraId="783B5E32" w14:textId="77777777" w:rsidR="00547B98" w:rsidRPr="00145753" w:rsidRDefault="00547B98" w:rsidP="005F376F">
      <w:pPr>
        <w:spacing w:before="2"/>
        <w:rPr>
          <w:rFonts w:ascii="Arial" w:hAnsi="Arial" w:cs="Arial"/>
          <w:sz w:val="12"/>
        </w:rPr>
      </w:pPr>
    </w:p>
    <w:p w14:paraId="1899A5CB" w14:textId="77777777" w:rsidR="00547B98" w:rsidRPr="00145753" w:rsidRDefault="00547B98" w:rsidP="005F376F">
      <w:pPr>
        <w:spacing w:before="10"/>
        <w:rPr>
          <w:rFonts w:ascii="Arial" w:hAnsi="Arial" w:cs="Arial"/>
          <w:sz w:val="6"/>
        </w:rPr>
      </w:pPr>
    </w:p>
    <w:p w14:paraId="597A1983" w14:textId="77777777" w:rsidR="00547B98" w:rsidRPr="00145753" w:rsidRDefault="00547B98" w:rsidP="005F376F">
      <w:pPr>
        <w:rPr>
          <w:rFonts w:ascii="Arial" w:hAnsi="Arial" w:cs="Arial"/>
          <w:sz w:val="6"/>
        </w:rPr>
      </w:pPr>
    </w:p>
    <w:p w14:paraId="3C319C58" w14:textId="77777777" w:rsidR="00547B98" w:rsidRPr="00145753" w:rsidRDefault="0027081F" w:rsidP="005F376F">
      <w:pPr>
        <w:pStyle w:val="Heading4"/>
        <w:spacing w:before="32"/>
        <w:ind w:left="529" w:firstLine="0"/>
        <w:jc w:val="center"/>
      </w:pPr>
      <w:r w:rsidRPr="00145753">
        <w:t>Gambar</w:t>
      </w:r>
      <w:r w:rsidRPr="00145753">
        <w:rPr>
          <w:spacing w:val="-5"/>
        </w:rPr>
        <w:t xml:space="preserve"> </w:t>
      </w:r>
      <w:r w:rsidRPr="00145753">
        <w:t>2.1</w:t>
      </w:r>
      <w:r w:rsidRPr="00145753">
        <w:rPr>
          <w:spacing w:val="-3"/>
        </w:rPr>
        <w:t xml:space="preserve"> </w:t>
      </w:r>
      <w:r w:rsidRPr="00145753">
        <w:t>Kerangka</w:t>
      </w:r>
      <w:r w:rsidRPr="00145753">
        <w:rPr>
          <w:spacing w:val="-6"/>
        </w:rPr>
        <w:t xml:space="preserve"> </w:t>
      </w:r>
      <w:r w:rsidRPr="00145753">
        <w:rPr>
          <w:spacing w:val="-2"/>
        </w:rPr>
        <w:t>Teori</w:t>
      </w:r>
    </w:p>
    <w:p w14:paraId="5647A912" w14:textId="77777777" w:rsidR="00547B98" w:rsidRPr="00145753" w:rsidRDefault="00547B98" w:rsidP="005F376F">
      <w:pPr>
        <w:rPr>
          <w:rFonts w:ascii="Arial" w:hAnsi="Arial" w:cs="Arial"/>
          <w:b/>
        </w:rPr>
      </w:pPr>
    </w:p>
    <w:p w14:paraId="162DEDDC" w14:textId="77777777" w:rsidR="00547B98" w:rsidRPr="00145753" w:rsidRDefault="00547B98" w:rsidP="005F376F">
      <w:pPr>
        <w:spacing w:before="34"/>
        <w:rPr>
          <w:rFonts w:ascii="Arial" w:hAnsi="Arial" w:cs="Arial"/>
          <w:b/>
        </w:rPr>
      </w:pPr>
    </w:p>
    <w:p w14:paraId="7B0ACDFC" w14:textId="09C8F390" w:rsidR="00547B98" w:rsidRPr="006458C3" w:rsidRDefault="006458C3" w:rsidP="006458C3">
      <w:pPr>
        <w:tabs>
          <w:tab w:val="left" w:pos="1560"/>
        </w:tabs>
        <w:ind w:firstLine="142"/>
        <w:rPr>
          <w:rFonts w:ascii="Arial" w:hAnsi="Arial" w:cs="Arial"/>
          <w:b/>
        </w:rPr>
      </w:pPr>
      <w:bookmarkStart w:id="15" w:name="_bookmark14"/>
      <w:bookmarkEnd w:id="15"/>
      <w:r>
        <w:rPr>
          <w:rFonts w:ascii="Arial" w:hAnsi="Arial" w:cs="Arial"/>
          <w:b/>
          <w:lang w:val="en-US"/>
        </w:rPr>
        <w:t xml:space="preserve">C. </w:t>
      </w:r>
      <w:r w:rsidR="0027081F" w:rsidRPr="006458C3">
        <w:rPr>
          <w:rFonts w:ascii="Arial" w:hAnsi="Arial" w:cs="Arial"/>
          <w:b/>
        </w:rPr>
        <w:t>Kerangka</w:t>
      </w:r>
      <w:r w:rsidR="0027081F" w:rsidRPr="006458C3">
        <w:rPr>
          <w:rFonts w:ascii="Arial" w:hAnsi="Arial" w:cs="Arial"/>
          <w:b/>
          <w:spacing w:val="-3"/>
        </w:rPr>
        <w:t xml:space="preserve"> </w:t>
      </w:r>
      <w:r w:rsidR="0027081F" w:rsidRPr="006458C3">
        <w:rPr>
          <w:rFonts w:ascii="Arial" w:hAnsi="Arial" w:cs="Arial"/>
          <w:b/>
          <w:spacing w:val="-2"/>
        </w:rPr>
        <w:t>Konsep</w:t>
      </w:r>
    </w:p>
    <w:p w14:paraId="688D3E2C" w14:textId="77777777" w:rsidR="00547B98" w:rsidRPr="00145753" w:rsidRDefault="0027081F" w:rsidP="00750918">
      <w:pPr>
        <w:spacing w:before="127" w:line="360" w:lineRule="auto"/>
        <w:ind w:left="426" w:firstLine="425"/>
        <w:jc w:val="both"/>
        <w:rPr>
          <w:rFonts w:ascii="Arial" w:hAnsi="Arial" w:cs="Arial"/>
        </w:rPr>
      </w:pPr>
      <w:r w:rsidRPr="00145753">
        <w:rPr>
          <w:rFonts w:ascii="Arial" w:hAnsi="Arial" w:cs="Arial"/>
        </w:rPr>
        <w:t>Kerangka konsep dalam penelitian ini merupakan gambaran sistematis mengenai fokus yang akan diamati oleh peneliti. Karena penelitian ini bersifat deskriptif, maka tidak terdapat pengujian hubungan antara variabel, melainkan hanya menjelaskan atau mendeskripsikan objek penelitian sebagaimana adanya. Adapun kerangka konsep pada penelitiian ini sebagai berikut :</w:t>
      </w:r>
    </w:p>
    <w:p w14:paraId="0D97011E" w14:textId="555EB713" w:rsidR="00547B98" w:rsidRPr="00145753" w:rsidRDefault="0027081F" w:rsidP="005F376F">
      <w:pPr>
        <w:spacing w:before="113"/>
        <w:rPr>
          <w:rFonts w:ascii="Arial" w:hAnsi="Arial" w:cs="Arial"/>
          <w:sz w:val="20"/>
        </w:rPr>
      </w:pPr>
      <w:r w:rsidRPr="00145753">
        <w:rPr>
          <w:rFonts w:ascii="Arial" w:hAnsi="Arial" w:cs="Arial"/>
          <w:noProof/>
          <w:sz w:val="20"/>
        </w:rPr>
        <mc:AlternateContent>
          <mc:Choice Requires="wps">
            <w:drawing>
              <wp:anchor distT="0" distB="0" distL="0" distR="0" simplePos="0" relativeHeight="251674112" behindDoc="1" locked="0" layoutInCell="1" allowOverlap="1" wp14:anchorId="482CDDAA" wp14:editId="1CC0E0B9">
                <wp:simplePos x="0" y="0"/>
                <wp:positionH relativeFrom="page">
                  <wp:posOffset>2011045</wp:posOffset>
                </wp:positionH>
                <wp:positionV relativeFrom="paragraph">
                  <wp:posOffset>238302</wp:posOffset>
                </wp:positionV>
                <wp:extent cx="1809750" cy="495300"/>
                <wp:effectExtent l="0" t="0" r="0" b="0"/>
                <wp:wrapTopAndBottom/>
                <wp:docPr id="62" name="Text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0" cy="495300"/>
                        </a:xfrm>
                        <a:prstGeom prst="rect">
                          <a:avLst/>
                        </a:prstGeom>
                        <a:ln w="9525">
                          <a:solidFill>
                            <a:srgbClr val="000000"/>
                          </a:solidFill>
                          <a:prstDash val="solid"/>
                        </a:ln>
                      </wps:spPr>
                      <wps:txbx>
                        <w:txbxContent>
                          <w:p w14:paraId="3DEEB0E0" w14:textId="77777777" w:rsidR="00547B98" w:rsidRDefault="0027081F">
                            <w:pPr>
                              <w:spacing w:before="77"/>
                              <w:ind w:left="446"/>
                            </w:pPr>
                            <w:r>
                              <w:t>Dukungan</w:t>
                            </w:r>
                            <w:r>
                              <w:rPr>
                                <w:spacing w:val="-3"/>
                              </w:rPr>
                              <w:t xml:space="preserve"> </w:t>
                            </w:r>
                            <w:r>
                              <w:rPr>
                                <w:spacing w:val="-2"/>
                              </w:rPr>
                              <w:t>Keluarga</w:t>
                            </w:r>
                          </w:p>
                        </w:txbxContent>
                      </wps:txbx>
                      <wps:bodyPr wrap="square" lIns="0" tIns="0" rIns="0" bIns="0" rtlCol="0">
                        <a:noAutofit/>
                      </wps:bodyPr>
                    </wps:wsp>
                  </a:graphicData>
                </a:graphic>
              </wp:anchor>
            </w:drawing>
          </mc:Choice>
          <mc:Fallback>
            <w:pict>
              <v:shape w14:anchorId="482CDDAA" id="Textbox 62" o:spid="_x0000_s1034" type="#_x0000_t202" style="position:absolute;margin-left:158.35pt;margin-top:18.75pt;width:142.5pt;height:39pt;z-index:-251642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" filled="f">
                <v:path arrowok="t"/>
                <v:textbox inset="0,0,0,0">
                  <w:txbxContent>
                    <w:p w14:paraId="3DEEB0E0" w14:textId="77777777" w:rsidR="00547B98" w:rsidRDefault="0027081F">
                      <w:pPr>
                        <w:spacing w:before="77"/>
                        <w:ind w:left="446"/>
                      </w:pPr>
                      <w:r>
                        <w:t>Dukungan</w:t>
                      </w:r>
                      <w:r>
                        <w:rPr>
                          <w:spacing w:val="-3"/>
                        </w:rPr>
                        <w:t xml:space="preserve"> </w:t>
                      </w:r>
                      <w:r>
                        <w:rPr>
                          <w:spacing w:val="-2"/>
                        </w:rPr>
                        <w:t>Keluarga</w:t>
                      </w:r>
                    </w:p>
                  </w:txbxContent>
                </v:textbox>
                <w10:wrap type="topAndBottom" anchorx="page"/>
              </v:shape>
            </w:pict>
          </mc:Fallback>
        </mc:AlternateContent>
      </w:r>
      <w:r w:rsidRPr="00145753">
        <w:rPr>
          <w:rFonts w:ascii="Arial" w:hAnsi="Arial" w:cs="Arial"/>
          <w:noProof/>
          <w:sz w:val="20"/>
        </w:rPr>
        <mc:AlternateContent>
          <mc:Choice Requires="wps">
            <w:drawing>
              <wp:anchor distT="0" distB="0" distL="0" distR="0" simplePos="0" relativeHeight="251677184" behindDoc="1" locked="0" layoutInCell="1" allowOverlap="1" wp14:anchorId="53E740B9" wp14:editId="1ED478B3">
                <wp:simplePos x="0" y="0"/>
                <wp:positionH relativeFrom="page">
                  <wp:posOffset>3850004</wp:posOffset>
                </wp:positionH>
                <wp:positionV relativeFrom="paragraph">
                  <wp:posOffset>484809</wp:posOffset>
                </wp:positionV>
                <wp:extent cx="960119" cy="7620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60119" cy="76200"/>
                        </a:xfrm>
                        <a:custGeom>
                          <a:avLst/>
                          <a:gdLst/>
                          <a:ahLst/>
                          <a:cxnLst/>
                          <a:rect l="l" t="t" r="r" b="b"/>
                          <a:pathLst>
                            <a:path w="960119" h="76200">
                              <a:moveTo>
                                <a:pt x="883539" y="0"/>
                              </a:moveTo>
                              <a:lnTo>
                                <a:pt x="884301" y="76200"/>
                              </a:lnTo>
                              <a:lnTo>
                                <a:pt x="946265" y="44439"/>
                              </a:lnTo>
                              <a:lnTo>
                                <a:pt x="896620" y="44439"/>
                              </a:lnTo>
                              <a:lnTo>
                                <a:pt x="896620" y="31740"/>
                              </a:lnTo>
                              <a:lnTo>
                                <a:pt x="948639" y="31740"/>
                              </a:lnTo>
                              <a:lnTo>
                                <a:pt x="883539" y="0"/>
                              </a:lnTo>
                              <a:close/>
                            </a:path>
                            <a:path w="960119" h="76200">
                              <a:moveTo>
                                <a:pt x="883856" y="31740"/>
                              </a:moveTo>
                              <a:lnTo>
                                <a:pt x="0" y="39878"/>
                              </a:lnTo>
                              <a:lnTo>
                                <a:pt x="0" y="52578"/>
                              </a:lnTo>
                              <a:lnTo>
                                <a:pt x="883983" y="44439"/>
                              </a:lnTo>
                              <a:lnTo>
                                <a:pt x="883856" y="31740"/>
                              </a:lnTo>
                              <a:close/>
                            </a:path>
                            <a:path w="960119" h="76200">
                              <a:moveTo>
                                <a:pt x="948639" y="31740"/>
                              </a:moveTo>
                              <a:lnTo>
                                <a:pt x="896620" y="31740"/>
                              </a:lnTo>
                              <a:lnTo>
                                <a:pt x="896620" y="44439"/>
                              </a:lnTo>
                              <a:lnTo>
                                <a:pt x="946265" y="44439"/>
                              </a:lnTo>
                              <a:lnTo>
                                <a:pt x="960120" y="37338"/>
                              </a:lnTo>
                              <a:lnTo>
                                <a:pt x="948639" y="31740"/>
                              </a:lnTo>
                              <a:close/>
                            </a:path>
                          </a:pathLst>
                        </a:custGeom>
                        <a:solidFill>
                          <a:srgbClr val="00000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9915C" id="Graphic 63" o:spid="_x0000_s1026" style="position:absolute;margin-left:303.15pt;margin-top:38.15pt;width:75.6pt;height:6pt;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960119,76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" path="m883539,r762,76200l946265,44439r-49645,l896620,31740r52019,l883539,xem883856,31740l,39878,,52578,883983,44439r-127,-12699xem948639,31740r-52019,l896620,44439r49645,l960120,37338,948639,31740xe" fillcolor="black" stroked="f">
                <v:path arrowok="t"/>
                <w10:wrap type="topAndBottom" anchorx="page"/>
              </v:shape>
            </w:pict>
          </mc:Fallback>
        </mc:AlternateContent>
      </w:r>
      <w:r w:rsidRPr="00145753">
        <w:rPr>
          <w:rFonts w:ascii="Arial" w:hAnsi="Arial" w:cs="Arial"/>
          <w:noProof/>
          <w:sz w:val="20"/>
        </w:rPr>
        <mc:AlternateContent>
          <mc:Choice Requires="wps">
            <w:drawing>
              <wp:anchor distT="0" distB="0" distL="0" distR="0" simplePos="0" relativeHeight="251680256" behindDoc="1" locked="0" layoutInCell="1" allowOverlap="1" wp14:anchorId="5866D0EE" wp14:editId="7B6A0F5A">
                <wp:simplePos x="0" y="0"/>
                <wp:positionH relativeFrom="page">
                  <wp:posOffset>4850129</wp:posOffset>
                </wp:positionH>
                <wp:positionV relativeFrom="paragraph">
                  <wp:posOffset>253542</wp:posOffset>
                </wp:positionV>
                <wp:extent cx="1400175" cy="466725"/>
                <wp:effectExtent l="0" t="0" r="0" b="0"/>
                <wp:wrapTopAndBottom/>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0175" cy="466725"/>
                        </a:xfrm>
                        <a:prstGeom prst="rect">
                          <a:avLst/>
                        </a:prstGeom>
                        <a:ln w="9525">
                          <a:solidFill>
                            <a:srgbClr val="000000"/>
                          </a:solidFill>
                          <a:prstDash val="solid"/>
                        </a:ln>
                      </wps:spPr>
                      <wps:txbx>
                        <w:txbxContent>
                          <w:p w14:paraId="09094930" w14:textId="77777777" w:rsidR="00547B98" w:rsidRDefault="0027081F">
                            <w:pPr>
                              <w:spacing w:before="77"/>
                              <w:ind w:left="457"/>
                            </w:pPr>
                            <w:r>
                              <w:t>ASI</w:t>
                            </w:r>
                            <w:r>
                              <w:rPr>
                                <w:spacing w:val="-3"/>
                              </w:rPr>
                              <w:t xml:space="preserve"> </w:t>
                            </w:r>
                            <w:r>
                              <w:rPr>
                                <w:spacing w:val="-2"/>
                              </w:rPr>
                              <w:t>Eksklusif</w:t>
                            </w:r>
                          </w:p>
                        </w:txbxContent>
                      </wps:txbx>
                      <wps:bodyPr wrap="square" lIns="0" tIns="0" rIns="0" bIns="0" rtlCol="0">
                        <a:noAutofit/>
                      </wps:bodyPr>
                    </wps:wsp>
                  </a:graphicData>
                </a:graphic>
              </wp:anchor>
            </w:drawing>
          </mc:Choice>
          <mc:Fallback>
            <w:pict>
              <v:shape w14:anchorId="5866D0EE" id="Textbox 64" o:spid="_x0000_s1035" type="#_x0000_t202" style="position:absolute;margin-left:381.9pt;margin-top:19.95pt;width:110.25pt;height:36.75pt;z-index:-251636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" filled="f">
                <v:path arrowok="t"/>
                <v:textbox inset="0,0,0,0">
                  <w:txbxContent>
                    <w:p w14:paraId="09094930" w14:textId="77777777" w:rsidR="00547B98" w:rsidRDefault="0027081F">
                      <w:pPr>
                        <w:spacing w:before="77"/>
                        <w:ind w:left="457"/>
                      </w:pPr>
                      <w:r>
                        <w:t>ASI</w:t>
                      </w:r>
                      <w:r>
                        <w:rPr>
                          <w:spacing w:val="-3"/>
                        </w:rPr>
                        <w:t xml:space="preserve"> </w:t>
                      </w:r>
                      <w:r>
                        <w:rPr>
                          <w:spacing w:val="-2"/>
                        </w:rPr>
                        <w:t>Eksklusif</w:t>
                      </w:r>
                    </w:p>
                  </w:txbxContent>
                </v:textbox>
                <w10:wrap type="topAndBottom" anchorx="page"/>
              </v:shape>
            </w:pict>
          </mc:Fallback>
        </mc:AlternateContent>
      </w:r>
    </w:p>
    <w:p w14:paraId="75129B49" w14:textId="242923C2" w:rsidR="00547B98" w:rsidRPr="00145753" w:rsidRDefault="0027081F" w:rsidP="005F376F">
      <w:pPr>
        <w:spacing w:before="140"/>
        <w:ind w:left="526"/>
        <w:jc w:val="center"/>
        <w:rPr>
          <w:rFonts w:ascii="Arial" w:hAnsi="Arial" w:cs="Arial"/>
          <w:b/>
        </w:rPr>
      </w:pPr>
      <w:r w:rsidRPr="00145753">
        <w:rPr>
          <w:rFonts w:ascii="Arial" w:hAnsi="Arial" w:cs="Arial"/>
          <w:b/>
        </w:rPr>
        <w:t>Gambar</w:t>
      </w:r>
      <w:r w:rsidRPr="00145753">
        <w:rPr>
          <w:rFonts w:ascii="Arial" w:hAnsi="Arial" w:cs="Arial"/>
          <w:b/>
          <w:spacing w:val="-5"/>
        </w:rPr>
        <w:t xml:space="preserve"> </w:t>
      </w:r>
      <w:r w:rsidRPr="00145753">
        <w:rPr>
          <w:rFonts w:ascii="Arial" w:hAnsi="Arial" w:cs="Arial"/>
          <w:b/>
        </w:rPr>
        <w:t>2.2</w:t>
      </w:r>
      <w:r w:rsidRPr="00145753">
        <w:rPr>
          <w:rFonts w:ascii="Arial" w:hAnsi="Arial" w:cs="Arial"/>
          <w:b/>
          <w:spacing w:val="-2"/>
        </w:rPr>
        <w:t xml:space="preserve"> </w:t>
      </w:r>
      <w:r w:rsidRPr="00145753">
        <w:rPr>
          <w:rFonts w:ascii="Arial" w:hAnsi="Arial" w:cs="Arial"/>
          <w:b/>
        </w:rPr>
        <w:t>Kerangka</w:t>
      </w:r>
      <w:r w:rsidRPr="00145753">
        <w:rPr>
          <w:rFonts w:ascii="Arial" w:hAnsi="Arial" w:cs="Arial"/>
          <w:b/>
          <w:spacing w:val="-3"/>
        </w:rPr>
        <w:t xml:space="preserve"> </w:t>
      </w:r>
      <w:r w:rsidRPr="00145753">
        <w:rPr>
          <w:rFonts w:ascii="Arial" w:hAnsi="Arial" w:cs="Arial"/>
          <w:b/>
          <w:spacing w:val="-2"/>
        </w:rPr>
        <w:t>Konsep</w:t>
      </w:r>
    </w:p>
    <w:p w14:paraId="65DC32FB" w14:textId="77777777" w:rsidR="00547B98" w:rsidRPr="00145753" w:rsidRDefault="00547B98" w:rsidP="005F376F">
      <w:pPr>
        <w:jc w:val="center"/>
        <w:rPr>
          <w:rFonts w:ascii="Arial" w:hAnsi="Arial" w:cs="Arial"/>
          <w:b/>
        </w:rPr>
        <w:sectPr w:rsidR="00547B98" w:rsidRPr="00145753" w:rsidSect="005F376F">
          <w:pgSz w:w="11910" w:h="16840"/>
          <w:pgMar w:top="1701" w:right="1701" w:bottom="1701" w:left="2268" w:header="756" w:footer="0" w:gutter="0"/>
          <w:cols w:space="720"/>
        </w:sectPr>
      </w:pPr>
    </w:p>
    <w:p w14:paraId="36509463" w14:textId="1AB3C1DA" w:rsidR="00750918" w:rsidRPr="00145753" w:rsidRDefault="0027081F" w:rsidP="00750918">
      <w:pPr>
        <w:pStyle w:val="Heading1"/>
        <w:spacing w:before="0" w:line="357" w:lineRule="auto"/>
        <w:ind w:left="3277" w:hanging="3135"/>
        <w:jc w:val="center"/>
      </w:pPr>
      <w:bookmarkStart w:id="16" w:name="_TOC_250005"/>
      <w:r w:rsidRPr="00145753">
        <w:lastRenderedPageBreak/>
        <w:t>BAB III</w:t>
      </w:r>
    </w:p>
    <w:p w14:paraId="5815B896" w14:textId="56BD46C3" w:rsidR="00547B98" w:rsidRPr="00145753" w:rsidRDefault="0027081F" w:rsidP="00750918">
      <w:pPr>
        <w:pStyle w:val="Heading1"/>
        <w:spacing w:before="0" w:line="357" w:lineRule="auto"/>
        <w:ind w:left="3277" w:hanging="3135"/>
        <w:jc w:val="center"/>
      </w:pPr>
      <w:r w:rsidRPr="00145753">
        <w:t>METODE</w:t>
      </w:r>
      <w:r w:rsidRPr="00145753">
        <w:rPr>
          <w:spacing w:val="-17"/>
        </w:rPr>
        <w:t xml:space="preserve"> </w:t>
      </w:r>
      <w:bookmarkEnd w:id="16"/>
      <w:r w:rsidRPr="00145753">
        <w:t>PENELITIAN</w:t>
      </w:r>
    </w:p>
    <w:p w14:paraId="545729A2" w14:textId="77777777" w:rsidR="00547B98" w:rsidRPr="00145753" w:rsidRDefault="00547B98" w:rsidP="005F376F">
      <w:pPr>
        <w:spacing w:before="145"/>
        <w:rPr>
          <w:rFonts w:ascii="Arial" w:hAnsi="Arial" w:cs="Arial"/>
          <w:b/>
          <w:sz w:val="24"/>
        </w:rPr>
      </w:pPr>
    </w:p>
    <w:p w14:paraId="2EE50F35" w14:textId="77777777" w:rsidR="00547B98" w:rsidRPr="00145753" w:rsidRDefault="0027081F" w:rsidP="00BB05DB">
      <w:pPr>
        <w:pStyle w:val="Heading4"/>
        <w:numPr>
          <w:ilvl w:val="0"/>
          <w:numId w:val="3"/>
        </w:numPr>
        <w:tabs>
          <w:tab w:val="left" w:pos="1560"/>
        </w:tabs>
        <w:spacing w:line="360" w:lineRule="auto"/>
        <w:ind w:left="567" w:hanging="425"/>
      </w:pPr>
      <w:bookmarkStart w:id="17" w:name="_TOC_250004"/>
      <w:r w:rsidRPr="00145753">
        <w:t>Penelitian</w:t>
      </w:r>
      <w:r w:rsidRPr="00145753">
        <w:rPr>
          <w:spacing w:val="-5"/>
        </w:rPr>
        <w:t xml:space="preserve"> </w:t>
      </w:r>
      <w:r w:rsidRPr="00145753">
        <w:t>Lokasi,</w:t>
      </w:r>
      <w:r w:rsidRPr="00145753">
        <w:rPr>
          <w:spacing w:val="-8"/>
        </w:rPr>
        <w:t xml:space="preserve"> </w:t>
      </w:r>
      <w:r w:rsidRPr="00145753">
        <w:t>Waktu</w:t>
      </w:r>
      <w:r w:rsidRPr="00145753">
        <w:rPr>
          <w:spacing w:val="-4"/>
        </w:rPr>
        <w:t xml:space="preserve"> </w:t>
      </w:r>
      <w:r w:rsidRPr="00145753">
        <w:t>dan</w:t>
      </w:r>
      <w:r w:rsidRPr="00145753">
        <w:rPr>
          <w:spacing w:val="-5"/>
        </w:rPr>
        <w:t xml:space="preserve"> </w:t>
      </w:r>
      <w:r w:rsidRPr="00145753">
        <w:t>Sasaran</w:t>
      </w:r>
      <w:r w:rsidRPr="00145753">
        <w:rPr>
          <w:spacing w:val="-4"/>
        </w:rPr>
        <w:t xml:space="preserve"> </w:t>
      </w:r>
      <w:bookmarkEnd w:id="17"/>
      <w:r w:rsidRPr="00145753">
        <w:rPr>
          <w:spacing w:val="-2"/>
        </w:rPr>
        <w:t>Penelitian</w:t>
      </w:r>
    </w:p>
    <w:p w14:paraId="2485388D" w14:textId="21489320" w:rsidR="00547B98" w:rsidRPr="00145753" w:rsidRDefault="0027081F" w:rsidP="00BB05DB">
      <w:pPr>
        <w:spacing w:line="360" w:lineRule="auto"/>
        <w:ind w:left="426" w:firstLine="425"/>
        <w:jc w:val="both"/>
        <w:rPr>
          <w:rFonts w:ascii="Arial" w:hAnsi="Arial" w:cs="Arial"/>
        </w:rPr>
      </w:pPr>
      <w:r w:rsidRPr="00145753">
        <w:rPr>
          <w:rFonts w:ascii="Arial" w:hAnsi="Arial" w:cs="Arial"/>
        </w:rPr>
        <w:t>Penelitian ini dilaksanakan di wilayah kerja Puskesmas Kayon, Kota Palangka</w:t>
      </w:r>
      <w:r w:rsidRPr="00145753">
        <w:rPr>
          <w:rFonts w:ascii="Arial" w:hAnsi="Arial" w:cs="Arial"/>
          <w:spacing w:val="-1"/>
        </w:rPr>
        <w:t xml:space="preserve"> </w:t>
      </w:r>
      <w:r w:rsidRPr="00145753">
        <w:rPr>
          <w:rFonts w:ascii="Arial" w:hAnsi="Arial" w:cs="Arial"/>
        </w:rPr>
        <w:t>Raya.</w:t>
      </w:r>
      <w:r w:rsidRPr="00145753">
        <w:rPr>
          <w:rFonts w:ascii="Arial" w:hAnsi="Arial" w:cs="Arial"/>
          <w:spacing w:val="-4"/>
        </w:rPr>
        <w:t xml:space="preserve"> </w:t>
      </w:r>
      <w:r w:rsidRPr="00145753">
        <w:rPr>
          <w:rFonts w:ascii="Arial" w:hAnsi="Arial" w:cs="Arial"/>
        </w:rPr>
        <w:t>Waktu</w:t>
      </w:r>
      <w:r w:rsidRPr="00145753">
        <w:rPr>
          <w:rFonts w:ascii="Arial" w:hAnsi="Arial" w:cs="Arial"/>
          <w:spacing w:val="-5"/>
        </w:rPr>
        <w:t xml:space="preserve"> </w:t>
      </w:r>
      <w:r w:rsidRPr="00145753">
        <w:rPr>
          <w:rFonts w:ascii="Arial" w:hAnsi="Arial" w:cs="Arial"/>
        </w:rPr>
        <w:t>penelitian</w:t>
      </w:r>
      <w:r w:rsidRPr="00145753">
        <w:rPr>
          <w:rFonts w:ascii="Arial" w:hAnsi="Arial" w:cs="Arial"/>
          <w:spacing w:val="-1"/>
        </w:rPr>
        <w:t xml:space="preserve"> </w:t>
      </w:r>
      <w:r w:rsidRPr="00145753">
        <w:rPr>
          <w:rFonts w:ascii="Arial" w:hAnsi="Arial" w:cs="Arial"/>
        </w:rPr>
        <w:t>dilaksanakan</w:t>
      </w:r>
      <w:r w:rsidRPr="00145753">
        <w:rPr>
          <w:rFonts w:ascii="Arial" w:hAnsi="Arial" w:cs="Arial"/>
          <w:spacing w:val="-1"/>
        </w:rPr>
        <w:t xml:space="preserve"> </w:t>
      </w:r>
      <w:r w:rsidRPr="00145753">
        <w:rPr>
          <w:rFonts w:ascii="Arial" w:hAnsi="Arial" w:cs="Arial"/>
        </w:rPr>
        <w:t>pada</w:t>
      </w:r>
      <w:r w:rsidRPr="00145753">
        <w:rPr>
          <w:rFonts w:ascii="Arial" w:hAnsi="Arial" w:cs="Arial"/>
          <w:spacing w:val="-5"/>
        </w:rPr>
        <w:t xml:space="preserve"> </w:t>
      </w:r>
      <w:r w:rsidRPr="00145753">
        <w:rPr>
          <w:rFonts w:ascii="Arial" w:hAnsi="Arial" w:cs="Arial"/>
        </w:rPr>
        <w:t>bulan</w:t>
      </w:r>
      <w:r w:rsidRPr="00145753">
        <w:rPr>
          <w:rFonts w:ascii="Arial" w:hAnsi="Arial" w:cs="Arial"/>
          <w:spacing w:val="-5"/>
        </w:rPr>
        <w:t xml:space="preserve"> </w:t>
      </w:r>
      <w:r w:rsidR="009160AF">
        <w:rPr>
          <w:rFonts w:ascii="Arial" w:hAnsi="Arial" w:cs="Arial"/>
          <w:lang w:val="en-US"/>
        </w:rPr>
        <w:t>oktober</w:t>
      </w:r>
      <w:r w:rsidRPr="00145753">
        <w:rPr>
          <w:rFonts w:ascii="Arial" w:hAnsi="Arial" w:cs="Arial"/>
        </w:rPr>
        <w:t xml:space="preserve"> 2025. Sasaran penelitian adalah ibu yang memiliki bayi usia 6-12 bulan.</w:t>
      </w:r>
    </w:p>
    <w:p w14:paraId="25D739F6" w14:textId="77777777" w:rsidR="00547B98" w:rsidRPr="001828D1" w:rsidRDefault="0027081F" w:rsidP="00BB05DB">
      <w:pPr>
        <w:pStyle w:val="Heading4"/>
        <w:numPr>
          <w:ilvl w:val="0"/>
          <w:numId w:val="3"/>
        </w:numPr>
        <w:tabs>
          <w:tab w:val="left" w:pos="1560"/>
        </w:tabs>
        <w:spacing w:line="360" w:lineRule="auto"/>
        <w:ind w:left="567" w:hanging="425"/>
        <w:jc w:val="both"/>
      </w:pPr>
      <w:bookmarkStart w:id="18" w:name="_TOC_250003"/>
      <w:r w:rsidRPr="001828D1">
        <w:t xml:space="preserve">Metode </w:t>
      </w:r>
      <w:bookmarkEnd w:id="18"/>
      <w:r w:rsidRPr="001828D1">
        <w:t>Penelitian</w:t>
      </w:r>
    </w:p>
    <w:p w14:paraId="4CD769CF" w14:textId="10994F02" w:rsidR="00547B98" w:rsidRPr="00145753" w:rsidRDefault="00750918" w:rsidP="00BB05DB">
      <w:pPr>
        <w:pStyle w:val="Heading4"/>
        <w:tabs>
          <w:tab w:val="left" w:pos="851"/>
          <w:tab w:val="left" w:pos="1560"/>
        </w:tabs>
        <w:spacing w:line="360" w:lineRule="auto"/>
        <w:ind w:left="567" w:firstLine="0"/>
        <w:jc w:val="both"/>
        <w:rPr>
          <w:b w:val="0"/>
          <w:bCs w:val="0"/>
        </w:rPr>
      </w:pPr>
      <w:r w:rsidRPr="00145753">
        <w:rPr>
          <w:b w:val="0"/>
          <w:bCs w:val="0"/>
        </w:rPr>
        <w:tab/>
        <w:t>Jenis penelitian ini menggunakan penelitian deskriptif. Penelitian deskriptif yaitu suatu penelitian yang dilakukan untuk mendeskripsikan atau menggambarkan suatu fenomena yang terjadi di masyarakat dengan menggunakan metode pendekatan yaitu subjek penelitian hanya diobservasi sekali saja dan pengukuran hanya dilakukan sekaligus dilakukan pada saat yang sama dengan tujuan untuk mengetahui gambaran dukungan keluarga terhadap pemberian ASI eksklusif pada ibu yang memiliki bayi usia 6-12 bulan di wilayah kerja Puskesmas Kayon.</w:t>
      </w:r>
    </w:p>
    <w:p w14:paraId="7F030310" w14:textId="77777777" w:rsidR="00547B98" w:rsidRPr="001828D1" w:rsidRDefault="0027081F" w:rsidP="00BB05DB">
      <w:pPr>
        <w:pStyle w:val="Heading4"/>
        <w:numPr>
          <w:ilvl w:val="0"/>
          <w:numId w:val="3"/>
        </w:numPr>
        <w:tabs>
          <w:tab w:val="left" w:pos="1560"/>
        </w:tabs>
        <w:spacing w:line="360" w:lineRule="auto"/>
        <w:ind w:left="567" w:hanging="425"/>
        <w:jc w:val="both"/>
      </w:pPr>
      <w:bookmarkStart w:id="19" w:name="_TOC_250002"/>
      <w:r w:rsidRPr="001828D1">
        <w:t xml:space="preserve">Populasi dan Sampel </w:t>
      </w:r>
      <w:bookmarkEnd w:id="19"/>
      <w:r w:rsidRPr="001828D1">
        <w:t>Penelitian</w:t>
      </w:r>
    </w:p>
    <w:p w14:paraId="319966FD" w14:textId="77777777" w:rsidR="00547B98" w:rsidRPr="00145753" w:rsidRDefault="0027081F" w:rsidP="00BB05DB">
      <w:pPr>
        <w:numPr>
          <w:ilvl w:val="1"/>
          <w:numId w:val="3"/>
        </w:numPr>
        <w:tabs>
          <w:tab w:val="left" w:pos="1985"/>
        </w:tabs>
        <w:spacing w:line="360" w:lineRule="auto"/>
        <w:ind w:left="993" w:hanging="426"/>
        <w:rPr>
          <w:rFonts w:ascii="Arial" w:hAnsi="Arial" w:cs="Arial"/>
          <w:b/>
        </w:rPr>
      </w:pPr>
      <w:r w:rsidRPr="00145753">
        <w:rPr>
          <w:rFonts w:ascii="Arial" w:hAnsi="Arial" w:cs="Arial"/>
          <w:b/>
          <w:spacing w:val="-2"/>
        </w:rPr>
        <w:t>Populasi</w:t>
      </w:r>
    </w:p>
    <w:p w14:paraId="3BDFF7AC" w14:textId="7840FF33" w:rsidR="00921F81" w:rsidRPr="00145753" w:rsidRDefault="00750918" w:rsidP="00BB05DB">
      <w:pPr>
        <w:tabs>
          <w:tab w:val="left" w:pos="1134"/>
        </w:tabs>
        <w:spacing w:line="360" w:lineRule="auto"/>
        <w:ind w:left="993" w:hanging="142"/>
        <w:jc w:val="both"/>
        <w:rPr>
          <w:rFonts w:ascii="Arial" w:hAnsi="Arial" w:cs="Arial"/>
        </w:rPr>
      </w:pPr>
      <w:r w:rsidRPr="00145753">
        <w:rPr>
          <w:rFonts w:ascii="Arial" w:hAnsi="Arial" w:cs="Arial"/>
        </w:rPr>
        <w:tab/>
      </w:r>
      <w:r w:rsidRPr="00145753">
        <w:rPr>
          <w:rFonts w:ascii="Arial" w:hAnsi="Arial" w:cs="Arial"/>
        </w:rPr>
        <w:tab/>
      </w:r>
      <w:r w:rsidRPr="00145753">
        <w:rPr>
          <w:rFonts w:ascii="Arial" w:hAnsi="Arial" w:cs="Arial"/>
        </w:rPr>
        <w:tab/>
      </w:r>
      <w:r w:rsidR="00921F81" w:rsidRPr="00145753">
        <w:rPr>
          <w:rFonts w:ascii="Arial" w:hAnsi="Arial" w:cs="Arial"/>
        </w:rPr>
        <w:t>Populasi dalam penelitian ini adalah seluruh ibu yang memiliki bayi usia 6–12 bulan di wilayah kerja Puskesmas Kayon sebanyak 463 orang. Jumlah sampel ditentukan dengan menggunakan rumus Slovin dengan tingkat kesalahan (e) sebesar 10%, sehingga diperoleh sebanyak 82 responden. Teknik pengambilan sampel dilakukan dengan random sampling, sehingga setiap anggota populasi memiliki peluang yang sama untuk terpilih</w:t>
      </w:r>
    </w:p>
    <w:p w14:paraId="4DC4ED08" w14:textId="77777777" w:rsidR="00547B98" w:rsidRPr="00145753" w:rsidRDefault="0027081F" w:rsidP="00BB05DB">
      <w:pPr>
        <w:pStyle w:val="Heading4"/>
        <w:numPr>
          <w:ilvl w:val="1"/>
          <w:numId w:val="3"/>
        </w:numPr>
        <w:tabs>
          <w:tab w:val="left" w:pos="1134"/>
        </w:tabs>
        <w:spacing w:line="360" w:lineRule="auto"/>
        <w:ind w:left="993" w:hanging="426"/>
      </w:pPr>
      <w:r w:rsidRPr="00145753">
        <w:rPr>
          <w:spacing w:val="-2"/>
        </w:rPr>
        <w:t>Sampel</w:t>
      </w:r>
    </w:p>
    <w:p w14:paraId="7F6FBEF3" w14:textId="5BCCDBF5" w:rsidR="00E43292" w:rsidRPr="00145753" w:rsidRDefault="00750918" w:rsidP="00BB05DB">
      <w:pPr>
        <w:tabs>
          <w:tab w:val="left" w:pos="1418"/>
        </w:tabs>
        <w:spacing w:line="360" w:lineRule="auto"/>
        <w:ind w:left="993" w:hanging="426"/>
        <w:contextualSpacing/>
        <w:jc w:val="both"/>
        <w:rPr>
          <w:rFonts w:ascii="Arial" w:hAnsi="Arial" w:cs="Arial"/>
        </w:rPr>
      </w:pPr>
      <w:r w:rsidRPr="00145753">
        <w:rPr>
          <w:rFonts w:ascii="Arial" w:hAnsi="Arial" w:cs="Arial"/>
        </w:rPr>
        <w:tab/>
      </w:r>
      <w:r w:rsidR="008E5E16" w:rsidRPr="00145753">
        <w:rPr>
          <w:rFonts w:ascii="Arial" w:hAnsi="Arial" w:cs="Arial"/>
        </w:rPr>
        <w:tab/>
        <w:t xml:space="preserve">Sampel penelitian ini adalah ibu yang memiliki bayi berusia 6–12 bulan di wilayah kerja Puskesmas Kayon. Penentuan jumlah sampel dilakukan dengan menggunakan rumus Slovin, karena populasi penelitian cukup besar yaitu 463 orang, sehingga tidak memungkinkan untuk meneliti seluruh populasi. Dengan tingkat kesalahan (error tolerance) yang ditetapkan sebesar 10% atau 0,1, maka dari perhitungan Slovin diperoleh </w:t>
      </w:r>
      <w:r w:rsidR="001828D1">
        <w:rPr>
          <w:rFonts w:ascii="Arial" w:hAnsi="Arial" w:cs="Arial"/>
        </w:rPr>
        <w:t>sebagai berikut.</w:t>
      </w:r>
    </w:p>
    <w:p w14:paraId="791276A2" w14:textId="77777777" w:rsidR="00365C4A" w:rsidRPr="00145753" w:rsidRDefault="00365C4A" w:rsidP="00BB05DB">
      <w:pPr>
        <w:tabs>
          <w:tab w:val="left" w:pos="1134"/>
        </w:tabs>
        <w:spacing w:line="360" w:lineRule="auto"/>
        <w:ind w:left="993" w:hanging="426"/>
        <w:contextualSpacing/>
        <w:jc w:val="both"/>
        <w:rPr>
          <w:rFonts w:ascii="Arial" w:hAnsi="Arial" w:cs="Arial"/>
        </w:rPr>
      </w:pPr>
    </w:p>
    <w:p w14:paraId="0BD067B4" w14:textId="77777777" w:rsidR="00365C4A" w:rsidRPr="00145753" w:rsidRDefault="00365C4A" w:rsidP="00E43292">
      <w:pPr>
        <w:spacing w:line="360" w:lineRule="auto"/>
        <w:ind w:left="993" w:firstLine="294"/>
        <w:contextualSpacing/>
        <w:jc w:val="both"/>
        <w:rPr>
          <w:rFonts w:ascii="Arial" w:hAnsi="Arial" w:cs="Arial"/>
        </w:rPr>
        <w:sectPr w:rsidR="00365C4A" w:rsidRPr="00145753" w:rsidSect="00365C4A">
          <w:headerReference w:type="default" r:id="rId27"/>
          <w:footerReference w:type="default" r:id="rId28"/>
          <w:pgSz w:w="11910" w:h="16840"/>
          <w:pgMar w:top="1701" w:right="1701" w:bottom="1701" w:left="2268" w:header="756" w:footer="722" w:gutter="0"/>
          <w:pgNumType w:start="15"/>
          <w:cols w:space="720"/>
        </w:sectPr>
      </w:pPr>
    </w:p>
    <w:p w14:paraId="3D7A5F75" w14:textId="35433B29" w:rsidR="00547B98" w:rsidRPr="00145753" w:rsidRDefault="0027081F" w:rsidP="005F376F">
      <w:pPr>
        <w:spacing w:before="9"/>
        <w:rPr>
          <w:rFonts w:ascii="Arial" w:hAnsi="Arial" w:cs="Arial"/>
          <w:sz w:val="18"/>
        </w:rPr>
      </w:pPr>
      <w:r w:rsidRPr="00145753">
        <w:rPr>
          <w:rFonts w:ascii="Arial" w:hAnsi="Arial" w:cs="Arial"/>
          <w:noProof/>
          <w:sz w:val="18"/>
        </w:rPr>
        <w:lastRenderedPageBreak/>
        <w:drawing>
          <wp:anchor distT="0" distB="0" distL="0" distR="0" simplePos="0" relativeHeight="251683328" behindDoc="1" locked="0" layoutInCell="1" allowOverlap="1" wp14:anchorId="2EDBE82E" wp14:editId="4567098C">
            <wp:simplePos x="0" y="0"/>
            <wp:positionH relativeFrom="page">
              <wp:posOffset>2236385</wp:posOffset>
            </wp:positionH>
            <wp:positionV relativeFrom="paragraph">
              <wp:posOffset>152653</wp:posOffset>
            </wp:positionV>
            <wp:extent cx="2588188" cy="621791"/>
            <wp:effectExtent l="0" t="0" r="0" b="0"/>
            <wp:wrapTopAndBottom/>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29" cstate="print"/>
                    <a:stretch>
                      <a:fillRect/>
                    </a:stretch>
                  </pic:blipFill>
                  <pic:spPr>
                    <a:xfrm>
                      <a:off x="0" y="0"/>
                      <a:ext cx="2588188" cy="621791"/>
                    </a:xfrm>
                    <a:prstGeom prst="rect">
                      <a:avLst/>
                    </a:prstGeom>
                  </pic:spPr>
                </pic:pic>
              </a:graphicData>
            </a:graphic>
          </wp:anchor>
        </w:drawing>
      </w:r>
    </w:p>
    <w:p w14:paraId="2E849659" w14:textId="77777777" w:rsidR="001828D1" w:rsidRDefault="001828D1" w:rsidP="001828D1">
      <w:pPr>
        <w:spacing w:line="360" w:lineRule="auto"/>
        <w:ind w:left="993"/>
        <w:jc w:val="both"/>
        <w:rPr>
          <w:rFonts w:ascii="Arial" w:hAnsi="Arial" w:cs="Arial"/>
        </w:rPr>
      </w:pPr>
    </w:p>
    <w:p w14:paraId="3B7C9375" w14:textId="2656ACCB" w:rsidR="00547B98" w:rsidRDefault="0027081F" w:rsidP="00BB05DB">
      <w:pPr>
        <w:spacing w:line="360" w:lineRule="auto"/>
        <w:ind w:left="993" w:firstLine="447"/>
        <w:jc w:val="both"/>
        <w:rPr>
          <w:rFonts w:ascii="Arial" w:hAnsi="Arial" w:cs="Arial"/>
        </w:rPr>
      </w:pPr>
      <w:r w:rsidRPr="00145753">
        <w:rPr>
          <w:rFonts w:ascii="Arial" w:hAnsi="Arial" w:cs="Arial"/>
        </w:rPr>
        <w:t>Berdasarkan perhitungan dengan rumus Slovin</w:t>
      </w:r>
      <w:r w:rsidR="001828D1">
        <w:rPr>
          <w:rFonts w:ascii="Arial" w:hAnsi="Arial" w:cs="Arial"/>
        </w:rPr>
        <w:t xml:space="preserve"> jumlah sampel pada penelitian ini sebanyak 82 sampel.</w:t>
      </w:r>
      <w:r w:rsidRPr="00145753">
        <w:rPr>
          <w:rFonts w:ascii="Arial" w:hAnsi="Arial" w:cs="Arial"/>
        </w:rPr>
        <w:t xml:space="preserve"> </w:t>
      </w:r>
    </w:p>
    <w:p w14:paraId="4CC079B9" w14:textId="24006FCA" w:rsidR="001828D1" w:rsidRPr="001828D1" w:rsidRDefault="001828D1" w:rsidP="00BB05DB">
      <w:pPr>
        <w:spacing w:line="360" w:lineRule="auto"/>
        <w:ind w:left="993" w:firstLine="447"/>
        <w:jc w:val="both"/>
        <w:rPr>
          <w:rFonts w:ascii="Arial" w:hAnsi="Arial" w:cs="Arial"/>
        </w:rPr>
      </w:pPr>
      <w:r>
        <w:rPr>
          <w:rFonts w:ascii="Arial" w:hAnsi="Arial" w:cs="Arial"/>
        </w:rPr>
        <w:t xml:space="preserve">Teknik sampling yang digunakan pada penelitian ini adalah </w:t>
      </w:r>
      <w:r w:rsidRPr="001828D1">
        <w:rPr>
          <w:rFonts w:ascii="Arial" w:hAnsi="Arial" w:cs="Arial"/>
        </w:rPr>
        <w:t>purposive sampling.</w:t>
      </w:r>
      <w:r>
        <w:rPr>
          <w:rFonts w:ascii="Arial" w:hAnsi="Arial" w:cs="Arial"/>
        </w:rPr>
        <w:t xml:space="preserve"> </w:t>
      </w:r>
      <w:r w:rsidRPr="001828D1">
        <w:rPr>
          <w:rFonts w:ascii="Arial" w:hAnsi="Arial" w:cs="Arial"/>
        </w:rPr>
        <w:t>Purposive sampling merupakan teknik pengambilan sampel yang dilakukan dengan cara menentukan subjek berdasarkan kriteria tertentu yang telah ditetapkan oleh peneliti, sesuai dengan tujuan penelitian.</w:t>
      </w:r>
    </w:p>
    <w:p w14:paraId="4F425EC3" w14:textId="0F0A94F0" w:rsidR="001828D1" w:rsidRDefault="001828D1" w:rsidP="00BB05DB">
      <w:pPr>
        <w:spacing w:line="360" w:lineRule="auto"/>
        <w:ind w:left="993" w:firstLine="447"/>
        <w:jc w:val="both"/>
        <w:rPr>
          <w:rFonts w:ascii="Arial" w:hAnsi="Arial" w:cs="Arial"/>
        </w:rPr>
      </w:pPr>
      <w:r w:rsidRPr="001828D1">
        <w:rPr>
          <w:rFonts w:ascii="Arial" w:hAnsi="Arial" w:cs="Arial"/>
        </w:rPr>
        <w:t>Teknik ini dipilih karena tidak semua populasi memiliki karakteristik yang sesuai dengan topik penelitian, sehingga peneliti hanya mengambil sampel dari responden yang memenuhi syarat dan dianggap dapat memberikan data yang relevan.</w:t>
      </w:r>
    </w:p>
    <w:p w14:paraId="2739C74F" w14:textId="77777777" w:rsidR="009A2EB3" w:rsidRPr="009A2EB3" w:rsidRDefault="009A2EB3" w:rsidP="00BB05DB">
      <w:pPr>
        <w:spacing w:line="360" w:lineRule="auto"/>
        <w:ind w:left="993" w:firstLine="447"/>
        <w:jc w:val="both"/>
        <w:rPr>
          <w:rFonts w:ascii="Arial" w:hAnsi="Arial" w:cs="Arial"/>
        </w:rPr>
      </w:pPr>
      <w:r w:rsidRPr="009A2EB3">
        <w:rPr>
          <w:rFonts w:ascii="Arial" w:hAnsi="Arial" w:cs="Arial"/>
        </w:rPr>
        <w:t>Dalam penelitian ini menggunakan kriteria inklusi dan eksklusi untuk menentukan responden yang layak dijadikan sampel penelitian.</w:t>
      </w:r>
    </w:p>
    <w:p w14:paraId="0188EBC3" w14:textId="6E9FE38F" w:rsidR="009A2EB3" w:rsidRDefault="009A2EB3" w:rsidP="00BB05DB">
      <w:pPr>
        <w:spacing w:line="360" w:lineRule="auto"/>
        <w:ind w:left="993" w:firstLine="447"/>
        <w:jc w:val="both"/>
        <w:rPr>
          <w:rFonts w:ascii="Arial" w:hAnsi="Arial" w:cs="Arial"/>
        </w:rPr>
      </w:pPr>
      <w:r w:rsidRPr="009A2EB3">
        <w:rPr>
          <w:rFonts w:ascii="Arial" w:hAnsi="Arial" w:cs="Arial"/>
        </w:rPr>
        <w:t>Penetapan kriteria ini bertujuan agar responden yang dipilih benar-benar mewakili populasi dan dapat memberikan data yang relevan dengan tujuan penelitian, yaitu mengenai dukungan keluarga terhadap pemberian ASI eksklusif di wilayah kerja Puskesmas Kayon Palangka Raya.</w:t>
      </w:r>
    </w:p>
    <w:p w14:paraId="418E30B6" w14:textId="13837955" w:rsidR="009A2EB3" w:rsidRDefault="009A2EB3" w:rsidP="00BB05DB">
      <w:pPr>
        <w:spacing w:line="360" w:lineRule="auto"/>
        <w:ind w:left="993" w:firstLine="447"/>
        <w:jc w:val="both"/>
        <w:rPr>
          <w:rFonts w:ascii="Arial" w:hAnsi="Arial" w:cs="Arial"/>
        </w:rPr>
      </w:pPr>
      <w:r w:rsidRPr="009A2EB3">
        <w:rPr>
          <w:rFonts w:ascii="Arial" w:hAnsi="Arial" w:cs="Arial"/>
        </w:rPr>
        <w:t>Kriteria inklusi adalah karakteristik atau syarat tertentu yang harus dimiliki oleh responden agar dapat diikutsertakan dalam penelitian.</w:t>
      </w:r>
      <w:r>
        <w:rPr>
          <w:rFonts w:ascii="Arial" w:hAnsi="Arial" w:cs="Arial"/>
        </w:rPr>
        <w:t xml:space="preserve"> </w:t>
      </w:r>
      <w:r w:rsidRPr="009A2EB3">
        <w:rPr>
          <w:rFonts w:ascii="Arial" w:hAnsi="Arial" w:cs="Arial"/>
        </w:rPr>
        <w:t>Penetapan kriteria inklusi dilakukan agar responden yang dipilih benar-benar mewakili populasi yang sesuai dengan tujuan penelitian dan dapat memberikan data yang akurat serta relevan.</w:t>
      </w:r>
      <w:r>
        <w:rPr>
          <w:rFonts w:ascii="Arial" w:hAnsi="Arial" w:cs="Arial"/>
        </w:rPr>
        <w:t xml:space="preserve"> </w:t>
      </w:r>
      <w:r w:rsidRPr="009A2EB3">
        <w:rPr>
          <w:rFonts w:ascii="Arial" w:hAnsi="Arial" w:cs="Arial"/>
        </w:rPr>
        <w:t>Dalam penelitian ini, kriteria inklusi ditetapkan oleh peneliti untuk memastikan bahwa responden memiliki pengalaman yang sesuai dengan topik penelitian, yaitu mengenai dukungan keluarga terhadap pemberian ASI eksklusif.</w:t>
      </w:r>
    </w:p>
    <w:p w14:paraId="2909D4B3" w14:textId="4D63A1A4" w:rsidR="009A2EB3" w:rsidRDefault="009A2EB3" w:rsidP="00BB05DB">
      <w:pPr>
        <w:spacing w:line="360" w:lineRule="auto"/>
        <w:ind w:left="993" w:firstLine="447"/>
        <w:jc w:val="both"/>
        <w:rPr>
          <w:rFonts w:ascii="Arial" w:hAnsi="Arial" w:cs="Arial"/>
        </w:rPr>
      </w:pPr>
      <w:r w:rsidRPr="009A2EB3">
        <w:rPr>
          <w:rFonts w:ascii="Arial" w:hAnsi="Arial" w:cs="Arial"/>
        </w:rPr>
        <w:t>Adapun kriteria inklusi dalam penelitian ini meliputi:</w:t>
      </w:r>
    </w:p>
    <w:p w14:paraId="41AA2810" w14:textId="77777777" w:rsidR="009A2EB3" w:rsidRPr="00145753" w:rsidRDefault="009A2EB3" w:rsidP="00BB05DB">
      <w:pPr>
        <w:numPr>
          <w:ilvl w:val="2"/>
          <w:numId w:val="3"/>
        </w:numPr>
        <w:spacing w:line="360" w:lineRule="auto"/>
        <w:ind w:left="1418" w:hanging="425"/>
        <w:contextualSpacing/>
        <w:jc w:val="both"/>
        <w:rPr>
          <w:rFonts w:ascii="Arial" w:hAnsi="Arial" w:cs="Arial"/>
        </w:rPr>
      </w:pPr>
      <w:r w:rsidRPr="00145753">
        <w:rPr>
          <w:rFonts w:ascii="Arial" w:hAnsi="Arial" w:cs="Arial"/>
        </w:rPr>
        <w:t>Responden</w:t>
      </w:r>
      <w:r w:rsidRPr="00145753">
        <w:rPr>
          <w:rFonts w:ascii="Arial" w:hAnsi="Arial" w:cs="Arial"/>
          <w:spacing w:val="-2"/>
        </w:rPr>
        <w:t xml:space="preserve"> </w:t>
      </w:r>
      <w:r w:rsidRPr="00145753">
        <w:rPr>
          <w:rFonts w:ascii="Arial" w:hAnsi="Arial" w:cs="Arial"/>
        </w:rPr>
        <w:t>atau</w:t>
      </w:r>
      <w:r w:rsidRPr="00145753">
        <w:rPr>
          <w:rFonts w:ascii="Arial" w:hAnsi="Arial" w:cs="Arial"/>
          <w:spacing w:val="-3"/>
        </w:rPr>
        <w:t xml:space="preserve"> </w:t>
      </w:r>
      <w:r w:rsidRPr="00145753">
        <w:rPr>
          <w:rFonts w:ascii="Arial" w:hAnsi="Arial" w:cs="Arial"/>
        </w:rPr>
        <w:t>ibu</w:t>
      </w:r>
      <w:r w:rsidRPr="00145753">
        <w:rPr>
          <w:rFonts w:ascii="Arial" w:hAnsi="Arial" w:cs="Arial"/>
          <w:spacing w:val="-1"/>
        </w:rPr>
        <w:t xml:space="preserve"> </w:t>
      </w:r>
      <w:r w:rsidRPr="00145753">
        <w:rPr>
          <w:rFonts w:ascii="Arial" w:hAnsi="Arial" w:cs="Arial"/>
        </w:rPr>
        <w:t>yang</w:t>
      </w:r>
      <w:r w:rsidRPr="00145753">
        <w:rPr>
          <w:rFonts w:ascii="Arial" w:hAnsi="Arial" w:cs="Arial"/>
          <w:spacing w:val="-3"/>
        </w:rPr>
        <w:t xml:space="preserve"> </w:t>
      </w:r>
      <w:r w:rsidRPr="00145753">
        <w:rPr>
          <w:rFonts w:ascii="Arial" w:hAnsi="Arial" w:cs="Arial"/>
        </w:rPr>
        <w:t>memiliki</w:t>
      </w:r>
      <w:r w:rsidRPr="00145753">
        <w:rPr>
          <w:rFonts w:ascii="Arial" w:hAnsi="Arial" w:cs="Arial"/>
          <w:spacing w:val="-2"/>
        </w:rPr>
        <w:t xml:space="preserve"> </w:t>
      </w:r>
      <w:r w:rsidRPr="00145753">
        <w:rPr>
          <w:rFonts w:ascii="Arial" w:hAnsi="Arial" w:cs="Arial"/>
        </w:rPr>
        <w:t>bayi</w:t>
      </w:r>
      <w:r w:rsidRPr="00145753">
        <w:rPr>
          <w:rFonts w:ascii="Arial" w:hAnsi="Arial" w:cs="Arial"/>
          <w:spacing w:val="-4"/>
        </w:rPr>
        <w:t xml:space="preserve"> </w:t>
      </w:r>
      <w:r w:rsidRPr="00145753">
        <w:rPr>
          <w:rFonts w:ascii="Arial" w:hAnsi="Arial" w:cs="Arial"/>
        </w:rPr>
        <w:t>usia</w:t>
      </w:r>
      <w:r w:rsidRPr="00145753">
        <w:rPr>
          <w:rFonts w:ascii="Arial" w:hAnsi="Arial" w:cs="Arial"/>
          <w:spacing w:val="-2"/>
        </w:rPr>
        <w:t xml:space="preserve"> </w:t>
      </w:r>
      <w:r w:rsidRPr="00145753">
        <w:rPr>
          <w:rFonts w:ascii="Arial" w:hAnsi="Arial" w:cs="Arial"/>
        </w:rPr>
        <w:t>6-12</w:t>
      </w:r>
      <w:r w:rsidRPr="00145753">
        <w:rPr>
          <w:rFonts w:ascii="Arial" w:hAnsi="Arial" w:cs="Arial"/>
          <w:spacing w:val="-2"/>
        </w:rPr>
        <w:t xml:space="preserve"> bulan</w:t>
      </w:r>
    </w:p>
    <w:p w14:paraId="0A7555CA" w14:textId="6AB73833" w:rsidR="009A2EB3" w:rsidRPr="00C36E88" w:rsidRDefault="009A2EB3" w:rsidP="00BB05DB">
      <w:pPr>
        <w:numPr>
          <w:ilvl w:val="2"/>
          <w:numId w:val="3"/>
        </w:numPr>
        <w:spacing w:line="360" w:lineRule="auto"/>
        <w:ind w:left="1418" w:hanging="425"/>
        <w:contextualSpacing/>
        <w:jc w:val="both"/>
        <w:rPr>
          <w:rFonts w:ascii="Arial" w:hAnsi="Arial" w:cs="Arial"/>
        </w:rPr>
      </w:pPr>
      <w:r w:rsidRPr="00145753">
        <w:rPr>
          <w:rFonts w:ascii="Arial" w:hAnsi="Arial" w:cs="Arial"/>
        </w:rPr>
        <w:t xml:space="preserve">Responden yang dalam keadaan sehat dan bersedia menjadi </w:t>
      </w:r>
      <w:r w:rsidRPr="00145753">
        <w:rPr>
          <w:rFonts w:ascii="Arial" w:hAnsi="Arial" w:cs="Arial"/>
          <w:spacing w:val="-2"/>
        </w:rPr>
        <w:t>responden</w:t>
      </w:r>
    </w:p>
    <w:p w14:paraId="6792B143" w14:textId="77777777" w:rsidR="00C36E88" w:rsidRPr="00C36E88" w:rsidRDefault="00C36E88" w:rsidP="00BB05DB">
      <w:pPr>
        <w:spacing w:line="360" w:lineRule="auto"/>
        <w:ind w:left="1418"/>
        <w:contextualSpacing/>
        <w:jc w:val="both"/>
        <w:rPr>
          <w:rFonts w:ascii="Arial" w:hAnsi="Arial" w:cs="Arial"/>
        </w:rPr>
      </w:pPr>
    </w:p>
    <w:p w14:paraId="3FE19767" w14:textId="77777777" w:rsidR="00C36E88" w:rsidRPr="00C36E88" w:rsidRDefault="00C36E88" w:rsidP="00BB05DB">
      <w:pPr>
        <w:spacing w:line="360" w:lineRule="auto"/>
        <w:ind w:left="993" w:firstLine="425"/>
        <w:contextualSpacing/>
        <w:jc w:val="both"/>
        <w:rPr>
          <w:rFonts w:ascii="Arial" w:hAnsi="Arial" w:cs="Arial"/>
        </w:rPr>
      </w:pPr>
      <w:r w:rsidRPr="00C36E88">
        <w:rPr>
          <w:rFonts w:ascii="Arial" w:hAnsi="Arial" w:cs="Arial"/>
        </w:rPr>
        <w:lastRenderedPageBreak/>
        <w:t>Kriteria eksklusi adalah karakteristik responden yang tidak dapat diikutsertakan dalam penelitian, karena tidak memenuhi syarat yang telah ditetapkan peneliti.</w:t>
      </w:r>
    </w:p>
    <w:p w14:paraId="025845FA" w14:textId="12FB2CAF" w:rsidR="00C36E88" w:rsidRPr="00C36E88" w:rsidRDefault="00C36E88" w:rsidP="00BB05DB">
      <w:pPr>
        <w:spacing w:line="360" w:lineRule="auto"/>
        <w:ind w:left="993"/>
        <w:contextualSpacing/>
        <w:jc w:val="both"/>
        <w:rPr>
          <w:rFonts w:ascii="Arial" w:hAnsi="Arial" w:cs="Arial"/>
        </w:rPr>
      </w:pPr>
      <w:r w:rsidRPr="00C36E88">
        <w:rPr>
          <w:rFonts w:ascii="Arial" w:hAnsi="Arial" w:cs="Arial"/>
        </w:rPr>
        <w:t>Penetapan kriteria eksklusi dilakukan untuk memastikan bahwa responden yang dipilih benar-benar sesuai dengan tujuan penelitian dan dapat memberikan data yang valid.</w:t>
      </w:r>
    </w:p>
    <w:p w14:paraId="0F8128A4" w14:textId="77777777" w:rsidR="00C36E88" w:rsidRPr="00C36E88" w:rsidRDefault="00C36E88" w:rsidP="00BB05DB">
      <w:pPr>
        <w:spacing w:line="360" w:lineRule="auto"/>
        <w:ind w:left="1418"/>
        <w:contextualSpacing/>
        <w:jc w:val="both"/>
        <w:rPr>
          <w:rFonts w:ascii="Arial" w:hAnsi="Arial" w:cs="Arial"/>
        </w:rPr>
      </w:pPr>
      <w:r w:rsidRPr="00C36E88">
        <w:rPr>
          <w:rFonts w:ascii="Arial" w:hAnsi="Arial" w:cs="Arial"/>
        </w:rPr>
        <w:t>Adapun kriteria eksklusi dalam penelitian ini meliputi:</w:t>
      </w:r>
    </w:p>
    <w:p w14:paraId="567E4468" w14:textId="45132EC9" w:rsidR="00C36E88" w:rsidRDefault="00C36E88" w:rsidP="00BB05DB">
      <w:pPr>
        <w:numPr>
          <w:ilvl w:val="0"/>
          <w:numId w:val="32"/>
        </w:numPr>
        <w:spacing w:line="360" w:lineRule="auto"/>
        <w:contextualSpacing/>
        <w:jc w:val="both"/>
        <w:rPr>
          <w:rFonts w:ascii="Arial" w:hAnsi="Arial" w:cs="Arial"/>
        </w:rPr>
      </w:pPr>
      <w:r w:rsidRPr="00C36E88">
        <w:rPr>
          <w:rFonts w:ascii="Arial" w:hAnsi="Arial" w:cs="Arial"/>
        </w:rPr>
        <w:t>Responden yang tidak memiliki bayi usia 6–12 bulan.</w:t>
      </w:r>
    </w:p>
    <w:p w14:paraId="3C32BE04" w14:textId="693FFA9D" w:rsidR="00C36E88" w:rsidRDefault="00C36E88" w:rsidP="00BB05DB">
      <w:pPr>
        <w:numPr>
          <w:ilvl w:val="0"/>
          <w:numId w:val="32"/>
        </w:numPr>
        <w:spacing w:line="360" w:lineRule="auto"/>
        <w:contextualSpacing/>
        <w:jc w:val="both"/>
        <w:rPr>
          <w:rFonts w:ascii="Arial" w:hAnsi="Arial" w:cs="Arial"/>
        </w:rPr>
      </w:pPr>
      <w:r w:rsidRPr="00C36E88">
        <w:rPr>
          <w:rFonts w:ascii="Arial" w:hAnsi="Arial" w:cs="Arial"/>
        </w:rPr>
        <w:t>Responden yang tidak dalam keadaan sehat dan tidak bersedia menjadi responden.</w:t>
      </w:r>
    </w:p>
    <w:p w14:paraId="53485C40" w14:textId="77777777" w:rsidR="009A2EB3" w:rsidRPr="009A2EB3" w:rsidRDefault="009A2EB3" w:rsidP="00BB05DB">
      <w:pPr>
        <w:spacing w:line="360" w:lineRule="auto"/>
        <w:ind w:left="1418"/>
        <w:contextualSpacing/>
        <w:jc w:val="both"/>
        <w:rPr>
          <w:rFonts w:ascii="Arial" w:hAnsi="Arial" w:cs="Arial"/>
        </w:rPr>
      </w:pPr>
    </w:p>
    <w:p w14:paraId="3531B7F6" w14:textId="2FB11C31" w:rsidR="00547B98" w:rsidRPr="00145753" w:rsidRDefault="0027081F" w:rsidP="00BB05DB">
      <w:pPr>
        <w:pStyle w:val="Heading4"/>
        <w:numPr>
          <w:ilvl w:val="0"/>
          <w:numId w:val="3"/>
        </w:numPr>
        <w:tabs>
          <w:tab w:val="left" w:pos="1560"/>
        </w:tabs>
        <w:spacing w:line="360" w:lineRule="auto"/>
        <w:ind w:left="567" w:hanging="425"/>
        <w:jc w:val="both"/>
      </w:pPr>
      <w:bookmarkStart w:id="20" w:name="_TOC_250001"/>
      <w:r w:rsidRPr="00145753">
        <w:t>Variabel</w:t>
      </w:r>
      <w:r w:rsidRPr="00145753">
        <w:rPr>
          <w:spacing w:val="-9"/>
        </w:rPr>
        <w:t xml:space="preserve"> </w:t>
      </w:r>
      <w:r w:rsidRPr="00145753">
        <w:t>dan</w:t>
      </w:r>
      <w:r w:rsidRPr="00145753">
        <w:rPr>
          <w:spacing w:val="-6"/>
        </w:rPr>
        <w:t xml:space="preserve"> </w:t>
      </w:r>
      <w:r w:rsidRPr="00145753">
        <w:t>Definisi</w:t>
      </w:r>
      <w:r w:rsidRPr="00145753">
        <w:rPr>
          <w:spacing w:val="-9"/>
        </w:rPr>
        <w:t xml:space="preserve"> </w:t>
      </w:r>
      <w:bookmarkEnd w:id="20"/>
      <w:r w:rsidRPr="00145753">
        <w:rPr>
          <w:spacing w:val="-2"/>
        </w:rPr>
        <w:t>Operasional</w:t>
      </w:r>
    </w:p>
    <w:p w14:paraId="4F6B24A5" w14:textId="77777777" w:rsidR="00547B98" w:rsidRPr="00145753" w:rsidRDefault="0027081F" w:rsidP="00BB05DB">
      <w:pPr>
        <w:numPr>
          <w:ilvl w:val="1"/>
          <w:numId w:val="3"/>
        </w:numPr>
        <w:tabs>
          <w:tab w:val="left" w:pos="1985"/>
        </w:tabs>
        <w:spacing w:before="123" w:line="360" w:lineRule="auto"/>
        <w:ind w:left="993" w:hanging="426"/>
        <w:rPr>
          <w:rFonts w:ascii="Arial" w:hAnsi="Arial" w:cs="Arial"/>
          <w:b/>
        </w:rPr>
      </w:pPr>
      <w:r w:rsidRPr="00145753">
        <w:rPr>
          <w:rFonts w:ascii="Arial" w:hAnsi="Arial" w:cs="Arial"/>
          <w:b/>
          <w:spacing w:val="-2"/>
        </w:rPr>
        <w:t>Variabel</w:t>
      </w:r>
    </w:p>
    <w:p w14:paraId="5C69A455" w14:textId="77777777" w:rsidR="00547B98" w:rsidRPr="00145753" w:rsidRDefault="0027081F" w:rsidP="00BB05DB">
      <w:pPr>
        <w:spacing w:before="127" w:line="360" w:lineRule="auto"/>
        <w:ind w:left="993" w:firstLine="425"/>
        <w:jc w:val="both"/>
        <w:rPr>
          <w:rFonts w:ascii="Arial" w:hAnsi="Arial" w:cs="Arial"/>
        </w:rPr>
      </w:pPr>
      <w:r w:rsidRPr="00145753">
        <w:rPr>
          <w:rFonts w:ascii="Arial" w:hAnsi="Arial" w:cs="Arial"/>
        </w:rPr>
        <w:t>Dalam penelitian ini hanya terdapat satu variabel utama, karena menggunakan pendekatan deskriptif kuantitatif, yaitu:</w:t>
      </w:r>
    </w:p>
    <w:p w14:paraId="782D5D88" w14:textId="593FAE28" w:rsidR="00584350" w:rsidRPr="00710D63" w:rsidRDefault="0027081F" w:rsidP="00710D63">
      <w:pPr>
        <w:spacing w:before="1" w:line="360" w:lineRule="auto"/>
        <w:ind w:left="993" w:firstLine="425"/>
        <w:jc w:val="both"/>
        <w:rPr>
          <w:rFonts w:ascii="Arial" w:hAnsi="Arial" w:cs="Arial"/>
          <w:lang w:val="en-US"/>
        </w:rPr>
      </w:pPr>
      <w:r w:rsidRPr="00145753">
        <w:rPr>
          <w:rFonts w:ascii="Arial" w:hAnsi="Arial" w:cs="Arial"/>
        </w:rPr>
        <w:t>Dukungan keluarga terhadap pemberian ASI eksklusif merupakan segala bentuk bantuan, perhatian, dan keterlibatan keluarga</w:t>
      </w:r>
      <w:r w:rsidRPr="00145753">
        <w:rPr>
          <w:rFonts w:ascii="Arial" w:hAnsi="Arial" w:cs="Arial"/>
          <w:spacing w:val="40"/>
        </w:rPr>
        <w:t xml:space="preserve"> </w:t>
      </w:r>
      <w:r w:rsidRPr="00145753">
        <w:rPr>
          <w:rFonts w:ascii="Arial" w:hAnsi="Arial" w:cs="Arial"/>
        </w:rPr>
        <w:t>(terutama suami, ibu, atau mertua) dalam mendukung ibu</w:t>
      </w:r>
      <w:r w:rsidRPr="00145753">
        <w:rPr>
          <w:rFonts w:ascii="Arial" w:hAnsi="Arial" w:cs="Arial"/>
          <w:spacing w:val="40"/>
        </w:rPr>
        <w:t xml:space="preserve"> </w:t>
      </w:r>
      <w:r w:rsidRPr="00145753">
        <w:rPr>
          <w:rFonts w:ascii="Arial" w:hAnsi="Arial" w:cs="Arial"/>
        </w:rPr>
        <w:t xml:space="preserve">memberikan ASI eksklusif kepada bayinya selama 6 bulan pertama </w:t>
      </w:r>
      <w:r w:rsidRPr="00145753">
        <w:rPr>
          <w:rFonts w:ascii="Arial" w:hAnsi="Arial" w:cs="Arial"/>
          <w:spacing w:val="-2"/>
        </w:rPr>
        <w:t>kehidupan</w:t>
      </w:r>
      <w:r w:rsidR="00710D63">
        <w:rPr>
          <w:rFonts w:ascii="Arial" w:hAnsi="Arial" w:cs="Arial"/>
          <w:lang w:val="en-US"/>
        </w:rPr>
        <w:t>.</w:t>
      </w:r>
    </w:p>
    <w:p w14:paraId="13856CAF" w14:textId="19F4FD09" w:rsidR="00547B98" w:rsidRPr="002E1540" w:rsidRDefault="0027081F" w:rsidP="00BB05DB">
      <w:pPr>
        <w:numPr>
          <w:ilvl w:val="1"/>
          <w:numId w:val="3"/>
        </w:numPr>
        <w:tabs>
          <w:tab w:val="left" w:pos="1985"/>
        </w:tabs>
        <w:spacing w:line="360" w:lineRule="auto"/>
        <w:ind w:left="992" w:hanging="426"/>
        <w:rPr>
          <w:rFonts w:ascii="Arial" w:hAnsi="Arial" w:cs="Arial"/>
          <w:b/>
          <w:bCs/>
        </w:rPr>
      </w:pPr>
      <w:r w:rsidRPr="002E1540">
        <w:rPr>
          <w:rFonts w:ascii="Arial" w:hAnsi="Arial" w:cs="Arial"/>
          <w:b/>
          <w:bCs/>
        </w:rPr>
        <w:t>Definisi</w:t>
      </w:r>
      <w:r w:rsidRPr="002E1540">
        <w:rPr>
          <w:rFonts w:ascii="Arial" w:hAnsi="Arial" w:cs="Arial"/>
          <w:b/>
          <w:bCs/>
          <w:spacing w:val="-6"/>
        </w:rPr>
        <w:t xml:space="preserve"> </w:t>
      </w:r>
      <w:r w:rsidRPr="002E1540">
        <w:rPr>
          <w:rFonts w:ascii="Arial" w:hAnsi="Arial" w:cs="Arial"/>
          <w:b/>
          <w:bCs/>
          <w:spacing w:val="-2"/>
        </w:rPr>
        <w:t>Operasional</w:t>
      </w:r>
    </w:p>
    <w:p w14:paraId="00A72E60" w14:textId="77777777" w:rsidR="00547B98" w:rsidRPr="00145753" w:rsidRDefault="0027081F" w:rsidP="00BB05DB">
      <w:pPr>
        <w:spacing w:line="360" w:lineRule="auto"/>
        <w:ind w:left="992" w:firstLine="425"/>
        <w:jc w:val="both"/>
        <w:rPr>
          <w:rFonts w:ascii="Arial" w:hAnsi="Arial" w:cs="Arial"/>
        </w:rPr>
      </w:pPr>
      <w:r w:rsidRPr="00145753">
        <w:rPr>
          <w:rFonts w:ascii="Arial" w:hAnsi="Arial" w:cs="Arial"/>
        </w:rPr>
        <w:t>Definisi operasional merupakan penjabaran dari variabel secara rinci agar dapat diukur dan diamati dalam penelitian. Tujuannya adalah untuk memastikan bahwa variabel yang diteliti memiliki batasan yang jelas dan dapat dikumpulkan melalui instrumen, seperti kuesioner atau wawancara.</w:t>
      </w:r>
    </w:p>
    <w:p w14:paraId="28AAC037" w14:textId="2B6A55E1" w:rsidR="00547B98" w:rsidRDefault="0027081F" w:rsidP="00BB05DB">
      <w:pPr>
        <w:spacing w:line="360" w:lineRule="auto"/>
        <w:ind w:left="992" w:firstLine="425"/>
        <w:jc w:val="both"/>
        <w:rPr>
          <w:rFonts w:ascii="Arial" w:hAnsi="Arial" w:cs="Arial"/>
        </w:rPr>
      </w:pPr>
      <w:r w:rsidRPr="00145753">
        <w:rPr>
          <w:rFonts w:ascii="Arial" w:hAnsi="Arial" w:cs="Arial"/>
        </w:rPr>
        <w:t>Dalam penelitian ini, dukungan keluarga terhadap pemberian ASI eksklusif diartikan sebagai segala bentuk bantuan atau dorongan</w:t>
      </w:r>
      <w:r w:rsidRPr="00145753">
        <w:rPr>
          <w:rFonts w:ascii="Arial" w:hAnsi="Arial" w:cs="Arial"/>
          <w:spacing w:val="40"/>
        </w:rPr>
        <w:t xml:space="preserve"> </w:t>
      </w:r>
      <w:r w:rsidRPr="00145753">
        <w:rPr>
          <w:rFonts w:ascii="Arial" w:hAnsi="Arial" w:cs="Arial"/>
        </w:rPr>
        <w:t>yang diberikan oleh anggota keluarga (terutama suami, ibu, mertua, atau anggota keluarga lainnya) kepada ibu menyusui.</w:t>
      </w:r>
    </w:p>
    <w:p w14:paraId="296D731A" w14:textId="7B09175C" w:rsidR="002B02C0" w:rsidRDefault="002B02C0" w:rsidP="00BB05DB">
      <w:pPr>
        <w:spacing w:line="360" w:lineRule="auto"/>
        <w:ind w:left="992" w:firstLine="425"/>
        <w:jc w:val="both"/>
        <w:rPr>
          <w:rFonts w:ascii="Arial" w:hAnsi="Arial" w:cs="Arial"/>
        </w:rPr>
      </w:pPr>
    </w:p>
    <w:p w14:paraId="26D214AB" w14:textId="646F9B7E" w:rsidR="00710D63" w:rsidRDefault="00710D63" w:rsidP="00BB05DB">
      <w:pPr>
        <w:spacing w:line="360" w:lineRule="auto"/>
        <w:ind w:left="992" w:firstLine="425"/>
        <w:jc w:val="both"/>
        <w:rPr>
          <w:rFonts w:ascii="Arial" w:hAnsi="Arial" w:cs="Arial"/>
        </w:rPr>
      </w:pPr>
    </w:p>
    <w:p w14:paraId="28AD1388" w14:textId="12D30B52" w:rsidR="00710D63" w:rsidRDefault="00710D63" w:rsidP="00BB05DB">
      <w:pPr>
        <w:spacing w:line="360" w:lineRule="auto"/>
        <w:ind w:left="992" w:firstLine="425"/>
        <w:jc w:val="both"/>
        <w:rPr>
          <w:rFonts w:ascii="Arial" w:hAnsi="Arial" w:cs="Arial"/>
        </w:rPr>
      </w:pPr>
    </w:p>
    <w:p w14:paraId="45660422" w14:textId="75B960CB" w:rsidR="00710D63" w:rsidRDefault="00710D63" w:rsidP="00BB05DB">
      <w:pPr>
        <w:spacing w:line="360" w:lineRule="auto"/>
        <w:ind w:left="992" w:firstLine="425"/>
        <w:jc w:val="both"/>
        <w:rPr>
          <w:rFonts w:ascii="Arial" w:hAnsi="Arial" w:cs="Arial"/>
        </w:rPr>
      </w:pPr>
    </w:p>
    <w:p w14:paraId="63C340C8" w14:textId="54992E5E" w:rsidR="00710D63" w:rsidRDefault="00710D63" w:rsidP="00BB05DB">
      <w:pPr>
        <w:spacing w:line="360" w:lineRule="auto"/>
        <w:ind w:left="992" w:firstLine="425"/>
        <w:jc w:val="both"/>
        <w:rPr>
          <w:rFonts w:ascii="Arial" w:hAnsi="Arial" w:cs="Arial"/>
        </w:rPr>
      </w:pPr>
    </w:p>
    <w:p w14:paraId="1394B3B4" w14:textId="77777777" w:rsidR="00710D63" w:rsidRPr="00145753" w:rsidRDefault="00710D63" w:rsidP="00BB05DB">
      <w:pPr>
        <w:spacing w:line="360" w:lineRule="auto"/>
        <w:ind w:left="992" w:firstLine="425"/>
        <w:jc w:val="both"/>
        <w:rPr>
          <w:rFonts w:ascii="Arial" w:hAnsi="Arial" w:cs="Arial"/>
        </w:rPr>
      </w:pPr>
    </w:p>
    <w:p w14:paraId="4F7A8CD5" w14:textId="522502CB" w:rsidR="004C604E" w:rsidRPr="00145753" w:rsidRDefault="004C604E" w:rsidP="002B02C0">
      <w:pPr>
        <w:spacing w:line="360" w:lineRule="auto"/>
        <w:ind w:left="1648" w:hanging="655"/>
        <w:jc w:val="center"/>
        <w:rPr>
          <w:rFonts w:ascii="Arial" w:hAnsi="Arial" w:cs="Arial"/>
          <w:b/>
          <w:bCs/>
        </w:rPr>
      </w:pPr>
      <w:r w:rsidRPr="00145753">
        <w:rPr>
          <w:rFonts w:ascii="Arial" w:hAnsi="Arial" w:cs="Arial"/>
          <w:b/>
          <w:bCs/>
        </w:rPr>
        <w:lastRenderedPageBreak/>
        <w:t>3.1 Definisi Operasional</w:t>
      </w:r>
    </w:p>
    <w:tbl>
      <w:tblPr>
        <w:tblW w:w="8579" w:type="dxa"/>
        <w:tblBorders>
          <w:top w:val="single" w:sz="4" w:space="0" w:color="auto"/>
          <w:bottom w:val="single" w:sz="4" w:space="0" w:color="auto"/>
          <w:insideH w:val="single" w:sz="4" w:space="0" w:color="auto"/>
        </w:tblBorders>
        <w:tblLook w:val="04A0" w:firstRow="1" w:lastRow="0" w:firstColumn="1" w:lastColumn="0" w:noHBand="0" w:noVBand="1"/>
      </w:tblPr>
      <w:tblGrid>
        <w:gridCol w:w="1037"/>
        <w:gridCol w:w="2147"/>
        <w:gridCol w:w="1297"/>
        <w:gridCol w:w="1027"/>
        <w:gridCol w:w="987"/>
        <w:gridCol w:w="1207"/>
        <w:gridCol w:w="877"/>
      </w:tblGrid>
      <w:tr w:rsidR="00A00281" w:rsidRPr="00A00281" w14:paraId="368E05E8" w14:textId="77777777" w:rsidTr="002B02C0">
        <w:tc>
          <w:tcPr>
            <w:tcW w:w="1037" w:type="dxa"/>
          </w:tcPr>
          <w:p w14:paraId="5390AD1C" w14:textId="474F2868" w:rsidR="00BA46C0" w:rsidRPr="00A00281" w:rsidRDefault="00BA46C0" w:rsidP="00A00281">
            <w:pPr>
              <w:pStyle w:val="TOC1"/>
              <w:spacing w:before="0" w:line="360" w:lineRule="auto"/>
              <w:ind w:left="0"/>
              <w:rPr>
                <w:sz w:val="18"/>
                <w:szCs w:val="18"/>
              </w:rPr>
            </w:pPr>
            <w:r w:rsidRPr="00A00281">
              <w:rPr>
                <w:sz w:val="18"/>
                <w:szCs w:val="18"/>
              </w:rPr>
              <w:t>Variabel</w:t>
            </w:r>
          </w:p>
        </w:tc>
        <w:tc>
          <w:tcPr>
            <w:tcW w:w="1798" w:type="dxa"/>
          </w:tcPr>
          <w:p w14:paraId="704DFCFC" w14:textId="75EAAFD2" w:rsidR="00BA46C0" w:rsidRPr="00A00281" w:rsidRDefault="00BA46C0" w:rsidP="00A00281">
            <w:pPr>
              <w:pStyle w:val="TOC1"/>
              <w:spacing w:before="0" w:line="360" w:lineRule="auto"/>
              <w:ind w:left="0"/>
              <w:rPr>
                <w:sz w:val="18"/>
                <w:szCs w:val="18"/>
              </w:rPr>
            </w:pPr>
            <w:r w:rsidRPr="00A00281">
              <w:rPr>
                <w:sz w:val="18"/>
                <w:szCs w:val="18"/>
              </w:rPr>
              <w:t>Definisi Operasional</w:t>
            </w:r>
          </w:p>
        </w:tc>
        <w:tc>
          <w:tcPr>
            <w:tcW w:w="1646" w:type="dxa"/>
          </w:tcPr>
          <w:p w14:paraId="7AEF4C60" w14:textId="5684DBFC" w:rsidR="00BA46C0" w:rsidRPr="00A00281" w:rsidRDefault="00BA46C0" w:rsidP="00A00281">
            <w:pPr>
              <w:pStyle w:val="TOC1"/>
              <w:spacing w:before="0" w:line="360" w:lineRule="auto"/>
              <w:ind w:left="0"/>
              <w:rPr>
                <w:sz w:val="18"/>
                <w:szCs w:val="18"/>
              </w:rPr>
            </w:pPr>
            <w:r w:rsidRPr="00A00281">
              <w:rPr>
                <w:sz w:val="18"/>
                <w:szCs w:val="18"/>
              </w:rPr>
              <w:t>indikator</w:t>
            </w:r>
          </w:p>
        </w:tc>
        <w:tc>
          <w:tcPr>
            <w:tcW w:w="1027" w:type="dxa"/>
          </w:tcPr>
          <w:p w14:paraId="4951F064" w14:textId="629EE1BB" w:rsidR="00BA46C0" w:rsidRPr="00A00281" w:rsidRDefault="00BA46C0" w:rsidP="00A00281">
            <w:pPr>
              <w:pStyle w:val="TOC1"/>
              <w:spacing w:before="0" w:line="360" w:lineRule="auto"/>
              <w:ind w:left="0"/>
              <w:rPr>
                <w:sz w:val="18"/>
                <w:szCs w:val="18"/>
              </w:rPr>
            </w:pPr>
            <w:r w:rsidRPr="00A00281">
              <w:rPr>
                <w:sz w:val="18"/>
                <w:szCs w:val="18"/>
              </w:rPr>
              <w:t>Cara Ukur</w:t>
            </w:r>
          </w:p>
        </w:tc>
        <w:tc>
          <w:tcPr>
            <w:tcW w:w="987" w:type="dxa"/>
          </w:tcPr>
          <w:p w14:paraId="67800D5C" w14:textId="67DD4849" w:rsidR="00BA46C0" w:rsidRPr="00A00281" w:rsidRDefault="00BA46C0" w:rsidP="00A00281">
            <w:pPr>
              <w:pStyle w:val="TOC1"/>
              <w:spacing w:before="0" w:line="360" w:lineRule="auto"/>
              <w:ind w:left="0"/>
              <w:rPr>
                <w:sz w:val="18"/>
                <w:szCs w:val="18"/>
              </w:rPr>
            </w:pPr>
            <w:r w:rsidRPr="00A00281">
              <w:rPr>
                <w:sz w:val="18"/>
                <w:szCs w:val="18"/>
              </w:rPr>
              <w:t xml:space="preserve">Alat Ukur </w:t>
            </w:r>
          </w:p>
        </w:tc>
        <w:tc>
          <w:tcPr>
            <w:tcW w:w="1207" w:type="dxa"/>
          </w:tcPr>
          <w:p w14:paraId="368D64E1" w14:textId="7F05FAF1" w:rsidR="00BA46C0" w:rsidRPr="00A00281" w:rsidRDefault="00BA46C0" w:rsidP="00A00281">
            <w:pPr>
              <w:pStyle w:val="TOC1"/>
              <w:spacing w:before="0" w:line="360" w:lineRule="auto"/>
              <w:ind w:left="0"/>
              <w:rPr>
                <w:sz w:val="18"/>
                <w:szCs w:val="18"/>
              </w:rPr>
            </w:pPr>
            <w:r w:rsidRPr="00A00281">
              <w:rPr>
                <w:sz w:val="18"/>
                <w:szCs w:val="18"/>
              </w:rPr>
              <w:t>Hasil Ukur</w:t>
            </w:r>
          </w:p>
        </w:tc>
        <w:tc>
          <w:tcPr>
            <w:tcW w:w="877" w:type="dxa"/>
          </w:tcPr>
          <w:p w14:paraId="6963D923" w14:textId="0D7B9C08" w:rsidR="00BA46C0" w:rsidRPr="00A00281" w:rsidRDefault="00BA46C0" w:rsidP="00A00281">
            <w:pPr>
              <w:pStyle w:val="TOC1"/>
              <w:spacing w:before="0" w:line="360" w:lineRule="auto"/>
              <w:ind w:left="0"/>
              <w:rPr>
                <w:sz w:val="18"/>
                <w:szCs w:val="18"/>
              </w:rPr>
            </w:pPr>
            <w:r w:rsidRPr="00A00281">
              <w:rPr>
                <w:sz w:val="18"/>
                <w:szCs w:val="18"/>
              </w:rPr>
              <w:t>Skala</w:t>
            </w:r>
          </w:p>
        </w:tc>
      </w:tr>
      <w:tr w:rsidR="00A00281" w:rsidRPr="00A00281" w14:paraId="28FFD750" w14:textId="77777777" w:rsidTr="002B02C0">
        <w:trPr>
          <w:trHeight w:val="3139"/>
        </w:trPr>
        <w:tc>
          <w:tcPr>
            <w:tcW w:w="1037" w:type="dxa"/>
            <w:tcBorders>
              <w:bottom w:val="nil"/>
            </w:tcBorders>
          </w:tcPr>
          <w:p w14:paraId="0185683B" w14:textId="101CAFBF"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Dukungan Keluarga</w:t>
            </w:r>
          </w:p>
        </w:tc>
        <w:tc>
          <w:tcPr>
            <w:tcW w:w="1798" w:type="dxa"/>
            <w:tcBorders>
              <w:bottom w:val="nil"/>
            </w:tcBorders>
          </w:tcPr>
          <w:p w14:paraId="75FC55D4" w14:textId="30C7774E"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Dukungan keluarga adalah segala bentuk bantuan, perhatian, dan dorongan yang diberikan keluarga kepada ibu menyusui bayi usia 6–12 bulan dalam pemberian ASI eksklusif</w:t>
            </w:r>
          </w:p>
        </w:tc>
        <w:tc>
          <w:tcPr>
            <w:tcW w:w="1646" w:type="dxa"/>
          </w:tcPr>
          <w:p w14:paraId="6C75A145" w14:textId="0C079646"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Dukungan Emosional</w:t>
            </w:r>
          </w:p>
        </w:tc>
        <w:tc>
          <w:tcPr>
            <w:tcW w:w="1027" w:type="dxa"/>
          </w:tcPr>
          <w:p w14:paraId="77B8D829" w14:textId="0B06F056"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Kuesioner tertutup</w:t>
            </w:r>
          </w:p>
        </w:tc>
        <w:tc>
          <w:tcPr>
            <w:tcW w:w="987" w:type="dxa"/>
          </w:tcPr>
          <w:p w14:paraId="0949A618" w14:textId="0034E879"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Kusioner</w:t>
            </w:r>
            <w:r w:rsidR="006B3F2C" w:rsidRPr="00A00281">
              <w:rPr>
                <w:b w:val="0"/>
                <w:bCs w:val="0"/>
                <w:sz w:val="18"/>
                <w:szCs w:val="18"/>
              </w:rPr>
              <w:t>-8 item soal</w:t>
            </w:r>
          </w:p>
        </w:tc>
        <w:tc>
          <w:tcPr>
            <w:tcW w:w="1207" w:type="dxa"/>
          </w:tcPr>
          <w:p w14:paraId="11F3DC8F" w14:textId="7175258F" w:rsidR="004C604E" w:rsidRPr="00A00281" w:rsidRDefault="004C604E" w:rsidP="00A00281">
            <w:pPr>
              <w:pStyle w:val="TOC1"/>
              <w:spacing w:before="0" w:line="360" w:lineRule="auto"/>
              <w:ind w:left="0"/>
              <w:rPr>
                <w:b w:val="0"/>
                <w:bCs w:val="0"/>
                <w:sz w:val="18"/>
                <w:szCs w:val="18"/>
              </w:rPr>
            </w:pPr>
            <w:r w:rsidRPr="00A00281">
              <w:rPr>
                <w:b w:val="0"/>
                <w:bCs w:val="0"/>
                <w:sz w:val="18"/>
                <w:szCs w:val="18"/>
              </w:rPr>
              <w:t>&gt;</w:t>
            </w:r>
            <w:r w:rsidR="00C36E88" w:rsidRPr="00A00281">
              <w:rPr>
                <w:b w:val="0"/>
                <w:bCs w:val="0"/>
                <w:sz w:val="18"/>
                <w:szCs w:val="18"/>
              </w:rPr>
              <w:t>20</w:t>
            </w:r>
            <w:r w:rsidRPr="00A00281">
              <w:rPr>
                <w:b w:val="0"/>
                <w:bCs w:val="0"/>
                <w:sz w:val="18"/>
                <w:szCs w:val="18"/>
              </w:rPr>
              <w:t xml:space="preserve"> </w:t>
            </w:r>
            <w:r w:rsidR="00C06FDA" w:rsidRPr="00A00281">
              <w:rPr>
                <w:b w:val="0"/>
                <w:bCs w:val="0"/>
                <w:sz w:val="18"/>
                <w:szCs w:val="18"/>
              </w:rPr>
              <w:t>Mendukung/</w:t>
            </w:r>
          </w:p>
          <w:p w14:paraId="69758A4F" w14:textId="055DC1E7" w:rsidR="00BA46C0" w:rsidRPr="00A00281" w:rsidRDefault="00C36E88" w:rsidP="00A00281">
            <w:pPr>
              <w:pStyle w:val="TOC1"/>
              <w:spacing w:before="0" w:line="360" w:lineRule="auto"/>
              <w:ind w:left="0"/>
              <w:rPr>
                <w:b w:val="0"/>
                <w:bCs w:val="0"/>
                <w:sz w:val="18"/>
                <w:szCs w:val="18"/>
              </w:rPr>
            </w:pPr>
            <w:r w:rsidRPr="00A00281">
              <w:rPr>
                <w:b w:val="0"/>
                <w:bCs w:val="0"/>
                <w:sz w:val="18"/>
                <w:szCs w:val="18"/>
              </w:rPr>
              <w:t>&lt;20</w:t>
            </w:r>
            <w:r w:rsidR="006B3F2C" w:rsidRPr="00A00281">
              <w:rPr>
                <w:b w:val="0"/>
                <w:bCs w:val="0"/>
                <w:sz w:val="18"/>
                <w:szCs w:val="18"/>
              </w:rPr>
              <w:t xml:space="preserve"> </w:t>
            </w:r>
            <w:r w:rsidR="00C06FDA" w:rsidRPr="00A00281">
              <w:rPr>
                <w:b w:val="0"/>
                <w:bCs w:val="0"/>
                <w:sz w:val="18"/>
                <w:szCs w:val="18"/>
              </w:rPr>
              <w:t>Tidak mendukung</w:t>
            </w:r>
          </w:p>
        </w:tc>
        <w:tc>
          <w:tcPr>
            <w:tcW w:w="877" w:type="dxa"/>
          </w:tcPr>
          <w:p w14:paraId="5D47DD40" w14:textId="62B5715A" w:rsidR="00BA46C0" w:rsidRPr="00A00281" w:rsidRDefault="00C06FDA" w:rsidP="00A00281">
            <w:pPr>
              <w:pStyle w:val="TOC1"/>
              <w:spacing w:before="0" w:line="360" w:lineRule="auto"/>
              <w:ind w:left="0"/>
              <w:rPr>
                <w:b w:val="0"/>
                <w:bCs w:val="0"/>
                <w:sz w:val="18"/>
                <w:szCs w:val="18"/>
              </w:rPr>
            </w:pPr>
            <w:r w:rsidRPr="00A00281">
              <w:rPr>
                <w:b w:val="0"/>
                <w:bCs w:val="0"/>
                <w:sz w:val="18"/>
                <w:szCs w:val="18"/>
              </w:rPr>
              <w:t>Nominal</w:t>
            </w:r>
          </w:p>
        </w:tc>
      </w:tr>
      <w:tr w:rsidR="00A00281" w:rsidRPr="00A00281" w14:paraId="5CCD8D06" w14:textId="77777777" w:rsidTr="002B02C0">
        <w:tc>
          <w:tcPr>
            <w:tcW w:w="1037" w:type="dxa"/>
            <w:tcBorders>
              <w:top w:val="nil"/>
              <w:bottom w:val="nil"/>
            </w:tcBorders>
          </w:tcPr>
          <w:p w14:paraId="79F3E396" w14:textId="77777777" w:rsidR="00C06FDA" w:rsidRPr="00A00281" w:rsidRDefault="00C06FDA" w:rsidP="00A00281">
            <w:pPr>
              <w:pStyle w:val="TOC1"/>
              <w:spacing w:before="0" w:line="360" w:lineRule="auto"/>
              <w:ind w:left="0"/>
              <w:rPr>
                <w:b w:val="0"/>
                <w:bCs w:val="0"/>
                <w:sz w:val="18"/>
                <w:szCs w:val="18"/>
              </w:rPr>
            </w:pPr>
          </w:p>
        </w:tc>
        <w:tc>
          <w:tcPr>
            <w:tcW w:w="1798" w:type="dxa"/>
            <w:tcBorders>
              <w:top w:val="nil"/>
              <w:bottom w:val="nil"/>
            </w:tcBorders>
          </w:tcPr>
          <w:p w14:paraId="1C6EF54B" w14:textId="77777777" w:rsidR="00C06FDA" w:rsidRPr="00A00281" w:rsidRDefault="00C06FDA" w:rsidP="00A00281">
            <w:pPr>
              <w:pStyle w:val="TOC1"/>
              <w:spacing w:before="0" w:line="360" w:lineRule="auto"/>
              <w:ind w:left="0"/>
              <w:rPr>
                <w:b w:val="0"/>
                <w:bCs w:val="0"/>
                <w:sz w:val="18"/>
                <w:szCs w:val="18"/>
              </w:rPr>
            </w:pPr>
          </w:p>
        </w:tc>
        <w:tc>
          <w:tcPr>
            <w:tcW w:w="1646" w:type="dxa"/>
          </w:tcPr>
          <w:p w14:paraId="67C50533" w14:textId="5DF246AF"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Dukungan Instrumental</w:t>
            </w:r>
          </w:p>
        </w:tc>
        <w:tc>
          <w:tcPr>
            <w:tcW w:w="1027" w:type="dxa"/>
          </w:tcPr>
          <w:p w14:paraId="0C657642" w14:textId="1A96AFFD"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Kuesioner tertutup</w:t>
            </w:r>
          </w:p>
        </w:tc>
        <w:tc>
          <w:tcPr>
            <w:tcW w:w="987" w:type="dxa"/>
          </w:tcPr>
          <w:p w14:paraId="2B7677B4" w14:textId="05FED3A2"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Kusioner</w:t>
            </w:r>
            <w:r w:rsidR="006B3F2C" w:rsidRPr="00A00281">
              <w:rPr>
                <w:b w:val="0"/>
                <w:bCs w:val="0"/>
                <w:sz w:val="18"/>
                <w:szCs w:val="18"/>
              </w:rPr>
              <w:t>-9 item soal</w:t>
            </w:r>
          </w:p>
        </w:tc>
        <w:tc>
          <w:tcPr>
            <w:tcW w:w="1207" w:type="dxa"/>
          </w:tcPr>
          <w:p w14:paraId="321AC310" w14:textId="66223F24" w:rsidR="004C604E" w:rsidRPr="00A00281" w:rsidRDefault="004C604E" w:rsidP="00A00281">
            <w:pPr>
              <w:pStyle w:val="TOC1"/>
              <w:spacing w:before="0" w:line="360" w:lineRule="auto"/>
              <w:ind w:left="0"/>
              <w:rPr>
                <w:b w:val="0"/>
                <w:bCs w:val="0"/>
                <w:sz w:val="18"/>
                <w:szCs w:val="18"/>
              </w:rPr>
            </w:pPr>
            <w:r w:rsidRPr="00A00281">
              <w:rPr>
                <w:b w:val="0"/>
                <w:bCs w:val="0"/>
                <w:sz w:val="18"/>
                <w:szCs w:val="18"/>
              </w:rPr>
              <w:t>&gt;</w:t>
            </w:r>
            <w:r w:rsidR="00C36E88" w:rsidRPr="00A00281">
              <w:rPr>
                <w:b w:val="0"/>
                <w:bCs w:val="0"/>
                <w:sz w:val="18"/>
                <w:szCs w:val="18"/>
              </w:rPr>
              <w:t xml:space="preserve">23 </w:t>
            </w:r>
            <w:r w:rsidR="00C06FDA" w:rsidRPr="00A00281">
              <w:rPr>
                <w:b w:val="0"/>
                <w:bCs w:val="0"/>
                <w:sz w:val="18"/>
                <w:szCs w:val="18"/>
              </w:rPr>
              <w:t>Mendukung/</w:t>
            </w:r>
          </w:p>
          <w:p w14:paraId="7ADAF0EE" w14:textId="4598683C" w:rsidR="00C06FDA" w:rsidRPr="00A00281" w:rsidRDefault="004C604E" w:rsidP="00A00281">
            <w:pPr>
              <w:pStyle w:val="TOC1"/>
              <w:spacing w:before="0" w:line="360" w:lineRule="auto"/>
              <w:ind w:left="0"/>
              <w:rPr>
                <w:b w:val="0"/>
                <w:bCs w:val="0"/>
                <w:sz w:val="18"/>
                <w:szCs w:val="18"/>
              </w:rPr>
            </w:pPr>
            <w:r w:rsidRPr="00A00281">
              <w:rPr>
                <w:b w:val="0"/>
                <w:bCs w:val="0"/>
                <w:sz w:val="18"/>
                <w:szCs w:val="18"/>
              </w:rPr>
              <w:t>&lt;</w:t>
            </w:r>
            <w:r w:rsidR="00C36E88" w:rsidRPr="00A00281">
              <w:rPr>
                <w:b w:val="0"/>
                <w:bCs w:val="0"/>
                <w:sz w:val="18"/>
                <w:szCs w:val="18"/>
              </w:rPr>
              <w:t>23</w:t>
            </w:r>
            <w:r w:rsidRPr="00A00281">
              <w:rPr>
                <w:b w:val="0"/>
                <w:bCs w:val="0"/>
                <w:sz w:val="18"/>
                <w:szCs w:val="18"/>
              </w:rPr>
              <w:t xml:space="preserve"> </w:t>
            </w:r>
            <w:r w:rsidR="00C06FDA" w:rsidRPr="00A00281">
              <w:rPr>
                <w:b w:val="0"/>
                <w:bCs w:val="0"/>
                <w:sz w:val="18"/>
                <w:szCs w:val="18"/>
              </w:rPr>
              <w:t>Tidak mendukung</w:t>
            </w:r>
          </w:p>
        </w:tc>
        <w:tc>
          <w:tcPr>
            <w:tcW w:w="877" w:type="dxa"/>
          </w:tcPr>
          <w:p w14:paraId="3C59D1AC" w14:textId="36488A61"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Nominal</w:t>
            </w:r>
          </w:p>
        </w:tc>
      </w:tr>
      <w:tr w:rsidR="00A00281" w:rsidRPr="00A00281" w14:paraId="07F61670" w14:textId="77777777" w:rsidTr="002B02C0">
        <w:tc>
          <w:tcPr>
            <w:tcW w:w="1037" w:type="dxa"/>
            <w:tcBorders>
              <w:top w:val="nil"/>
              <w:bottom w:val="nil"/>
            </w:tcBorders>
          </w:tcPr>
          <w:p w14:paraId="54A7FB57" w14:textId="77777777" w:rsidR="00C06FDA" w:rsidRPr="00A00281" w:rsidRDefault="00C06FDA" w:rsidP="00A00281">
            <w:pPr>
              <w:pStyle w:val="TOC1"/>
              <w:spacing w:before="0" w:line="360" w:lineRule="auto"/>
              <w:ind w:left="0"/>
              <w:rPr>
                <w:b w:val="0"/>
                <w:bCs w:val="0"/>
                <w:sz w:val="18"/>
                <w:szCs w:val="18"/>
              </w:rPr>
            </w:pPr>
          </w:p>
        </w:tc>
        <w:tc>
          <w:tcPr>
            <w:tcW w:w="1798" w:type="dxa"/>
            <w:tcBorders>
              <w:top w:val="nil"/>
              <w:bottom w:val="nil"/>
            </w:tcBorders>
          </w:tcPr>
          <w:p w14:paraId="4B62227B" w14:textId="77777777" w:rsidR="00C06FDA" w:rsidRPr="00A00281" w:rsidRDefault="00C06FDA" w:rsidP="00A00281">
            <w:pPr>
              <w:pStyle w:val="TOC1"/>
              <w:spacing w:before="0" w:line="360" w:lineRule="auto"/>
              <w:ind w:left="0"/>
              <w:rPr>
                <w:b w:val="0"/>
                <w:bCs w:val="0"/>
                <w:sz w:val="18"/>
                <w:szCs w:val="18"/>
              </w:rPr>
            </w:pPr>
          </w:p>
        </w:tc>
        <w:tc>
          <w:tcPr>
            <w:tcW w:w="1646" w:type="dxa"/>
          </w:tcPr>
          <w:p w14:paraId="0ED1956A" w14:textId="323359DA"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Dukungan Informasional</w:t>
            </w:r>
          </w:p>
        </w:tc>
        <w:tc>
          <w:tcPr>
            <w:tcW w:w="1027" w:type="dxa"/>
          </w:tcPr>
          <w:p w14:paraId="195DB6FC" w14:textId="21EA3722"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Kuesioner tertutup</w:t>
            </w:r>
          </w:p>
        </w:tc>
        <w:tc>
          <w:tcPr>
            <w:tcW w:w="987" w:type="dxa"/>
          </w:tcPr>
          <w:p w14:paraId="3B41B338" w14:textId="1EFF168A"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Kusioner</w:t>
            </w:r>
            <w:r w:rsidR="006B3F2C" w:rsidRPr="00A00281">
              <w:rPr>
                <w:b w:val="0"/>
                <w:bCs w:val="0"/>
                <w:sz w:val="18"/>
                <w:szCs w:val="18"/>
              </w:rPr>
              <w:t>-9 item soal</w:t>
            </w:r>
          </w:p>
        </w:tc>
        <w:tc>
          <w:tcPr>
            <w:tcW w:w="1207" w:type="dxa"/>
          </w:tcPr>
          <w:p w14:paraId="2F31ADC1" w14:textId="77486930" w:rsidR="004C604E" w:rsidRPr="00A00281" w:rsidRDefault="004C604E" w:rsidP="00A00281">
            <w:pPr>
              <w:pStyle w:val="TOC1"/>
              <w:spacing w:before="0" w:line="360" w:lineRule="auto"/>
              <w:ind w:left="0"/>
              <w:rPr>
                <w:b w:val="0"/>
                <w:bCs w:val="0"/>
                <w:sz w:val="18"/>
                <w:szCs w:val="18"/>
              </w:rPr>
            </w:pPr>
            <w:r w:rsidRPr="00A00281">
              <w:rPr>
                <w:b w:val="0"/>
                <w:bCs w:val="0"/>
                <w:sz w:val="18"/>
                <w:szCs w:val="18"/>
              </w:rPr>
              <w:t>&gt;</w:t>
            </w:r>
            <w:r w:rsidR="00C36E88" w:rsidRPr="00A00281">
              <w:rPr>
                <w:b w:val="0"/>
                <w:bCs w:val="0"/>
                <w:sz w:val="18"/>
                <w:szCs w:val="18"/>
              </w:rPr>
              <w:t>23</w:t>
            </w:r>
            <w:r w:rsidRPr="00A00281">
              <w:rPr>
                <w:b w:val="0"/>
                <w:bCs w:val="0"/>
                <w:sz w:val="18"/>
                <w:szCs w:val="18"/>
              </w:rPr>
              <w:t xml:space="preserve">  </w:t>
            </w:r>
            <w:r w:rsidR="00C06FDA" w:rsidRPr="00A00281">
              <w:rPr>
                <w:b w:val="0"/>
                <w:bCs w:val="0"/>
                <w:sz w:val="18"/>
                <w:szCs w:val="18"/>
              </w:rPr>
              <w:t>Mendukung/</w:t>
            </w:r>
          </w:p>
          <w:p w14:paraId="628544BB" w14:textId="4A6132E8" w:rsidR="00C06FDA" w:rsidRPr="00A00281" w:rsidRDefault="004C604E" w:rsidP="00A00281">
            <w:pPr>
              <w:pStyle w:val="TOC1"/>
              <w:spacing w:before="0" w:line="360" w:lineRule="auto"/>
              <w:ind w:left="0"/>
              <w:rPr>
                <w:b w:val="0"/>
                <w:bCs w:val="0"/>
                <w:sz w:val="18"/>
                <w:szCs w:val="18"/>
              </w:rPr>
            </w:pPr>
            <w:r w:rsidRPr="00A00281">
              <w:rPr>
                <w:b w:val="0"/>
                <w:bCs w:val="0"/>
                <w:sz w:val="18"/>
                <w:szCs w:val="18"/>
              </w:rPr>
              <w:t>&lt;</w:t>
            </w:r>
            <w:r w:rsidR="00C36E88" w:rsidRPr="00A00281">
              <w:rPr>
                <w:b w:val="0"/>
                <w:bCs w:val="0"/>
                <w:sz w:val="18"/>
                <w:szCs w:val="18"/>
              </w:rPr>
              <w:t>23</w:t>
            </w:r>
            <w:r w:rsidRPr="00A00281">
              <w:rPr>
                <w:b w:val="0"/>
                <w:bCs w:val="0"/>
                <w:sz w:val="18"/>
                <w:szCs w:val="18"/>
              </w:rPr>
              <w:t xml:space="preserve"> </w:t>
            </w:r>
            <w:r w:rsidR="00C06FDA" w:rsidRPr="00A00281">
              <w:rPr>
                <w:b w:val="0"/>
                <w:bCs w:val="0"/>
                <w:sz w:val="18"/>
                <w:szCs w:val="18"/>
              </w:rPr>
              <w:t>Tidak mendukung</w:t>
            </w:r>
          </w:p>
        </w:tc>
        <w:tc>
          <w:tcPr>
            <w:tcW w:w="877" w:type="dxa"/>
          </w:tcPr>
          <w:p w14:paraId="2DAAAE86" w14:textId="17F176FE"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Nominal</w:t>
            </w:r>
          </w:p>
        </w:tc>
      </w:tr>
      <w:tr w:rsidR="00A00281" w:rsidRPr="00A00281" w14:paraId="340351B9" w14:textId="77777777" w:rsidTr="002B02C0">
        <w:tc>
          <w:tcPr>
            <w:tcW w:w="1037" w:type="dxa"/>
            <w:tcBorders>
              <w:top w:val="nil"/>
            </w:tcBorders>
          </w:tcPr>
          <w:p w14:paraId="4C5DD708" w14:textId="77777777" w:rsidR="00C06FDA" w:rsidRPr="00A00281" w:rsidRDefault="00C06FDA" w:rsidP="00A00281">
            <w:pPr>
              <w:pStyle w:val="TOC1"/>
              <w:spacing w:before="0" w:line="360" w:lineRule="auto"/>
              <w:ind w:left="0"/>
              <w:rPr>
                <w:b w:val="0"/>
                <w:bCs w:val="0"/>
                <w:sz w:val="18"/>
                <w:szCs w:val="18"/>
              </w:rPr>
            </w:pPr>
          </w:p>
        </w:tc>
        <w:tc>
          <w:tcPr>
            <w:tcW w:w="1798" w:type="dxa"/>
            <w:tcBorders>
              <w:top w:val="nil"/>
            </w:tcBorders>
          </w:tcPr>
          <w:p w14:paraId="470F37A1" w14:textId="77777777" w:rsidR="00C06FDA" w:rsidRPr="00A00281" w:rsidRDefault="00C06FDA" w:rsidP="00A00281">
            <w:pPr>
              <w:pStyle w:val="TOC1"/>
              <w:spacing w:before="0" w:line="360" w:lineRule="auto"/>
              <w:ind w:left="0"/>
              <w:rPr>
                <w:b w:val="0"/>
                <w:bCs w:val="0"/>
                <w:sz w:val="18"/>
                <w:szCs w:val="18"/>
              </w:rPr>
            </w:pPr>
          </w:p>
        </w:tc>
        <w:tc>
          <w:tcPr>
            <w:tcW w:w="1646" w:type="dxa"/>
          </w:tcPr>
          <w:p w14:paraId="2DD600A5" w14:textId="7337A06E"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Dukungan Appraisal</w:t>
            </w:r>
          </w:p>
        </w:tc>
        <w:tc>
          <w:tcPr>
            <w:tcW w:w="1027" w:type="dxa"/>
          </w:tcPr>
          <w:p w14:paraId="05E375AA" w14:textId="3151CC00"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Kuesioner tertutup</w:t>
            </w:r>
          </w:p>
        </w:tc>
        <w:tc>
          <w:tcPr>
            <w:tcW w:w="987" w:type="dxa"/>
          </w:tcPr>
          <w:p w14:paraId="0225A552" w14:textId="18026C11"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Kusioner</w:t>
            </w:r>
            <w:r w:rsidR="006B3F2C" w:rsidRPr="00A00281">
              <w:rPr>
                <w:b w:val="0"/>
                <w:bCs w:val="0"/>
                <w:sz w:val="18"/>
                <w:szCs w:val="18"/>
              </w:rPr>
              <w:t>-</w:t>
            </w:r>
            <w:r w:rsidR="006E7C7D" w:rsidRPr="00A00281">
              <w:rPr>
                <w:b w:val="0"/>
                <w:bCs w:val="0"/>
                <w:sz w:val="18"/>
                <w:szCs w:val="18"/>
              </w:rPr>
              <w:t>8</w:t>
            </w:r>
            <w:r w:rsidR="006B3F2C" w:rsidRPr="00A00281">
              <w:rPr>
                <w:b w:val="0"/>
                <w:bCs w:val="0"/>
                <w:sz w:val="18"/>
                <w:szCs w:val="18"/>
              </w:rPr>
              <w:t xml:space="preserve"> item soal</w:t>
            </w:r>
          </w:p>
        </w:tc>
        <w:tc>
          <w:tcPr>
            <w:tcW w:w="1207" w:type="dxa"/>
          </w:tcPr>
          <w:p w14:paraId="7027824A" w14:textId="1839C689" w:rsidR="004C604E" w:rsidRPr="00A00281" w:rsidRDefault="004C604E" w:rsidP="00A00281">
            <w:pPr>
              <w:pStyle w:val="TOC1"/>
              <w:spacing w:before="0" w:line="360" w:lineRule="auto"/>
              <w:ind w:left="0"/>
              <w:rPr>
                <w:b w:val="0"/>
                <w:bCs w:val="0"/>
                <w:sz w:val="18"/>
                <w:szCs w:val="18"/>
              </w:rPr>
            </w:pPr>
            <w:r w:rsidRPr="00A00281">
              <w:rPr>
                <w:b w:val="0"/>
                <w:bCs w:val="0"/>
                <w:sz w:val="18"/>
                <w:szCs w:val="18"/>
              </w:rPr>
              <w:t>&gt;</w:t>
            </w:r>
            <w:r w:rsidR="00C36E88" w:rsidRPr="00A00281">
              <w:rPr>
                <w:b w:val="0"/>
                <w:bCs w:val="0"/>
                <w:sz w:val="18"/>
                <w:szCs w:val="18"/>
              </w:rPr>
              <w:t>20</w:t>
            </w:r>
            <w:r w:rsidR="006E7C7D" w:rsidRPr="00A00281">
              <w:rPr>
                <w:b w:val="0"/>
                <w:bCs w:val="0"/>
                <w:sz w:val="18"/>
                <w:szCs w:val="18"/>
              </w:rPr>
              <w:t xml:space="preserve"> </w:t>
            </w:r>
            <w:r w:rsidR="00C06FDA" w:rsidRPr="00A00281">
              <w:rPr>
                <w:b w:val="0"/>
                <w:bCs w:val="0"/>
                <w:sz w:val="18"/>
                <w:szCs w:val="18"/>
              </w:rPr>
              <w:t>Mendukung/</w:t>
            </w:r>
          </w:p>
          <w:p w14:paraId="7943F4DB" w14:textId="3CD57E72" w:rsidR="00C06FDA" w:rsidRPr="00A00281" w:rsidRDefault="004C604E" w:rsidP="00A00281">
            <w:pPr>
              <w:pStyle w:val="TOC1"/>
              <w:spacing w:before="0" w:line="360" w:lineRule="auto"/>
              <w:ind w:left="0"/>
              <w:rPr>
                <w:b w:val="0"/>
                <w:bCs w:val="0"/>
                <w:sz w:val="18"/>
                <w:szCs w:val="18"/>
              </w:rPr>
            </w:pPr>
            <w:r w:rsidRPr="00A00281">
              <w:rPr>
                <w:b w:val="0"/>
                <w:bCs w:val="0"/>
                <w:sz w:val="18"/>
                <w:szCs w:val="18"/>
              </w:rPr>
              <w:t>&lt;</w:t>
            </w:r>
            <w:r w:rsidR="00C36E88" w:rsidRPr="00A00281">
              <w:rPr>
                <w:b w:val="0"/>
                <w:bCs w:val="0"/>
                <w:sz w:val="18"/>
                <w:szCs w:val="18"/>
              </w:rPr>
              <w:t>20</w:t>
            </w:r>
            <w:r w:rsidR="006E7C7D" w:rsidRPr="00A00281">
              <w:rPr>
                <w:b w:val="0"/>
                <w:bCs w:val="0"/>
                <w:sz w:val="18"/>
                <w:szCs w:val="18"/>
              </w:rPr>
              <w:t xml:space="preserve"> </w:t>
            </w:r>
            <w:r w:rsidR="00C06FDA" w:rsidRPr="00A00281">
              <w:rPr>
                <w:b w:val="0"/>
                <w:bCs w:val="0"/>
                <w:sz w:val="18"/>
                <w:szCs w:val="18"/>
              </w:rPr>
              <w:t>Tidak mendukung</w:t>
            </w:r>
          </w:p>
        </w:tc>
        <w:tc>
          <w:tcPr>
            <w:tcW w:w="877" w:type="dxa"/>
          </w:tcPr>
          <w:p w14:paraId="3F156CFF" w14:textId="256EBA41" w:rsidR="00C06FDA" w:rsidRPr="00A00281" w:rsidRDefault="00C06FDA" w:rsidP="00A00281">
            <w:pPr>
              <w:pStyle w:val="TOC1"/>
              <w:spacing w:before="0" w:line="360" w:lineRule="auto"/>
              <w:ind w:left="0"/>
              <w:rPr>
                <w:b w:val="0"/>
                <w:bCs w:val="0"/>
                <w:sz w:val="18"/>
                <w:szCs w:val="18"/>
              </w:rPr>
            </w:pPr>
            <w:r w:rsidRPr="00A00281">
              <w:rPr>
                <w:b w:val="0"/>
                <w:bCs w:val="0"/>
                <w:sz w:val="18"/>
                <w:szCs w:val="18"/>
              </w:rPr>
              <w:t>Nominal</w:t>
            </w:r>
          </w:p>
        </w:tc>
      </w:tr>
    </w:tbl>
    <w:p w14:paraId="69F17715" w14:textId="77777777" w:rsidR="002B02C0" w:rsidRPr="00145753" w:rsidRDefault="002B02C0" w:rsidP="005F376F">
      <w:pPr>
        <w:spacing w:before="136"/>
        <w:rPr>
          <w:rFonts w:ascii="Arial" w:hAnsi="Arial" w:cs="Arial"/>
          <w:b/>
        </w:rPr>
      </w:pPr>
    </w:p>
    <w:p w14:paraId="0A56CE1C" w14:textId="77777777" w:rsidR="00547B98" w:rsidRPr="00145753" w:rsidRDefault="0027081F" w:rsidP="00BB05DB">
      <w:pPr>
        <w:pStyle w:val="Heading4"/>
        <w:numPr>
          <w:ilvl w:val="0"/>
          <w:numId w:val="3"/>
        </w:numPr>
        <w:tabs>
          <w:tab w:val="left" w:pos="1560"/>
        </w:tabs>
        <w:spacing w:line="360" w:lineRule="auto"/>
        <w:ind w:left="567" w:hanging="425"/>
        <w:jc w:val="both"/>
        <w:rPr>
          <w:b w:val="0"/>
        </w:rPr>
      </w:pPr>
      <w:bookmarkStart w:id="21" w:name="_TOC_250000"/>
      <w:r w:rsidRPr="00145753">
        <w:t>Pengumpulan</w:t>
      </w:r>
      <w:r w:rsidRPr="00145753">
        <w:rPr>
          <w:spacing w:val="-3"/>
        </w:rPr>
        <w:t xml:space="preserve"> </w:t>
      </w:r>
      <w:bookmarkEnd w:id="21"/>
      <w:r w:rsidRPr="00145753">
        <w:rPr>
          <w:spacing w:val="-4"/>
        </w:rPr>
        <w:t>Data</w:t>
      </w:r>
    </w:p>
    <w:p w14:paraId="4F53989F" w14:textId="77777777" w:rsidR="0067076D" w:rsidRPr="003E4230" w:rsidRDefault="00354D78" w:rsidP="00BB05DB">
      <w:pPr>
        <w:numPr>
          <w:ilvl w:val="1"/>
          <w:numId w:val="3"/>
        </w:numPr>
        <w:tabs>
          <w:tab w:val="left" w:pos="993"/>
        </w:tabs>
        <w:spacing w:line="360" w:lineRule="auto"/>
        <w:ind w:hanging="994"/>
        <w:jc w:val="both"/>
        <w:rPr>
          <w:rFonts w:ascii="Arial" w:hAnsi="Arial" w:cs="Arial"/>
          <w:b/>
        </w:rPr>
      </w:pPr>
      <w:r w:rsidRPr="003E4230">
        <w:rPr>
          <w:rFonts w:ascii="Arial" w:hAnsi="Arial" w:cs="Arial"/>
          <w:b/>
          <w:spacing w:val="-4"/>
        </w:rPr>
        <w:t>Jenis Data</w:t>
      </w:r>
    </w:p>
    <w:p w14:paraId="02F2B8CF" w14:textId="3D610D9A" w:rsidR="00354D78" w:rsidRPr="00145753" w:rsidRDefault="00354D78" w:rsidP="00BB05DB">
      <w:pPr>
        <w:tabs>
          <w:tab w:val="left" w:pos="993"/>
        </w:tabs>
        <w:spacing w:line="360" w:lineRule="auto"/>
        <w:ind w:left="993"/>
        <w:jc w:val="both"/>
        <w:rPr>
          <w:rFonts w:ascii="Arial" w:hAnsi="Arial" w:cs="Arial"/>
          <w:bCs/>
        </w:rPr>
      </w:pPr>
      <w:r w:rsidRPr="00145753">
        <w:rPr>
          <w:rFonts w:ascii="Arial" w:hAnsi="Arial" w:cs="Arial"/>
          <w:bCs/>
        </w:rPr>
        <w:t>Penelitian ini menggunakan data primer, yaitu data yang diperoleh langsung dari responden (ibu yang memiliki bayi usia 6–12 bulan) melalui pengisian kuesioner.</w:t>
      </w:r>
    </w:p>
    <w:p w14:paraId="360F891F" w14:textId="77777777" w:rsidR="0067076D" w:rsidRPr="003E4230" w:rsidRDefault="0027081F" w:rsidP="00BB05DB">
      <w:pPr>
        <w:numPr>
          <w:ilvl w:val="1"/>
          <w:numId w:val="3"/>
        </w:numPr>
        <w:tabs>
          <w:tab w:val="left" w:pos="993"/>
          <w:tab w:val="left" w:pos="1646"/>
        </w:tabs>
        <w:spacing w:line="360" w:lineRule="auto"/>
        <w:ind w:hanging="994"/>
        <w:jc w:val="both"/>
        <w:rPr>
          <w:rFonts w:ascii="Arial" w:hAnsi="Arial" w:cs="Arial"/>
          <w:b/>
        </w:rPr>
      </w:pPr>
      <w:r w:rsidRPr="003E4230">
        <w:rPr>
          <w:rFonts w:ascii="Arial" w:hAnsi="Arial" w:cs="Arial"/>
          <w:b/>
        </w:rPr>
        <w:t>Pengumpulan</w:t>
      </w:r>
      <w:r w:rsidRPr="003E4230">
        <w:rPr>
          <w:rFonts w:ascii="Arial" w:hAnsi="Arial" w:cs="Arial"/>
          <w:b/>
          <w:spacing w:val="-7"/>
        </w:rPr>
        <w:t xml:space="preserve"> </w:t>
      </w:r>
      <w:r w:rsidRPr="003E4230">
        <w:rPr>
          <w:rFonts w:ascii="Arial" w:hAnsi="Arial" w:cs="Arial"/>
          <w:b/>
          <w:spacing w:val="-4"/>
        </w:rPr>
        <w:t>Data</w:t>
      </w:r>
    </w:p>
    <w:p w14:paraId="1834327C" w14:textId="4ABEB4EA" w:rsidR="00354D78" w:rsidRDefault="002B0BE4" w:rsidP="00BB05DB">
      <w:pPr>
        <w:tabs>
          <w:tab w:val="left" w:pos="993"/>
          <w:tab w:val="left" w:pos="1276"/>
        </w:tabs>
        <w:spacing w:line="360" w:lineRule="auto"/>
        <w:ind w:left="993" w:hanging="426"/>
        <w:jc w:val="both"/>
        <w:rPr>
          <w:rFonts w:ascii="Arial" w:hAnsi="Arial" w:cs="Arial"/>
        </w:rPr>
      </w:pPr>
      <w:r w:rsidRPr="00145753">
        <w:rPr>
          <w:rFonts w:ascii="Arial" w:hAnsi="Arial" w:cs="Arial"/>
        </w:rPr>
        <w:tab/>
      </w:r>
      <w:r w:rsidR="00354D78" w:rsidRPr="00145753">
        <w:rPr>
          <w:rFonts w:ascii="Arial" w:hAnsi="Arial" w:cs="Arial"/>
        </w:rPr>
        <w:t>Pengumpulan data dilakukan dengan membagikan kuesioner secara langsung kepada responden yang memenuhi kriteria inklusi. Sebelum mengisi, responden diberikan penjelasan mengenai tujuan penelitian, cara pengisian, serta jaminan kerahasiaan data. Jika responden membutuhkan bantuan, pengisian kuesioner dilakukan dengan wawancara oleh peneliti.</w:t>
      </w:r>
    </w:p>
    <w:p w14:paraId="112F5B83" w14:textId="77777777" w:rsidR="00710D63" w:rsidRPr="00145753" w:rsidRDefault="00710D63" w:rsidP="00BB05DB">
      <w:pPr>
        <w:tabs>
          <w:tab w:val="left" w:pos="993"/>
          <w:tab w:val="left" w:pos="1276"/>
        </w:tabs>
        <w:spacing w:line="360" w:lineRule="auto"/>
        <w:ind w:left="993" w:hanging="426"/>
        <w:jc w:val="both"/>
        <w:rPr>
          <w:rFonts w:ascii="Arial" w:hAnsi="Arial" w:cs="Arial"/>
        </w:rPr>
      </w:pPr>
    </w:p>
    <w:p w14:paraId="14FA8119" w14:textId="0BB31D22" w:rsidR="00547B98" w:rsidRPr="003E4230" w:rsidRDefault="0067076D" w:rsidP="00BB05DB">
      <w:pPr>
        <w:numPr>
          <w:ilvl w:val="1"/>
          <w:numId w:val="3"/>
        </w:numPr>
        <w:tabs>
          <w:tab w:val="left" w:pos="993"/>
          <w:tab w:val="left" w:pos="1643"/>
        </w:tabs>
        <w:spacing w:line="360" w:lineRule="auto"/>
        <w:ind w:left="1643" w:hanging="994"/>
        <w:jc w:val="both"/>
        <w:rPr>
          <w:rFonts w:ascii="Arial" w:hAnsi="Arial" w:cs="Arial"/>
          <w:b/>
          <w:bCs/>
        </w:rPr>
      </w:pPr>
      <w:r w:rsidRPr="003E4230">
        <w:rPr>
          <w:rFonts w:ascii="Arial" w:hAnsi="Arial" w:cs="Arial"/>
          <w:b/>
          <w:bCs/>
        </w:rPr>
        <w:lastRenderedPageBreak/>
        <w:t>Instrumen Pengumpulan</w:t>
      </w:r>
      <w:r w:rsidRPr="003E4230">
        <w:rPr>
          <w:rFonts w:ascii="Arial" w:hAnsi="Arial" w:cs="Arial"/>
          <w:b/>
          <w:bCs/>
          <w:spacing w:val="-4"/>
        </w:rPr>
        <w:t xml:space="preserve"> Data</w:t>
      </w:r>
    </w:p>
    <w:p w14:paraId="2E18CBE1" w14:textId="471BE87A" w:rsidR="00302133" w:rsidRPr="00145753" w:rsidRDefault="002B0BE4" w:rsidP="00BB05DB">
      <w:pPr>
        <w:tabs>
          <w:tab w:val="left" w:pos="993"/>
        </w:tabs>
        <w:spacing w:line="360" w:lineRule="auto"/>
        <w:ind w:left="993" w:hanging="342"/>
        <w:jc w:val="both"/>
        <w:rPr>
          <w:rFonts w:ascii="Arial" w:hAnsi="Arial" w:cs="Arial"/>
        </w:rPr>
      </w:pPr>
      <w:r w:rsidRPr="00145753">
        <w:rPr>
          <w:rFonts w:ascii="Arial" w:hAnsi="Arial" w:cs="Arial"/>
        </w:rPr>
        <w:tab/>
      </w:r>
      <w:r w:rsidR="00302133" w:rsidRPr="00145753">
        <w:rPr>
          <w:rFonts w:ascii="Arial" w:hAnsi="Arial" w:cs="Arial"/>
        </w:rPr>
        <w:t>Instrumen penelitian berupa kuesioner dukungan keluarga terhadap pemberian ASI eksklusif yang terdiri dari 34 item. Item tersebut terbagi ke dalam empat indikator:</w:t>
      </w:r>
    </w:p>
    <w:p w14:paraId="0FBABF72" w14:textId="506D9514" w:rsidR="00302133" w:rsidRPr="00145753" w:rsidRDefault="00302133" w:rsidP="00BB05DB">
      <w:pPr>
        <w:numPr>
          <w:ilvl w:val="2"/>
          <w:numId w:val="3"/>
        </w:numPr>
        <w:tabs>
          <w:tab w:val="left" w:pos="993"/>
        </w:tabs>
        <w:spacing w:line="360" w:lineRule="auto"/>
        <w:ind w:left="1276" w:hanging="283"/>
        <w:jc w:val="both"/>
        <w:rPr>
          <w:rFonts w:ascii="Arial" w:hAnsi="Arial" w:cs="Arial"/>
        </w:rPr>
      </w:pPr>
      <w:r w:rsidRPr="00145753">
        <w:rPr>
          <w:rFonts w:ascii="Arial" w:hAnsi="Arial" w:cs="Arial"/>
        </w:rPr>
        <w:t>Dukungan emosional = 8 item</w:t>
      </w:r>
    </w:p>
    <w:p w14:paraId="03A94487" w14:textId="77777777" w:rsidR="00302133" w:rsidRPr="00145753" w:rsidRDefault="00302133" w:rsidP="00BB05DB">
      <w:pPr>
        <w:numPr>
          <w:ilvl w:val="2"/>
          <w:numId w:val="3"/>
        </w:numPr>
        <w:tabs>
          <w:tab w:val="left" w:pos="993"/>
        </w:tabs>
        <w:spacing w:line="360" w:lineRule="auto"/>
        <w:ind w:left="1276" w:hanging="283"/>
        <w:jc w:val="both"/>
        <w:rPr>
          <w:rFonts w:ascii="Arial" w:hAnsi="Arial" w:cs="Arial"/>
        </w:rPr>
      </w:pPr>
      <w:r w:rsidRPr="00145753">
        <w:rPr>
          <w:rFonts w:ascii="Arial" w:hAnsi="Arial" w:cs="Arial"/>
        </w:rPr>
        <w:t>Dukungan instrumental = 9 item</w:t>
      </w:r>
    </w:p>
    <w:p w14:paraId="3066A336" w14:textId="77777777" w:rsidR="00302133" w:rsidRPr="00145753" w:rsidRDefault="00302133" w:rsidP="00BB05DB">
      <w:pPr>
        <w:numPr>
          <w:ilvl w:val="2"/>
          <w:numId w:val="3"/>
        </w:numPr>
        <w:tabs>
          <w:tab w:val="left" w:pos="993"/>
        </w:tabs>
        <w:spacing w:line="360" w:lineRule="auto"/>
        <w:ind w:left="1276" w:hanging="283"/>
        <w:jc w:val="both"/>
        <w:rPr>
          <w:rFonts w:ascii="Arial" w:hAnsi="Arial" w:cs="Arial"/>
        </w:rPr>
      </w:pPr>
      <w:r w:rsidRPr="00145753">
        <w:rPr>
          <w:rFonts w:ascii="Arial" w:hAnsi="Arial" w:cs="Arial"/>
        </w:rPr>
        <w:t>Dukungan informasional = 9 item</w:t>
      </w:r>
    </w:p>
    <w:p w14:paraId="50573BFC" w14:textId="3FC22BCF" w:rsidR="00302133" w:rsidRPr="00145753" w:rsidRDefault="00302133" w:rsidP="00BB05DB">
      <w:pPr>
        <w:numPr>
          <w:ilvl w:val="2"/>
          <w:numId w:val="3"/>
        </w:numPr>
        <w:tabs>
          <w:tab w:val="left" w:pos="993"/>
        </w:tabs>
        <w:spacing w:line="360" w:lineRule="auto"/>
        <w:ind w:left="1276" w:hanging="283"/>
        <w:jc w:val="both"/>
        <w:rPr>
          <w:rFonts w:ascii="Arial" w:hAnsi="Arial" w:cs="Arial"/>
        </w:rPr>
      </w:pPr>
      <w:r w:rsidRPr="00145753">
        <w:rPr>
          <w:rFonts w:ascii="Arial" w:hAnsi="Arial" w:cs="Arial"/>
        </w:rPr>
        <w:t xml:space="preserve">Dukungan appraisal = </w:t>
      </w:r>
      <w:r w:rsidR="006E7C7D" w:rsidRPr="00145753">
        <w:rPr>
          <w:rFonts w:ascii="Arial" w:hAnsi="Arial" w:cs="Arial"/>
        </w:rPr>
        <w:t>8</w:t>
      </w:r>
      <w:r w:rsidRPr="00145753">
        <w:rPr>
          <w:rFonts w:ascii="Arial" w:hAnsi="Arial" w:cs="Arial"/>
        </w:rPr>
        <w:t xml:space="preserve"> item</w:t>
      </w:r>
    </w:p>
    <w:p w14:paraId="00E063C2" w14:textId="4E93A577" w:rsidR="00302133" w:rsidRPr="00145753" w:rsidRDefault="002B0BE4" w:rsidP="00BB05DB">
      <w:pPr>
        <w:tabs>
          <w:tab w:val="left" w:pos="993"/>
        </w:tabs>
        <w:spacing w:line="360" w:lineRule="auto"/>
        <w:ind w:left="993" w:hanging="427"/>
        <w:jc w:val="both"/>
        <w:rPr>
          <w:rFonts w:ascii="Arial" w:hAnsi="Arial" w:cs="Arial"/>
        </w:rPr>
      </w:pPr>
      <w:r w:rsidRPr="00145753">
        <w:rPr>
          <w:rFonts w:ascii="Arial" w:hAnsi="Arial" w:cs="Arial"/>
        </w:rPr>
        <w:tab/>
      </w:r>
      <w:r w:rsidR="00302133" w:rsidRPr="00145753">
        <w:rPr>
          <w:rFonts w:ascii="Arial" w:hAnsi="Arial" w:cs="Arial"/>
        </w:rPr>
        <w:t>Kuesioner diadaptasi dari penelitian terdahulu, dimodifikasi sesuai kebutuhan penelitian, dan telah diuji validitas serta reliabilitas sebelum digunakan. Kuisioner</w:t>
      </w:r>
      <w:r w:rsidR="00302133" w:rsidRPr="00145753">
        <w:rPr>
          <w:rFonts w:ascii="Arial" w:hAnsi="Arial" w:cs="Arial"/>
          <w:spacing w:val="-3"/>
        </w:rPr>
        <w:t xml:space="preserve"> </w:t>
      </w:r>
      <w:r w:rsidR="00302133" w:rsidRPr="00145753">
        <w:rPr>
          <w:rFonts w:ascii="Arial" w:hAnsi="Arial" w:cs="Arial"/>
        </w:rPr>
        <w:t>dukungan keluarga terhadap pemberian</w:t>
      </w:r>
      <w:r w:rsidR="00302133" w:rsidRPr="00145753">
        <w:rPr>
          <w:rFonts w:ascii="Arial" w:hAnsi="Arial" w:cs="Arial"/>
          <w:spacing w:val="-11"/>
        </w:rPr>
        <w:t xml:space="preserve"> </w:t>
      </w:r>
      <w:r w:rsidR="00302133" w:rsidRPr="00145753">
        <w:rPr>
          <w:rFonts w:ascii="Arial" w:hAnsi="Arial" w:cs="Arial"/>
        </w:rPr>
        <w:t>ASI</w:t>
      </w:r>
      <w:r w:rsidR="00302133" w:rsidRPr="00145753">
        <w:rPr>
          <w:rFonts w:ascii="Arial" w:hAnsi="Arial" w:cs="Arial"/>
          <w:spacing w:val="-3"/>
        </w:rPr>
        <w:t xml:space="preserve"> </w:t>
      </w:r>
      <w:r w:rsidR="00302133" w:rsidRPr="00145753">
        <w:rPr>
          <w:rFonts w:ascii="Arial" w:hAnsi="Arial" w:cs="Arial"/>
        </w:rPr>
        <w:t>eksklusif</w:t>
      </w:r>
      <w:r w:rsidR="00302133" w:rsidRPr="00145753">
        <w:rPr>
          <w:rFonts w:ascii="Arial" w:hAnsi="Arial" w:cs="Arial"/>
          <w:spacing w:val="-3"/>
        </w:rPr>
        <w:t xml:space="preserve"> </w:t>
      </w:r>
      <w:r w:rsidR="00302133" w:rsidRPr="00145753">
        <w:rPr>
          <w:rFonts w:ascii="Arial" w:hAnsi="Arial" w:cs="Arial"/>
        </w:rPr>
        <w:t>ini diadopsi dari penelitian Putri Kinasih (2017) yang kemudian</w:t>
      </w:r>
      <w:r w:rsidR="00302133" w:rsidRPr="00145753">
        <w:rPr>
          <w:rFonts w:ascii="Arial" w:hAnsi="Arial" w:cs="Arial"/>
          <w:spacing w:val="40"/>
        </w:rPr>
        <w:t xml:space="preserve"> </w:t>
      </w:r>
      <w:r w:rsidR="00302133" w:rsidRPr="00145753">
        <w:rPr>
          <w:rFonts w:ascii="Arial" w:hAnsi="Arial" w:cs="Arial"/>
        </w:rPr>
        <w:t xml:space="preserve">digunakan kembali dan diuji validitas serta reliabilitasnya oleh Fara Elysia Meutiasari (2023). </w:t>
      </w:r>
    </w:p>
    <w:p w14:paraId="7C491C7B" w14:textId="745C456A" w:rsidR="00302133" w:rsidRPr="003E4230" w:rsidRDefault="00302133" w:rsidP="00BB05DB">
      <w:pPr>
        <w:numPr>
          <w:ilvl w:val="1"/>
          <w:numId w:val="3"/>
        </w:numPr>
        <w:tabs>
          <w:tab w:val="left" w:pos="993"/>
        </w:tabs>
        <w:spacing w:line="360" w:lineRule="auto"/>
        <w:ind w:hanging="994"/>
        <w:jc w:val="both"/>
        <w:rPr>
          <w:rFonts w:ascii="Arial" w:hAnsi="Arial" w:cs="Arial"/>
          <w:b/>
          <w:bCs/>
        </w:rPr>
      </w:pPr>
      <w:r w:rsidRPr="003E4230">
        <w:rPr>
          <w:rFonts w:ascii="Arial" w:hAnsi="Arial" w:cs="Arial"/>
          <w:b/>
          <w:bCs/>
        </w:rPr>
        <w:t>Skala Pengukuran</w:t>
      </w:r>
    </w:p>
    <w:p w14:paraId="1BD69D23" w14:textId="2EB4123C" w:rsidR="00302133" w:rsidRPr="00145753" w:rsidRDefault="002B0BE4" w:rsidP="00BB05DB">
      <w:pPr>
        <w:tabs>
          <w:tab w:val="left" w:pos="993"/>
        </w:tabs>
        <w:spacing w:line="360" w:lineRule="auto"/>
        <w:ind w:left="1560" w:hanging="994"/>
        <w:jc w:val="both"/>
        <w:rPr>
          <w:rFonts w:ascii="Arial" w:hAnsi="Arial" w:cs="Arial"/>
        </w:rPr>
      </w:pPr>
      <w:r w:rsidRPr="00145753">
        <w:rPr>
          <w:rFonts w:ascii="Arial" w:hAnsi="Arial" w:cs="Arial"/>
        </w:rPr>
        <w:tab/>
      </w:r>
      <w:r w:rsidR="00302133" w:rsidRPr="00145753">
        <w:rPr>
          <w:rFonts w:ascii="Arial" w:hAnsi="Arial" w:cs="Arial"/>
        </w:rPr>
        <w:t>Setiap terdapat 34 pernyataan item menggunakan skala Likert 5 poin:</w:t>
      </w:r>
    </w:p>
    <w:p w14:paraId="13570456" w14:textId="02F6B7E7" w:rsidR="00302133" w:rsidRPr="00145753" w:rsidRDefault="00302133" w:rsidP="00BB05DB">
      <w:pPr>
        <w:spacing w:line="360" w:lineRule="auto"/>
        <w:ind w:left="720" w:firstLine="273"/>
        <w:jc w:val="both"/>
        <w:rPr>
          <w:rFonts w:ascii="Arial" w:hAnsi="Arial" w:cs="Arial"/>
        </w:rPr>
      </w:pPr>
      <w:r w:rsidRPr="00145753">
        <w:rPr>
          <w:rFonts w:ascii="Arial" w:hAnsi="Arial" w:cs="Arial"/>
        </w:rPr>
        <w:t>1 = Tidak Pernah, 2 = Pernah, 3 = Kadang-kadang, 4 = Sering, 5 = Selalu</w:t>
      </w:r>
    </w:p>
    <w:p w14:paraId="0561F681" w14:textId="58D72315" w:rsidR="00785152" w:rsidRPr="00145753" w:rsidRDefault="00785152" w:rsidP="00BB05DB">
      <w:pPr>
        <w:spacing w:line="360" w:lineRule="auto"/>
        <w:ind w:left="1560"/>
        <w:jc w:val="both"/>
        <w:rPr>
          <w:rFonts w:ascii="Arial" w:hAnsi="Arial" w:cs="Arial"/>
        </w:rPr>
      </w:pPr>
      <w:r w:rsidRPr="00145753">
        <w:rPr>
          <w:rFonts w:ascii="Arial" w:hAnsi="Arial" w:cs="Arial"/>
        </w:rPr>
        <w:t xml:space="preserve">Kisi-kisi Kuisioner sebagai berikut: </w:t>
      </w:r>
    </w:p>
    <w:tbl>
      <w:tblPr>
        <w:tblW w:w="7263" w:type="dxa"/>
        <w:tblInd w:w="817"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977"/>
        <w:gridCol w:w="2869"/>
        <w:gridCol w:w="1417"/>
      </w:tblGrid>
      <w:tr w:rsidR="006E7C7D" w:rsidRPr="00145753" w14:paraId="5F0793BA" w14:textId="77777777" w:rsidTr="002B02C0">
        <w:tc>
          <w:tcPr>
            <w:tcW w:w="2977" w:type="dxa"/>
          </w:tcPr>
          <w:p w14:paraId="3AB6D2EB" w14:textId="661021D1" w:rsidR="006E7C7D" w:rsidRPr="00145753" w:rsidRDefault="006E7C7D" w:rsidP="005F376F">
            <w:pPr>
              <w:spacing w:before="2" w:line="360" w:lineRule="auto"/>
              <w:ind w:left="136" w:hanging="147"/>
              <w:rPr>
                <w:rFonts w:ascii="Arial" w:hAnsi="Arial" w:cs="Arial"/>
                <w:b/>
                <w:bCs/>
              </w:rPr>
            </w:pPr>
            <w:r w:rsidRPr="00145753">
              <w:rPr>
                <w:rFonts w:ascii="Arial" w:hAnsi="Arial" w:cs="Arial"/>
                <w:b/>
                <w:bCs/>
              </w:rPr>
              <w:t>Variabel</w:t>
            </w:r>
          </w:p>
        </w:tc>
        <w:tc>
          <w:tcPr>
            <w:tcW w:w="2869" w:type="dxa"/>
          </w:tcPr>
          <w:p w14:paraId="12C65418" w14:textId="32A627A2" w:rsidR="006E7C7D" w:rsidRPr="00145753" w:rsidRDefault="006E7C7D" w:rsidP="005F376F">
            <w:pPr>
              <w:spacing w:before="2" w:line="360" w:lineRule="auto"/>
              <w:jc w:val="center"/>
              <w:rPr>
                <w:rFonts w:ascii="Arial" w:hAnsi="Arial" w:cs="Arial"/>
                <w:b/>
                <w:bCs/>
              </w:rPr>
            </w:pPr>
            <w:r w:rsidRPr="00145753">
              <w:rPr>
                <w:rFonts w:ascii="Arial" w:hAnsi="Arial" w:cs="Arial"/>
                <w:b/>
                <w:bCs/>
              </w:rPr>
              <w:t>Indikator</w:t>
            </w:r>
          </w:p>
        </w:tc>
        <w:tc>
          <w:tcPr>
            <w:tcW w:w="1417" w:type="dxa"/>
          </w:tcPr>
          <w:p w14:paraId="5D94E493" w14:textId="1327C4F2" w:rsidR="006E7C7D" w:rsidRPr="00145753" w:rsidRDefault="006E7C7D" w:rsidP="005F376F">
            <w:pPr>
              <w:spacing w:before="2" w:line="360" w:lineRule="auto"/>
              <w:ind w:hanging="105"/>
              <w:rPr>
                <w:rFonts w:ascii="Arial" w:hAnsi="Arial" w:cs="Arial"/>
                <w:b/>
                <w:bCs/>
              </w:rPr>
            </w:pPr>
            <w:r w:rsidRPr="00145753">
              <w:rPr>
                <w:rFonts w:ascii="Arial" w:hAnsi="Arial" w:cs="Arial"/>
                <w:b/>
                <w:bCs/>
              </w:rPr>
              <w:t>Jumlah Item</w:t>
            </w:r>
          </w:p>
        </w:tc>
      </w:tr>
      <w:tr w:rsidR="006E7C7D" w:rsidRPr="00145753" w14:paraId="0E94F9DE" w14:textId="77777777" w:rsidTr="002B02C0">
        <w:tc>
          <w:tcPr>
            <w:tcW w:w="2977" w:type="dxa"/>
            <w:tcBorders>
              <w:bottom w:val="nil"/>
            </w:tcBorders>
          </w:tcPr>
          <w:p w14:paraId="40BB39E3" w14:textId="452E71B9" w:rsidR="006E7C7D" w:rsidRPr="00145753" w:rsidRDefault="006E7C7D" w:rsidP="005F376F">
            <w:pPr>
              <w:spacing w:before="2" w:line="360" w:lineRule="auto"/>
              <w:jc w:val="both"/>
              <w:rPr>
                <w:rFonts w:ascii="Arial" w:hAnsi="Arial" w:cs="Arial"/>
              </w:rPr>
            </w:pPr>
            <w:r w:rsidRPr="00145753">
              <w:rPr>
                <w:rFonts w:ascii="Arial" w:hAnsi="Arial" w:cs="Arial"/>
              </w:rPr>
              <w:t>Dukungan Keluarga</w:t>
            </w:r>
          </w:p>
        </w:tc>
        <w:tc>
          <w:tcPr>
            <w:tcW w:w="2869" w:type="dxa"/>
          </w:tcPr>
          <w:p w14:paraId="69A881D8" w14:textId="7115525E" w:rsidR="006E7C7D" w:rsidRPr="00145753" w:rsidRDefault="006E7C7D" w:rsidP="005F376F">
            <w:pPr>
              <w:spacing w:before="2" w:line="360" w:lineRule="auto"/>
              <w:jc w:val="both"/>
              <w:rPr>
                <w:rFonts w:ascii="Arial" w:hAnsi="Arial" w:cs="Arial"/>
              </w:rPr>
            </w:pPr>
            <w:r w:rsidRPr="00145753">
              <w:rPr>
                <w:rFonts w:ascii="Arial" w:hAnsi="Arial" w:cs="Arial"/>
              </w:rPr>
              <w:t>Dukungan Emosional</w:t>
            </w:r>
          </w:p>
        </w:tc>
        <w:tc>
          <w:tcPr>
            <w:tcW w:w="1417" w:type="dxa"/>
          </w:tcPr>
          <w:p w14:paraId="008A2725" w14:textId="4A00CBC3" w:rsidR="006E7C7D" w:rsidRPr="00145753" w:rsidRDefault="006E7C7D" w:rsidP="005F376F">
            <w:pPr>
              <w:spacing w:before="2" w:line="360" w:lineRule="auto"/>
              <w:rPr>
                <w:rFonts w:ascii="Arial" w:hAnsi="Arial" w:cs="Arial"/>
              </w:rPr>
            </w:pPr>
            <w:r w:rsidRPr="00145753">
              <w:rPr>
                <w:rFonts w:ascii="Arial" w:hAnsi="Arial" w:cs="Arial"/>
              </w:rPr>
              <w:t>1-8</w:t>
            </w:r>
          </w:p>
        </w:tc>
      </w:tr>
      <w:tr w:rsidR="006E7C7D" w:rsidRPr="00145753" w14:paraId="50959507" w14:textId="77777777" w:rsidTr="002B02C0">
        <w:tc>
          <w:tcPr>
            <w:tcW w:w="2977" w:type="dxa"/>
            <w:tcBorders>
              <w:top w:val="nil"/>
              <w:bottom w:val="nil"/>
            </w:tcBorders>
          </w:tcPr>
          <w:p w14:paraId="0442833B" w14:textId="2D72134B" w:rsidR="006E7C7D" w:rsidRPr="00145753" w:rsidRDefault="006E7C7D" w:rsidP="005F376F">
            <w:pPr>
              <w:spacing w:before="2" w:line="360" w:lineRule="auto"/>
              <w:jc w:val="both"/>
              <w:rPr>
                <w:rFonts w:ascii="Arial" w:hAnsi="Arial" w:cs="Arial"/>
              </w:rPr>
            </w:pPr>
          </w:p>
        </w:tc>
        <w:tc>
          <w:tcPr>
            <w:tcW w:w="2869" w:type="dxa"/>
          </w:tcPr>
          <w:p w14:paraId="06B13026" w14:textId="337CDC65" w:rsidR="006E7C7D" w:rsidRPr="00145753" w:rsidRDefault="006E7C7D" w:rsidP="005F376F">
            <w:pPr>
              <w:spacing w:before="2" w:line="360" w:lineRule="auto"/>
              <w:jc w:val="both"/>
              <w:rPr>
                <w:rFonts w:ascii="Arial" w:hAnsi="Arial" w:cs="Arial"/>
              </w:rPr>
            </w:pPr>
            <w:r w:rsidRPr="00145753">
              <w:rPr>
                <w:rFonts w:ascii="Arial" w:hAnsi="Arial" w:cs="Arial"/>
              </w:rPr>
              <w:t>Dukungan Instrumental</w:t>
            </w:r>
          </w:p>
        </w:tc>
        <w:tc>
          <w:tcPr>
            <w:tcW w:w="1417" w:type="dxa"/>
          </w:tcPr>
          <w:p w14:paraId="5690E0BE" w14:textId="3E9548E7" w:rsidR="006E7C7D" w:rsidRPr="00145753" w:rsidRDefault="006E7C7D" w:rsidP="005F376F">
            <w:pPr>
              <w:spacing w:before="2" w:line="360" w:lineRule="auto"/>
              <w:rPr>
                <w:rFonts w:ascii="Arial" w:hAnsi="Arial" w:cs="Arial"/>
              </w:rPr>
            </w:pPr>
            <w:r w:rsidRPr="00145753">
              <w:rPr>
                <w:rFonts w:ascii="Arial" w:hAnsi="Arial" w:cs="Arial"/>
              </w:rPr>
              <w:t>9-17</w:t>
            </w:r>
          </w:p>
        </w:tc>
      </w:tr>
      <w:tr w:rsidR="006E7C7D" w:rsidRPr="00145753" w14:paraId="07EE6D93" w14:textId="77777777" w:rsidTr="002B02C0">
        <w:tc>
          <w:tcPr>
            <w:tcW w:w="2977" w:type="dxa"/>
            <w:tcBorders>
              <w:top w:val="nil"/>
              <w:bottom w:val="nil"/>
            </w:tcBorders>
          </w:tcPr>
          <w:p w14:paraId="15831DF0" w14:textId="0C5AFF5D" w:rsidR="006E7C7D" w:rsidRPr="00145753" w:rsidRDefault="006E7C7D" w:rsidP="005F376F">
            <w:pPr>
              <w:spacing w:before="2" w:line="360" w:lineRule="auto"/>
              <w:jc w:val="both"/>
              <w:rPr>
                <w:rFonts w:ascii="Arial" w:hAnsi="Arial" w:cs="Arial"/>
              </w:rPr>
            </w:pPr>
          </w:p>
        </w:tc>
        <w:tc>
          <w:tcPr>
            <w:tcW w:w="2869" w:type="dxa"/>
          </w:tcPr>
          <w:p w14:paraId="62204558" w14:textId="194E73A3" w:rsidR="006E7C7D" w:rsidRPr="00145753" w:rsidRDefault="006E7C7D" w:rsidP="005F376F">
            <w:pPr>
              <w:spacing w:before="2" w:line="360" w:lineRule="auto"/>
              <w:jc w:val="both"/>
              <w:rPr>
                <w:rFonts w:ascii="Arial" w:hAnsi="Arial" w:cs="Arial"/>
              </w:rPr>
            </w:pPr>
            <w:r w:rsidRPr="00145753">
              <w:rPr>
                <w:rFonts w:ascii="Arial" w:hAnsi="Arial" w:cs="Arial"/>
              </w:rPr>
              <w:t>Dukungan Informasional</w:t>
            </w:r>
          </w:p>
        </w:tc>
        <w:tc>
          <w:tcPr>
            <w:tcW w:w="1417" w:type="dxa"/>
          </w:tcPr>
          <w:p w14:paraId="0B1133EA" w14:textId="76FD1BA9" w:rsidR="006E7C7D" w:rsidRPr="00145753" w:rsidRDefault="006E7C7D" w:rsidP="005F376F">
            <w:pPr>
              <w:spacing w:before="2" w:line="360" w:lineRule="auto"/>
              <w:rPr>
                <w:rFonts w:ascii="Arial" w:hAnsi="Arial" w:cs="Arial"/>
              </w:rPr>
            </w:pPr>
            <w:r w:rsidRPr="00145753">
              <w:rPr>
                <w:rFonts w:ascii="Arial" w:hAnsi="Arial" w:cs="Arial"/>
              </w:rPr>
              <w:t>10-26</w:t>
            </w:r>
          </w:p>
        </w:tc>
      </w:tr>
      <w:tr w:rsidR="006E7C7D" w:rsidRPr="00145753" w14:paraId="69BC581F" w14:textId="77777777" w:rsidTr="002B02C0">
        <w:tc>
          <w:tcPr>
            <w:tcW w:w="2977" w:type="dxa"/>
            <w:tcBorders>
              <w:top w:val="nil"/>
              <w:bottom w:val="nil"/>
            </w:tcBorders>
          </w:tcPr>
          <w:p w14:paraId="555063A0" w14:textId="1A034178" w:rsidR="006E7C7D" w:rsidRPr="00145753" w:rsidRDefault="006E7C7D" w:rsidP="005F376F">
            <w:pPr>
              <w:spacing w:before="2" w:line="360" w:lineRule="auto"/>
              <w:jc w:val="both"/>
              <w:rPr>
                <w:rFonts w:ascii="Arial" w:hAnsi="Arial" w:cs="Arial"/>
              </w:rPr>
            </w:pPr>
          </w:p>
        </w:tc>
        <w:tc>
          <w:tcPr>
            <w:tcW w:w="2869" w:type="dxa"/>
          </w:tcPr>
          <w:p w14:paraId="080ADD66" w14:textId="00591898" w:rsidR="006E7C7D" w:rsidRPr="00145753" w:rsidRDefault="006E7C7D" w:rsidP="005F376F">
            <w:pPr>
              <w:spacing w:before="2" w:line="360" w:lineRule="auto"/>
              <w:jc w:val="both"/>
              <w:rPr>
                <w:rFonts w:ascii="Arial" w:hAnsi="Arial" w:cs="Arial"/>
              </w:rPr>
            </w:pPr>
            <w:r w:rsidRPr="00145753">
              <w:rPr>
                <w:rFonts w:ascii="Arial" w:hAnsi="Arial" w:cs="Arial"/>
              </w:rPr>
              <w:t>Dukungan Appraisal</w:t>
            </w:r>
          </w:p>
        </w:tc>
        <w:tc>
          <w:tcPr>
            <w:tcW w:w="1417" w:type="dxa"/>
          </w:tcPr>
          <w:p w14:paraId="23DC5797" w14:textId="444C9F54" w:rsidR="006E7C7D" w:rsidRPr="00145753" w:rsidRDefault="006E7C7D" w:rsidP="005F376F">
            <w:pPr>
              <w:spacing w:before="2" w:line="360" w:lineRule="auto"/>
              <w:rPr>
                <w:rFonts w:ascii="Arial" w:hAnsi="Arial" w:cs="Arial"/>
              </w:rPr>
            </w:pPr>
            <w:r w:rsidRPr="00145753">
              <w:rPr>
                <w:rFonts w:ascii="Arial" w:hAnsi="Arial" w:cs="Arial"/>
              </w:rPr>
              <w:t>27-34</w:t>
            </w:r>
          </w:p>
        </w:tc>
      </w:tr>
    </w:tbl>
    <w:p w14:paraId="365208F3" w14:textId="552739E5" w:rsidR="00547B98" w:rsidRPr="00145753" w:rsidRDefault="00AF0A9E" w:rsidP="00AF0A9E">
      <w:pPr>
        <w:pStyle w:val="Heading4"/>
        <w:tabs>
          <w:tab w:val="left" w:pos="1560"/>
        </w:tabs>
        <w:spacing w:line="360" w:lineRule="auto"/>
        <w:ind w:left="0" w:firstLine="0"/>
        <w:jc w:val="both"/>
      </w:pPr>
      <w:r>
        <w:rPr>
          <w:lang w:val="en-US"/>
        </w:rPr>
        <w:t>F. M</w:t>
      </w:r>
      <w:r w:rsidR="0027081F" w:rsidRPr="00145753">
        <w:t>etode</w:t>
      </w:r>
      <w:r w:rsidR="0027081F" w:rsidRPr="00145753">
        <w:rPr>
          <w:spacing w:val="-12"/>
        </w:rPr>
        <w:t xml:space="preserve"> </w:t>
      </w:r>
      <w:r w:rsidR="0027081F" w:rsidRPr="00145753">
        <w:t>Analisis</w:t>
      </w:r>
      <w:r w:rsidR="0027081F" w:rsidRPr="00145753">
        <w:rPr>
          <w:spacing w:val="-3"/>
        </w:rPr>
        <w:t xml:space="preserve"> </w:t>
      </w:r>
      <w:r w:rsidR="0027081F" w:rsidRPr="00145753">
        <w:rPr>
          <w:spacing w:val="-4"/>
        </w:rPr>
        <w:t>Data</w:t>
      </w:r>
    </w:p>
    <w:p w14:paraId="57B5D8B9" w14:textId="35B7828C" w:rsidR="006E7C7D" w:rsidRPr="00145753" w:rsidRDefault="0027081F" w:rsidP="00BB05DB">
      <w:pPr>
        <w:spacing w:line="360" w:lineRule="auto"/>
        <w:ind w:left="567" w:firstLine="426"/>
        <w:jc w:val="both"/>
        <w:rPr>
          <w:rFonts w:ascii="Arial" w:hAnsi="Arial" w:cs="Arial"/>
        </w:rPr>
      </w:pPr>
      <w:r w:rsidRPr="00145753">
        <w:rPr>
          <w:rFonts w:ascii="Arial" w:hAnsi="Arial" w:cs="Arial"/>
        </w:rPr>
        <w:t>Menurut Sugiyono (2020), analisis data adalah proses yang melibatkan pencarian dan pengorganisasian data yang telah diperoleh selama pengolahan data penelitian. Proses ini dimulai dengan tahap sebagai berikut:</w:t>
      </w:r>
    </w:p>
    <w:p w14:paraId="76482365" w14:textId="77777777" w:rsidR="006E7C7D" w:rsidRPr="003E4230" w:rsidRDefault="006E7C7D" w:rsidP="00BB05DB">
      <w:pPr>
        <w:numPr>
          <w:ilvl w:val="1"/>
          <w:numId w:val="3"/>
        </w:numPr>
        <w:tabs>
          <w:tab w:val="left" w:pos="1843"/>
        </w:tabs>
        <w:spacing w:line="360" w:lineRule="auto"/>
        <w:ind w:left="993" w:hanging="426"/>
        <w:jc w:val="both"/>
        <w:rPr>
          <w:rFonts w:ascii="Arial" w:hAnsi="Arial" w:cs="Arial"/>
          <w:b/>
          <w:bCs/>
        </w:rPr>
      </w:pPr>
      <w:r w:rsidRPr="003E4230">
        <w:rPr>
          <w:rFonts w:ascii="Arial" w:hAnsi="Arial" w:cs="Arial"/>
          <w:b/>
          <w:bCs/>
        </w:rPr>
        <w:t>Penyusunan</w:t>
      </w:r>
      <w:r w:rsidRPr="003E4230">
        <w:rPr>
          <w:rFonts w:ascii="Arial" w:hAnsi="Arial" w:cs="Arial"/>
          <w:b/>
          <w:bCs/>
          <w:spacing w:val="-3"/>
        </w:rPr>
        <w:t xml:space="preserve"> </w:t>
      </w:r>
      <w:r w:rsidRPr="003E4230">
        <w:rPr>
          <w:rFonts w:ascii="Arial" w:hAnsi="Arial" w:cs="Arial"/>
          <w:b/>
          <w:bCs/>
          <w:spacing w:val="-4"/>
        </w:rPr>
        <w:t>Data</w:t>
      </w:r>
    </w:p>
    <w:p w14:paraId="4882D300" w14:textId="1A47F2AA" w:rsidR="006E7C7D" w:rsidRPr="00145753" w:rsidRDefault="002B0BE4" w:rsidP="00BB05DB">
      <w:pPr>
        <w:tabs>
          <w:tab w:val="left" w:pos="1843"/>
        </w:tabs>
        <w:spacing w:line="360" w:lineRule="auto"/>
        <w:ind w:left="993" w:hanging="426"/>
        <w:jc w:val="both"/>
        <w:rPr>
          <w:rFonts w:ascii="Arial" w:hAnsi="Arial" w:cs="Arial"/>
        </w:rPr>
      </w:pPr>
      <w:r w:rsidRPr="00145753">
        <w:rPr>
          <w:rFonts w:ascii="Arial" w:hAnsi="Arial" w:cs="Arial"/>
        </w:rPr>
        <w:tab/>
      </w:r>
      <w:r w:rsidR="006E7C7D" w:rsidRPr="00145753">
        <w:rPr>
          <w:rFonts w:ascii="Arial" w:hAnsi="Arial" w:cs="Arial"/>
        </w:rPr>
        <w:t>Dalam tahap ini, data yang telah didapat (baik data sekunder maupun data primer) akan dikumpulkan dan disusun kembali untuk dicek kelengkapan dan kebenarannya.</w:t>
      </w:r>
    </w:p>
    <w:p w14:paraId="5DE583D6" w14:textId="77777777" w:rsidR="006E7C7D" w:rsidRPr="003E4230" w:rsidRDefault="006E7C7D" w:rsidP="00BB05DB">
      <w:pPr>
        <w:numPr>
          <w:ilvl w:val="1"/>
          <w:numId w:val="3"/>
        </w:numPr>
        <w:tabs>
          <w:tab w:val="left" w:pos="1843"/>
        </w:tabs>
        <w:spacing w:line="360" w:lineRule="auto"/>
        <w:ind w:left="993" w:hanging="426"/>
        <w:jc w:val="both"/>
        <w:rPr>
          <w:rFonts w:ascii="Arial" w:hAnsi="Arial" w:cs="Arial"/>
          <w:b/>
          <w:bCs/>
        </w:rPr>
      </w:pPr>
      <w:r w:rsidRPr="003E4230">
        <w:rPr>
          <w:rFonts w:ascii="Arial" w:hAnsi="Arial" w:cs="Arial"/>
          <w:b/>
          <w:bCs/>
          <w:spacing w:val="-2"/>
        </w:rPr>
        <w:t>Klasifikasi</w:t>
      </w:r>
    </w:p>
    <w:p w14:paraId="48FF849B" w14:textId="55351C41" w:rsidR="006E7C7D" w:rsidRPr="00145753" w:rsidRDefault="002B0BE4" w:rsidP="00BB05DB">
      <w:pPr>
        <w:tabs>
          <w:tab w:val="left" w:pos="1843"/>
        </w:tabs>
        <w:spacing w:line="360" w:lineRule="auto"/>
        <w:ind w:left="993" w:hanging="426"/>
        <w:jc w:val="both"/>
        <w:rPr>
          <w:rFonts w:ascii="Arial" w:hAnsi="Arial" w:cs="Arial"/>
        </w:rPr>
      </w:pPr>
      <w:r w:rsidRPr="00145753">
        <w:rPr>
          <w:rFonts w:ascii="Arial" w:hAnsi="Arial" w:cs="Arial"/>
        </w:rPr>
        <w:tab/>
      </w:r>
      <w:r w:rsidR="006E7C7D" w:rsidRPr="00145753">
        <w:rPr>
          <w:rFonts w:ascii="Arial" w:hAnsi="Arial" w:cs="Arial"/>
        </w:rPr>
        <w:t xml:space="preserve">Data yang di susun dan di kelompokkan kedalam kalsifikasi telah di tentukan yaitu Gambaran dukungan keluarga terhadap pemberian Asi </w:t>
      </w:r>
      <w:r w:rsidR="006E7C7D" w:rsidRPr="00145753">
        <w:rPr>
          <w:rFonts w:ascii="Arial" w:hAnsi="Arial" w:cs="Arial"/>
          <w:spacing w:val="-2"/>
        </w:rPr>
        <w:t>eksklusif.</w:t>
      </w:r>
    </w:p>
    <w:p w14:paraId="0D8EFC50" w14:textId="77777777" w:rsidR="006E7C7D" w:rsidRPr="003E4230" w:rsidRDefault="006E7C7D" w:rsidP="00BB05DB">
      <w:pPr>
        <w:numPr>
          <w:ilvl w:val="1"/>
          <w:numId w:val="3"/>
        </w:numPr>
        <w:tabs>
          <w:tab w:val="left" w:pos="1843"/>
        </w:tabs>
        <w:spacing w:line="360" w:lineRule="auto"/>
        <w:ind w:left="993" w:hanging="426"/>
        <w:jc w:val="both"/>
        <w:rPr>
          <w:rFonts w:ascii="Arial" w:hAnsi="Arial" w:cs="Arial"/>
          <w:b/>
          <w:bCs/>
        </w:rPr>
      </w:pPr>
      <w:r w:rsidRPr="003E4230">
        <w:rPr>
          <w:rFonts w:ascii="Arial" w:hAnsi="Arial" w:cs="Arial"/>
          <w:b/>
          <w:bCs/>
        </w:rPr>
        <w:lastRenderedPageBreak/>
        <w:t>Pengolahan</w:t>
      </w:r>
      <w:r w:rsidRPr="003E4230">
        <w:rPr>
          <w:rFonts w:ascii="Arial" w:hAnsi="Arial" w:cs="Arial"/>
          <w:b/>
          <w:bCs/>
          <w:spacing w:val="-3"/>
        </w:rPr>
        <w:t xml:space="preserve"> </w:t>
      </w:r>
      <w:r w:rsidRPr="003E4230">
        <w:rPr>
          <w:rFonts w:ascii="Arial" w:hAnsi="Arial" w:cs="Arial"/>
          <w:b/>
          <w:bCs/>
          <w:spacing w:val="-4"/>
        </w:rPr>
        <w:t>Data</w:t>
      </w:r>
    </w:p>
    <w:p w14:paraId="41723FE9" w14:textId="77777777" w:rsidR="006E7C7D" w:rsidRPr="00145753" w:rsidRDefault="006E7C7D" w:rsidP="00BB05DB">
      <w:pPr>
        <w:numPr>
          <w:ilvl w:val="2"/>
          <w:numId w:val="3"/>
        </w:numPr>
        <w:tabs>
          <w:tab w:val="left" w:pos="2127"/>
        </w:tabs>
        <w:spacing w:line="360" w:lineRule="auto"/>
        <w:ind w:left="1418" w:hanging="425"/>
        <w:jc w:val="both"/>
        <w:rPr>
          <w:rFonts w:ascii="Arial" w:hAnsi="Arial" w:cs="Arial"/>
        </w:rPr>
      </w:pPr>
      <w:r w:rsidRPr="00145753">
        <w:rPr>
          <w:rFonts w:ascii="Arial" w:hAnsi="Arial" w:cs="Arial"/>
          <w:i/>
        </w:rPr>
        <w:t>Editing</w:t>
      </w:r>
      <w:r w:rsidRPr="00145753">
        <w:rPr>
          <w:rFonts w:ascii="Arial" w:hAnsi="Arial" w:cs="Arial"/>
          <w:i/>
          <w:spacing w:val="-3"/>
        </w:rPr>
        <w:t xml:space="preserve"> </w:t>
      </w:r>
      <w:r w:rsidRPr="00145753">
        <w:rPr>
          <w:rFonts w:ascii="Arial" w:hAnsi="Arial" w:cs="Arial"/>
        </w:rPr>
        <w:t>(Pemeriksaan</w:t>
      </w:r>
      <w:r w:rsidRPr="00145753">
        <w:rPr>
          <w:rFonts w:ascii="Arial" w:hAnsi="Arial" w:cs="Arial"/>
          <w:spacing w:val="-3"/>
        </w:rPr>
        <w:t xml:space="preserve"> </w:t>
      </w:r>
      <w:r w:rsidRPr="00145753">
        <w:rPr>
          <w:rFonts w:ascii="Arial" w:hAnsi="Arial" w:cs="Arial"/>
          <w:spacing w:val="-4"/>
        </w:rPr>
        <w:t>Data)</w:t>
      </w:r>
    </w:p>
    <w:p w14:paraId="570AA5FC" w14:textId="0CD5E394" w:rsidR="006E7C7D" w:rsidRPr="00145753" w:rsidRDefault="002B0BE4" w:rsidP="00BB05DB">
      <w:pPr>
        <w:tabs>
          <w:tab w:val="left" w:pos="2127"/>
        </w:tabs>
        <w:spacing w:line="360" w:lineRule="auto"/>
        <w:ind w:left="1418" w:hanging="425"/>
        <w:jc w:val="both"/>
        <w:rPr>
          <w:rFonts w:ascii="Arial" w:hAnsi="Arial" w:cs="Arial"/>
        </w:rPr>
      </w:pPr>
      <w:r w:rsidRPr="00145753">
        <w:rPr>
          <w:rFonts w:ascii="Arial" w:hAnsi="Arial" w:cs="Arial"/>
          <w:i/>
        </w:rPr>
        <w:tab/>
      </w:r>
      <w:r w:rsidR="006E7C7D" w:rsidRPr="00145753">
        <w:rPr>
          <w:rFonts w:ascii="Arial" w:hAnsi="Arial" w:cs="Arial"/>
          <w:i/>
        </w:rPr>
        <w:t xml:space="preserve">Editing </w:t>
      </w:r>
      <w:r w:rsidR="006E7C7D" w:rsidRPr="00145753">
        <w:rPr>
          <w:rFonts w:ascii="Arial" w:hAnsi="Arial" w:cs="Arial"/>
        </w:rPr>
        <w:t>dilakukan untuk memeriksa kembali kelengkapan dan kejelasan data yang diperoleh dari responden, guna memastikan tidak terjadi kesalahan saat pengisian kuesioner.</w:t>
      </w:r>
    </w:p>
    <w:p w14:paraId="4E8E944E" w14:textId="77777777" w:rsidR="006E7C7D" w:rsidRPr="00145753" w:rsidRDefault="006E7C7D" w:rsidP="00BB05DB">
      <w:pPr>
        <w:numPr>
          <w:ilvl w:val="2"/>
          <w:numId w:val="3"/>
        </w:numPr>
        <w:tabs>
          <w:tab w:val="left" w:pos="2127"/>
        </w:tabs>
        <w:spacing w:line="360" w:lineRule="auto"/>
        <w:ind w:left="1418" w:hanging="425"/>
        <w:jc w:val="both"/>
        <w:rPr>
          <w:rFonts w:ascii="Arial" w:hAnsi="Arial" w:cs="Arial"/>
        </w:rPr>
      </w:pPr>
      <w:r w:rsidRPr="00145753">
        <w:rPr>
          <w:rFonts w:ascii="Arial" w:hAnsi="Arial" w:cs="Arial"/>
          <w:i/>
        </w:rPr>
        <w:t>Coding</w:t>
      </w:r>
      <w:r w:rsidRPr="00145753">
        <w:rPr>
          <w:rFonts w:ascii="Arial" w:hAnsi="Arial" w:cs="Arial"/>
          <w:i/>
          <w:spacing w:val="-3"/>
        </w:rPr>
        <w:t xml:space="preserve"> </w:t>
      </w:r>
      <w:r w:rsidRPr="00145753">
        <w:rPr>
          <w:rFonts w:ascii="Arial" w:hAnsi="Arial" w:cs="Arial"/>
        </w:rPr>
        <w:t>(Pemberian</w:t>
      </w:r>
      <w:r w:rsidRPr="00145753">
        <w:rPr>
          <w:rFonts w:ascii="Arial" w:hAnsi="Arial" w:cs="Arial"/>
          <w:spacing w:val="-4"/>
        </w:rPr>
        <w:t xml:space="preserve"> Kode)</w:t>
      </w:r>
    </w:p>
    <w:p w14:paraId="0BD57A1F" w14:textId="04885C4B" w:rsidR="007F3F37" w:rsidRPr="00145753" w:rsidRDefault="002B0BE4" w:rsidP="00BB05DB">
      <w:pPr>
        <w:tabs>
          <w:tab w:val="left" w:pos="2127"/>
        </w:tabs>
        <w:spacing w:line="360" w:lineRule="auto"/>
        <w:ind w:left="1418" w:hanging="425"/>
        <w:jc w:val="both"/>
        <w:rPr>
          <w:rFonts w:ascii="Arial" w:hAnsi="Arial" w:cs="Arial"/>
        </w:rPr>
      </w:pPr>
      <w:r w:rsidRPr="00145753">
        <w:rPr>
          <w:rFonts w:ascii="Arial" w:hAnsi="Arial" w:cs="Arial"/>
          <w:i/>
        </w:rPr>
        <w:tab/>
      </w:r>
      <w:r w:rsidR="006E7C7D" w:rsidRPr="00145753">
        <w:rPr>
          <w:rFonts w:ascii="Arial" w:hAnsi="Arial" w:cs="Arial"/>
          <w:i/>
        </w:rPr>
        <w:t xml:space="preserve">Coding </w:t>
      </w:r>
      <w:r w:rsidR="006E7C7D" w:rsidRPr="00145753">
        <w:rPr>
          <w:rFonts w:ascii="Arial" w:hAnsi="Arial" w:cs="Arial"/>
        </w:rPr>
        <w:t>merupakan kegiatan pemberian kode numerik (angka)</w:t>
      </w:r>
      <w:r w:rsidR="006E7C7D" w:rsidRPr="00145753">
        <w:rPr>
          <w:rFonts w:ascii="Arial" w:hAnsi="Arial" w:cs="Arial"/>
          <w:spacing w:val="40"/>
        </w:rPr>
        <w:t xml:space="preserve"> </w:t>
      </w:r>
      <w:r w:rsidR="006E7C7D" w:rsidRPr="00145753">
        <w:rPr>
          <w:rFonts w:ascii="Arial" w:hAnsi="Arial" w:cs="Arial"/>
        </w:rPr>
        <w:t>pada data yang terdiri atas beberapa kategori jawaban. Kode ini digunakan untuk memudahkan proses tabulasi dan analisis data.</w:t>
      </w:r>
    </w:p>
    <w:p w14:paraId="287AAD22" w14:textId="65D02A87" w:rsidR="007F3F37" w:rsidRPr="00145753" w:rsidRDefault="007F3F37" w:rsidP="00BB05DB">
      <w:pPr>
        <w:numPr>
          <w:ilvl w:val="2"/>
          <w:numId w:val="3"/>
        </w:numPr>
        <w:tabs>
          <w:tab w:val="left" w:pos="2127"/>
        </w:tabs>
        <w:spacing w:line="360" w:lineRule="auto"/>
        <w:ind w:left="1418" w:hanging="425"/>
        <w:jc w:val="both"/>
        <w:rPr>
          <w:rFonts w:ascii="Arial" w:hAnsi="Arial" w:cs="Arial"/>
        </w:rPr>
      </w:pPr>
      <w:r w:rsidRPr="00145753">
        <w:rPr>
          <w:rFonts w:ascii="Arial" w:hAnsi="Arial" w:cs="Arial"/>
        </w:rPr>
        <w:t>Scoring (Pemberian Skor)</w:t>
      </w:r>
    </w:p>
    <w:p w14:paraId="23D5EC71" w14:textId="7E494D35" w:rsidR="007F3F37" w:rsidRPr="00145753" w:rsidRDefault="002B0BE4" w:rsidP="00BB05DB">
      <w:pPr>
        <w:tabs>
          <w:tab w:val="left" w:pos="2127"/>
        </w:tabs>
        <w:spacing w:line="360" w:lineRule="auto"/>
        <w:ind w:left="1418" w:hanging="425"/>
        <w:jc w:val="both"/>
        <w:rPr>
          <w:rFonts w:ascii="Arial" w:hAnsi="Arial" w:cs="Arial"/>
        </w:rPr>
      </w:pPr>
      <w:r w:rsidRPr="00145753">
        <w:rPr>
          <w:rFonts w:ascii="Arial" w:hAnsi="Arial" w:cs="Arial"/>
        </w:rPr>
        <w:tab/>
      </w:r>
      <w:r w:rsidR="007F3F37" w:rsidRPr="00145753">
        <w:rPr>
          <w:rFonts w:ascii="Arial" w:hAnsi="Arial" w:cs="Arial"/>
        </w:rPr>
        <w:t>Scoring adalah kegiatan memberikan skor pada setiap item jawaban kuesioner sesuai skala Likert yang digunakan, yaitu:</w:t>
      </w:r>
    </w:p>
    <w:p w14:paraId="60DC6113" w14:textId="5D23F1A6" w:rsidR="007F3F37" w:rsidRPr="00145753" w:rsidRDefault="002B0BE4" w:rsidP="00BB05DB">
      <w:pPr>
        <w:tabs>
          <w:tab w:val="left" w:pos="2127"/>
        </w:tabs>
        <w:spacing w:line="360" w:lineRule="auto"/>
        <w:ind w:left="1418" w:hanging="425"/>
        <w:jc w:val="both"/>
        <w:rPr>
          <w:rFonts w:ascii="Arial" w:hAnsi="Arial" w:cs="Arial"/>
        </w:rPr>
      </w:pPr>
      <w:r w:rsidRPr="00145753">
        <w:rPr>
          <w:rFonts w:ascii="Arial" w:hAnsi="Arial" w:cs="Arial"/>
        </w:rPr>
        <w:tab/>
      </w:r>
      <w:r w:rsidR="007F3F37" w:rsidRPr="00145753">
        <w:rPr>
          <w:rFonts w:ascii="Arial" w:hAnsi="Arial" w:cs="Arial"/>
        </w:rPr>
        <w:t>1 = Tidak Pernah, 2 = Pernah, 3 = Kadang-kadang, 4 = Sering, 5 = Selalu.</w:t>
      </w:r>
    </w:p>
    <w:p w14:paraId="0BD5991D" w14:textId="77777777" w:rsidR="002B0BE4" w:rsidRPr="00145753" w:rsidRDefault="002B0BE4" w:rsidP="00BB05DB">
      <w:pPr>
        <w:tabs>
          <w:tab w:val="left" w:pos="2127"/>
        </w:tabs>
        <w:spacing w:line="360" w:lineRule="auto"/>
        <w:ind w:left="1418" w:hanging="425"/>
        <w:jc w:val="both"/>
        <w:rPr>
          <w:rFonts w:ascii="Arial" w:hAnsi="Arial" w:cs="Arial"/>
        </w:rPr>
      </w:pPr>
    </w:p>
    <w:p w14:paraId="7B696F40" w14:textId="0184EE52" w:rsidR="007F3F37" w:rsidRPr="00145753" w:rsidRDefault="007F3F37" w:rsidP="00BB05DB">
      <w:pPr>
        <w:spacing w:line="360" w:lineRule="auto"/>
        <w:ind w:left="1418" w:firstLine="22"/>
        <w:jc w:val="both"/>
        <w:rPr>
          <w:rFonts w:ascii="Arial" w:hAnsi="Arial" w:cs="Arial"/>
        </w:rPr>
      </w:pPr>
      <w:r w:rsidRPr="00145753">
        <w:rPr>
          <w:rFonts w:ascii="Arial" w:hAnsi="Arial" w:cs="Arial"/>
        </w:rPr>
        <w:t>Skor tiap responden dijumlahkan sesuai indikator (emosional, instrumental, informasional, appraisal) untuk menentukan kategori mendukung atau tidak mendukung.</w:t>
      </w:r>
    </w:p>
    <w:p w14:paraId="17BAB754" w14:textId="77777777" w:rsidR="007F3F37" w:rsidRPr="00145753" w:rsidRDefault="007F3F37" w:rsidP="00BB05DB">
      <w:pPr>
        <w:numPr>
          <w:ilvl w:val="2"/>
          <w:numId w:val="3"/>
        </w:numPr>
        <w:tabs>
          <w:tab w:val="left" w:pos="2127"/>
        </w:tabs>
        <w:spacing w:line="360" w:lineRule="auto"/>
        <w:ind w:left="1418" w:hanging="425"/>
        <w:jc w:val="both"/>
        <w:rPr>
          <w:rFonts w:ascii="Arial" w:hAnsi="Arial" w:cs="Arial"/>
        </w:rPr>
      </w:pPr>
      <w:r w:rsidRPr="00145753">
        <w:rPr>
          <w:rFonts w:ascii="Arial" w:hAnsi="Arial" w:cs="Arial"/>
        </w:rPr>
        <w:t>Entry dan Pengolahan Data</w:t>
      </w:r>
    </w:p>
    <w:p w14:paraId="7117D09A" w14:textId="77777777" w:rsidR="007F3F37" w:rsidRPr="00145753" w:rsidRDefault="007F3F37" w:rsidP="00BB05DB">
      <w:pPr>
        <w:tabs>
          <w:tab w:val="left" w:pos="2127"/>
        </w:tabs>
        <w:spacing w:line="360" w:lineRule="auto"/>
        <w:ind w:left="1418"/>
        <w:jc w:val="both"/>
        <w:rPr>
          <w:rFonts w:ascii="Arial" w:hAnsi="Arial" w:cs="Arial"/>
        </w:rPr>
      </w:pPr>
      <w:r w:rsidRPr="00145753">
        <w:rPr>
          <w:rFonts w:ascii="Arial" w:hAnsi="Arial" w:cs="Arial"/>
        </w:rPr>
        <w:t>Data yang telah dikodekan kemudian dimasukkan ke dalam program statistik untuk diolah dan dianalisis. Metode yang digunakan dalam penelitian ini adalah metode deskriptif kuantitatif.</w:t>
      </w:r>
    </w:p>
    <w:p w14:paraId="39AAA1E7" w14:textId="77777777" w:rsidR="007F3F37" w:rsidRPr="00145753" w:rsidRDefault="007F3F37" w:rsidP="00BB05DB">
      <w:pPr>
        <w:numPr>
          <w:ilvl w:val="2"/>
          <w:numId w:val="3"/>
        </w:numPr>
        <w:tabs>
          <w:tab w:val="left" w:pos="2127"/>
        </w:tabs>
        <w:spacing w:line="360" w:lineRule="auto"/>
        <w:ind w:left="1418" w:hanging="425"/>
        <w:jc w:val="both"/>
        <w:rPr>
          <w:rFonts w:ascii="Arial" w:hAnsi="Arial" w:cs="Arial"/>
        </w:rPr>
      </w:pPr>
      <w:r w:rsidRPr="00145753">
        <w:rPr>
          <w:rFonts w:ascii="Arial" w:hAnsi="Arial" w:cs="Arial"/>
        </w:rPr>
        <w:t>Penyajian hasil data</w:t>
      </w:r>
    </w:p>
    <w:p w14:paraId="6211DB6E" w14:textId="77777777" w:rsidR="007F3F37" w:rsidRPr="00145753" w:rsidRDefault="007F3F37" w:rsidP="00BB05DB">
      <w:pPr>
        <w:tabs>
          <w:tab w:val="left" w:pos="2127"/>
        </w:tabs>
        <w:spacing w:line="360" w:lineRule="auto"/>
        <w:ind w:left="1418"/>
        <w:jc w:val="both"/>
        <w:rPr>
          <w:rFonts w:ascii="Arial" w:hAnsi="Arial" w:cs="Arial"/>
        </w:rPr>
      </w:pPr>
      <w:r w:rsidRPr="00145753">
        <w:rPr>
          <w:rFonts w:ascii="Arial" w:hAnsi="Arial" w:cs="Arial"/>
        </w:rPr>
        <w:t>Data yang telah ditabulasi akan disajikan dalam bentuk tabel distribusi frekuensi. Selain itu, untuk mempermudah interpretasi hasil, data juga disajikan dalam bentuk diagram lingkaran (pie chart) dan/atau diagram batang (bar chart) agar dapat menggambarkan proporsi kategori secara visual.</w:t>
      </w:r>
    </w:p>
    <w:p w14:paraId="3EB2D5B2" w14:textId="758F6BF5" w:rsidR="00274240" w:rsidRPr="003E4230" w:rsidRDefault="00274240" w:rsidP="00BB05DB">
      <w:pPr>
        <w:numPr>
          <w:ilvl w:val="1"/>
          <w:numId w:val="3"/>
        </w:numPr>
        <w:tabs>
          <w:tab w:val="left" w:pos="1843"/>
        </w:tabs>
        <w:spacing w:line="360" w:lineRule="auto"/>
        <w:ind w:left="993" w:hanging="426"/>
        <w:jc w:val="both"/>
        <w:rPr>
          <w:rFonts w:ascii="Arial" w:hAnsi="Arial" w:cs="Arial"/>
          <w:b/>
          <w:bCs/>
        </w:rPr>
      </w:pPr>
      <w:r w:rsidRPr="003E4230">
        <w:rPr>
          <w:rFonts w:ascii="Arial" w:hAnsi="Arial" w:cs="Arial"/>
          <w:b/>
          <w:bCs/>
        </w:rPr>
        <w:t>Analisa Data</w:t>
      </w:r>
    </w:p>
    <w:p w14:paraId="62E8156A" w14:textId="3FA17CD0" w:rsidR="00274240" w:rsidRPr="00145753" w:rsidRDefault="00274240" w:rsidP="00BB05DB">
      <w:pPr>
        <w:spacing w:line="360" w:lineRule="auto"/>
        <w:ind w:left="993"/>
        <w:jc w:val="both"/>
        <w:rPr>
          <w:rFonts w:ascii="Arial" w:hAnsi="Arial" w:cs="Arial"/>
        </w:rPr>
      </w:pPr>
      <w:r w:rsidRPr="00145753">
        <w:rPr>
          <w:rFonts w:ascii="Arial" w:hAnsi="Arial" w:cs="Arial"/>
        </w:rPr>
        <w:t xml:space="preserve">Analisis data dalam penelitian ini menggunakan analisis univariat, yaitu analisis yang dilakukan untuk menggambarkan atau menjelaskan karakteristik setiap variabel penelitian secara tunggal. Analisis univariat digunakan untuk mengetahui distribusi frekuensi dan persentase dari masing-masing variabel dukungan keluarga terhadap pemberian ASI eksklusif, yang meliputi dukungan emosional, dukungan instrumental, </w:t>
      </w:r>
      <w:r w:rsidRPr="00145753">
        <w:rPr>
          <w:rFonts w:ascii="Arial" w:hAnsi="Arial" w:cs="Arial"/>
        </w:rPr>
        <w:lastRenderedPageBreak/>
        <w:t>dukungan informasional, dan dukungan appraisal.</w:t>
      </w:r>
    </w:p>
    <w:p w14:paraId="2DA30C95" w14:textId="2A93AB92" w:rsidR="001E562F" w:rsidRPr="00145753" w:rsidRDefault="001E562F" w:rsidP="00BB05DB">
      <w:pPr>
        <w:spacing w:line="360" w:lineRule="auto"/>
        <w:ind w:left="1561"/>
        <w:jc w:val="both"/>
        <w:rPr>
          <w:rFonts w:ascii="Arial" w:hAnsi="Arial" w:cs="Arial"/>
        </w:rPr>
      </w:pPr>
      <w:r w:rsidRPr="00145753">
        <w:rPr>
          <w:rFonts w:ascii="Arial" w:hAnsi="Arial" w:cs="Arial"/>
          <w:noProof/>
        </w:rPr>
        <w:drawing>
          <wp:inline distT="0" distB="0" distL="0" distR="0" wp14:anchorId="450BC65E" wp14:editId="4BC47083">
            <wp:extent cx="3220995" cy="317236"/>
            <wp:effectExtent l="0" t="0" r="0" b="6985"/>
            <wp:docPr id="148431279"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31279" name="Picture 148431279"/>
                    <pic:cNvPicPr/>
                  </pic:nvPicPr>
                  <pic:blipFill>
                    <a:blip r:embed="rId30">
                      <a:extLst>
                        <a:ext uri="{28A0092B-C50C-407E-A947-70E740481C1C}">
                          <a14:useLocalDpi xmlns:a14="http://schemas.microsoft.com/office/drawing/2010/main" val="0"/>
                        </a:ext>
                      </a:extLst>
                    </a:blip>
                    <a:stretch>
                      <a:fillRect/>
                    </a:stretch>
                  </pic:blipFill>
                  <pic:spPr>
                    <a:xfrm>
                      <a:off x="0" y="0"/>
                      <a:ext cx="3894826" cy="383602"/>
                    </a:xfrm>
                    <a:prstGeom prst="rect">
                      <a:avLst/>
                    </a:prstGeom>
                  </pic:spPr>
                </pic:pic>
              </a:graphicData>
            </a:graphic>
          </wp:inline>
        </w:drawing>
      </w:r>
    </w:p>
    <w:p w14:paraId="63266C4B" w14:textId="4A1D3339" w:rsidR="001E562F" w:rsidRPr="00145753" w:rsidRDefault="001E562F" w:rsidP="00BB05DB">
      <w:pPr>
        <w:spacing w:line="360" w:lineRule="auto"/>
        <w:ind w:left="993"/>
        <w:jc w:val="both"/>
        <w:rPr>
          <w:rFonts w:ascii="Arial" w:hAnsi="Arial" w:cs="Arial"/>
        </w:rPr>
      </w:pPr>
      <w:r w:rsidRPr="00145753">
        <w:rPr>
          <w:rFonts w:ascii="Arial" w:hAnsi="Arial" w:cs="Arial"/>
        </w:rPr>
        <w:t>Keterangan:</w:t>
      </w:r>
    </w:p>
    <w:p w14:paraId="560F2BE4" w14:textId="146EC44D" w:rsidR="001E562F" w:rsidRPr="00145753" w:rsidRDefault="001E562F" w:rsidP="00BB05DB">
      <w:pPr>
        <w:spacing w:line="360" w:lineRule="auto"/>
        <w:ind w:left="993"/>
        <w:jc w:val="both"/>
        <w:rPr>
          <w:rFonts w:ascii="Arial" w:hAnsi="Arial" w:cs="Arial"/>
        </w:rPr>
      </w:pPr>
      <w:r w:rsidRPr="00145753">
        <w:rPr>
          <w:rFonts w:ascii="Arial" w:hAnsi="Arial" w:cs="Arial"/>
        </w:rPr>
        <w:t>P = persentase</w:t>
      </w:r>
    </w:p>
    <w:p w14:paraId="4E80940B" w14:textId="2C3D7AFF" w:rsidR="001E562F" w:rsidRPr="00145753" w:rsidRDefault="001E562F" w:rsidP="00BB05DB">
      <w:pPr>
        <w:spacing w:line="360" w:lineRule="auto"/>
        <w:ind w:left="993"/>
        <w:jc w:val="both"/>
        <w:rPr>
          <w:rFonts w:ascii="Arial" w:hAnsi="Arial" w:cs="Arial"/>
        </w:rPr>
      </w:pPr>
      <w:r w:rsidRPr="00145753">
        <w:rPr>
          <w:rFonts w:ascii="Arial" w:hAnsi="Arial" w:cs="Arial"/>
        </w:rPr>
        <w:t>f = jumlah frekuensi  (mendukung/tidak mendukung)</w:t>
      </w:r>
    </w:p>
    <w:p w14:paraId="78033F93" w14:textId="77777777" w:rsidR="001E562F" w:rsidRPr="00145753" w:rsidRDefault="001E562F" w:rsidP="00BB05DB">
      <w:pPr>
        <w:spacing w:line="360" w:lineRule="auto"/>
        <w:ind w:left="993"/>
        <w:jc w:val="both"/>
        <w:rPr>
          <w:rFonts w:ascii="Arial" w:hAnsi="Arial" w:cs="Arial"/>
        </w:rPr>
      </w:pPr>
      <w:r w:rsidRPr="00145753">
        <w:rPr>
          <w:rFonts w:ascii="Arial" w:hAnsi="Arial" w:cs="Arial"/>
        </w:rPr>
        <w:t>N = jumlah responden keseluruhan</w:t>
      </w:r>
    </w:p>
    <w:p w14:paraId="1CD87334" w14:textId="36C8606B" w:rsidR="001E562F" w:rsidRPr="00145753" w:rsidRDefault="001E562F" w:rsidP="00BB05DB">
      <w:pPr>
        <w:spacing w:line="360" w:lineRule="auto"/>
        <w:ind w:left="993"/>
        <w:jc w:val="both"/>
        <w:rPr>
          <w:rFonts w:ascii="Arial" w:hAnsi="Arial" w:cs="Arial"/>
        </w:rPr>
      </w:pPr>
      <w:r w:rsidRPr="00145753">
        <w:rPr>
          <w:rFonts w:ascii="Arial" w:hAnsi="Arial" w:cs="Arial"/>
        </w:rPr>
        <w:t>Hasil analisis kemudian ditampilkan dalam bentuk tabel, diagram batang (bar chart), atau diagram lingkaran (pie chart) untuk mempermudah</w:t>
      </w:r>
      <w:r w:rsidR="00870A6B" w:rsidRPr="00145753">
        <w:rPr>
          <w:rFonts w:ascii="Arial" w:hAnsi="Arial" w:cs="Arial"/>
        </w:rPr>
        <w:t xml:space="preserve"> </w:t>
      </w:r>
      <w:r w:rsidRPr="00145753">
        <w:rPr>
          <w:rFonts w:ascii="Arial" w:hAnsi="Arial" w:cs="Arial"/>
        </w:rPr>
        <w:t>interpretasi secara visua</w:t>
      </w:r>
      <w:r w:rsidR="00870A6B" w:rsidRPr="00145753">
        <w:rPr>
          <w:rFonts w:ascii="Arial" w:hAnsi="Arial" w:cs="Arial"/>
        </w:rPr>
        <w:t>l</w:t>
      </w:r>
    </w:p>
    <w:p w14:paraId="680369E2" w14:textId="77777777" w:rsidR="00870A6B" w:rsidRDefault="00870A6B" w:rsidP="004479B7">
      <w:pPr>
        <w:spacing w:line="360" w:lineRule="auto"/>
        <w:jc w:val="both"/>
        <w:rPr>
          <w:rFonts w:ascii="Arial" w:hAnsi="Arial" w:cs="Arial"/>
        </w:rPr>
      </w:pPr>
    </w:p>
    <w:p w14:paraId="75F51CA0" w14:textId="77777777" w:rsidR="004479B7" w:rsidRDefault="004479B7" w:rsidP="004479B7">
      <w:pPr>
        <w:spacing w:line="360" w:lineRule="auto"/>
        <w:jc w:val="both"/>
        <w:rPr>
          <w:rFonts w:ascii="Arial" w:hAnsi="Arial" w:cs="Arial"/>
        </w:rPr>
      </w:pPr>
    </w:p>
    <w:p w14:paraId="6BBD7685" w14:textId="77777777" w:rsidR="004479B7" w:rsidRDefault="004479B7" w:rsidP="004479B7">
      <w:pPr>
        <w:spacing w:line="360" w:lineRule="auto"/>
        <w:jc w:val="both"/>
        <w:rPr>
          <w:rFonts w:ascii="Arial" w:hAnsi="Arial" w:cs="Arial"/>
        </w:rPr>
      </w:pPr>
    </w:p>
    <w:p w14:paraId="57C164BA" w14:textId="77777777" w:rsidR="004479B7" w:rsidRDefault="004479B7" w:rsidP="004479B7">
      <w:pPr>
        <w:spacing w:line="360" w:lineRule="auto"/>
        <w:jc w:val="both"/>
        <w:rPr>
          <w:rFonts w:ascii="Arial" w:hAnsi="Arial" w:cs="Arial"/>
        </w:rPr>
      </w:pPr>
    </w:p>
    <w:p w14:paraId="4D097253" w14:textId="77777777" w:rsidR="004479B7" w:rsidRDefault="004479B7" w:rsidP="004479B7">
      <w:pPr>
        <w:spacing w:line="360" w:lineRule="auto"/>
        <w:jc w:val="both"/>
        <w:rPr>
          <w:rFonts w:ascii="Arial" w:hAnsi="Arial" w:cs="Arial"/>
        </w:rPr>
      </w:pPr>
    </w:p>
    <w:p w14:paraId="3AF4A49B" w14:textId="77777777" w:rsidR="004479B7" w:rsidRDefault="004479B7" w:rsidP="004479B7">
      <w:pPr>
        <w:spacing w:line="360" w:lineRule="auto"/>
        <w:jc w:val="both"/>
        <w:rPr>
          <w:rFonts w:ascii="Arial" w:hAnsi="Arial" w:cs="Arial"/>
        </w:rPr>
      </w:pPr>
    </w:p>
    <w:p w14:paraId="46B2120C" w14:textId="77777777" w:rsidR="00D406F7" w:rsidRDefault="00D406F7" w:rsidP="00D406F7">
      <w:pPr>
        <w:spacing w:line="360" w:lineRule="auto"/>
        <w:rPr>
          <w:rFonts w:ascii="Arial" w:hAnsi="Arial" w:cs="Arial"/>
          <w:b/>
          <w:bCs/>
        </w:rPr>
        <w:sectPr w:rsidR="00D406F7" w:rsidSect="00DA1E95">
          <w:headerReference w:type="default" r:id="rId31"/>
          <w:footerReference w:type="default" r:id="rId32"/>
          <w:pgSz w:w="11910" w:h="16840"/>
          <w:pgMar w:top="1701" w:right="1701" w:bottom="1701" w:left="2268" w:header="753" w:footer="0" w:gutter="0"/>
          <w:pgNumType w:start="20"/>
          <w:cols w:space="720"/>
        </w:sectPr>
      </w:pPr>
    </w:p>
    <w:p w14:paraId="41AF7505" w14:textId="77777777" w:rsidR="004479B7" w:rsidRDefault="004479B7" w:rsidP="004479B7">
      <w:pPr>
        <w:spacing w:line="360" w:lineRule="auto"/>
        <w:jc w:val="center"/>
        <w:rPr>
          <w:rFonts w:ascii="Arial" w:hAnsi="Arial" w:cs="Arial"/>
          <w:b/>
          <w:bCs/>
        </w:rPr>
      </w:pPr>
      <w:r w:rsidRPr="004479B7">
        <w:rPr>
          <w:rFonts w:ascii="Arial" w:hAnsi="Arial" w:cs="Arial"/>
          <w:b/>
          <w:bCs/>
        </w:rPr>
        <w:lastRenderedPageBreak/>
        <w:t xml:space="preserve">BAB IV </w:t>
      </w:r>
    </w:p>
    <w:p w14:paraId="0CCBDF81" w14:textId="7EF3CFD4" w:rsidR="00547B98" w:rsidRDefault="004479B7" w:rsidP="004479B7">
      <w:pPr>
        <w:spacing w:line="360" w:lineRule="auto"/>
        <w:jc w:val="center"/>
        <w:rPr>
          <w:rFonts w:ascii="Arial" w:hAnsi="Arial" w:cs="Arial"/>
          <w:b/>
          <w:bCs/>
        </w:rPr>
      </w:pPr>
      <w:r w:rsidRPr="004479B7">
        <w:rPr>
          <w:rFonts w:ascii="Arial" w:hAnsi="Arial" w:cs="Arial"/>
          <w:b/>
          <w:bCs/>
        </w:rPr>
        <w:t>HASIL PENELITIAN DAN PEMBAHASAN</w:t>
      </w:r>
    </w:p>
    <w:p w14:paraId="1C57955A" w14:textId="77777777" w:rsidR="006A3CF9" w:rsidRDefault="006A3CF9" w:rsidP="004479B7">
      <w:pPr>
        <w:spacing w:line="360" w:lineRule="auto"/>
        <w:jc w:val="center"/>
        <w:rPr>
          <w:rFonts w:ascii="Arial" w:hAnsi="Arial" w:cs="Arial"/>
          <w:b/>
          <w:bCs/>
        </w:rPr>
      </w:pPr>
    </w:p>
    <w:p w14:paraId="0CD55F3A" w14:textId="4DC855AA" w:rsidR="004479B7" w:rsidRPr="006A3CF9" w:rsidRDefault="004479B7" w:rsidP="004479B7">
      <w:pPr>
        <w:numPr>
          <w:ilvl w:val="0"/>
          <w:numId w:val="28"/>
        </w:numPr>
        <w:spacing w:line="360" w:lineRule="auto"/>
        <w:rPr>
          <w:rFonts w:ascii="Arial" w:hAnsi="Arial" w:cs="Arial"/>
          <w:b/>
          <w:bCs/>
        </w:rPr>
      </w:pPr>
      <w:r w:rsidRPr="006A3CF9">
        <w:rPr>
          <w:rFonts w:ascii="Arial" w:hAnsi="Arial" w:cs="Arial"/>
          <w:b/>
          <w:bCs/>
        </w:rPr>
        <w:t>Deskripsi Lokasi Penelitian</w:t>
      </w:r>
    </w:p>
    <w:p w14:paraId="312D88CC" w14:textId="7B5DCBE2" w:rsidR="004479B7" w:rsidRPr="006A3CF9" w:rsidRDefault="004479B7" w:rsidP="00BB05DB">
      <w:pPr>
        <w:spacing w:line="360" w:lineRule="auto"/>
        <w:ind w:left="720" w:firstLine="720"/>
        <w:jc w:val="both"/>
        <w:rPr>
          <w:rFonts w:ascii="Arial" w:hAnsi="Arial" w:cs="Arial"/>
        </w:rPr>
      </w:pPr>
      <w:r w:rsidRPr="006A3CF9">
        <w:rPr>
          <w:rFonts w:ascii="Arial" w:hAnsi="Arial" w:cs="Arial"/>
        </w:rPr>
        <w:t>Penelitian ini dilaksanakan di</w:t>
      </w:r>
      <w:r w:rsidR="004D0764" w:rsidRPr="006A3CF9">
        <w:rPr>
          <w:rFonts w:ascii="Arial" w:hAnsi="Arial" w:cs="Arial"/>
        </w:rPr>
        <w:t xml:space="preserve"> Wilayah Kerja</w:t>
      </w:r>
      <w:r w:rsidRPr="006A3CF9">
        <w:rPr>
          <w:rFonts w:ascii="Arial" w:hAnsi="Arial" w:cs="Arial"/>
        </w:rPr>
        <w:t xml:space="preserve"> UPTD Puskesmas Kayon Kota Palangka Raya. Puskesmas Kayon terletak di Jalan Rajawali No. 35, Kelurahan Palangka, Kecamatan Jekan Raya, Kota Palangka Raya, Provinsi Kalimantan Tengah. Wilayah kerja Puskesmas Kayon meliputi Kelurahan Palangka dan Bukit Tunggal, dengan jumlah penduduk yang cukup padat dan beragam latar belakang sosial ekonomi.</w:t>
      </w:r>
    </w:p>
    <w:p w14:paraId="0C1D8FCC" w14:textId="77777777" w:rsidR="004479B7" w:rsidRPr="006A3CF9" w:rsidRDefault="004479B7" w:rsidP="00BB05DB">
      <w:pPr>
        <w:spacing w:line="360" w:lineRule="auto"/>
        <w:ind w:left="720" w:firstLine="720"/>
        <w:jc w:val="both"/>
        <w:rPr>
          <w:rFonts w:ascii="Arial" w:hAnsi="Arial" w:cs="Arial"/>
        </w:rPr>
      </w:pPr>
      <w:r w:rsidRPr="006A3CF9">
        <w:rPr>
          <w:rFonts w:ascii="Arial" w:hAnsi="Arial" w:cs="Arial"/>
        </w:rPr>
        <w:t>Puskesmas Kayon merupakan salah satu fasilitas pelayanan kesehatan tingkat pertama yang memiliki peran penting dalam memberikan pelayanan kesehatan masyarakat, terutama bagi ibu dan anak. Di puskesmas ini tersedia berbagai layanan, seperti pelayanan kesehatan umum, pemeriksaan ibu hamil, imunisasi, serta penyuluhan gizi dan kesehatan reproduksi.</w:t>
      </w:r>
    </w:p>
    <w:p w14:paraId="2357B64F" w14:textId="77777777" w:rsidR="004479B7" w:rsidRPr="006A3CF9" w:rsidRDefault="004479B7" w:rsidP="00BB05DB">
      <w:pPr>
        <w:spacing w:line="360" w:lineRule="auto"/>
        <w:ind w:left="720" w:firstLine="720"/>
        <w:jc w:val="both"/>
        <w:rPr>
          <w:rFonts w:ascii="Arial" w:hAnsi="Arial" w:cs="Arial"/>
        </w:rPr>
      </w:pPr>
      <w:r w:rsidRPr="006A3CF9">
        <w:rPr>
          <w:rFonts w:ascii="Arial" w:hAnsi="Arial" w:cs="Arial"/>
        </w:rPr>
        <w:t>Lokasi Puskesmas Kayon cukup mudah dijangkau karena berada di kawasan yang strategis di pusat Kota Palangka Raya. Namun, karena wilayah kerjanya luas, sebagian masyarakat yang tinggal di daerah pinggiran masih memerlukan waktu lebih lama untuk mengakses layanan kesehatan di puskesmas ini.</w:t>
      </w:r>
    </w:p>
    <w:p w14:paraId="0E05D0E5" w14:textId="6D885CA9" w:rsidR="004479B7" w:rsidRPr="006A3CF9" w:rsidRDefault="004479B7" w:rsidP="00BB05DB">
      <w:pPr>
        <w:spacing w:line="360" w:lineRule="auto"/>
        <w:ind w:left="720" w:firstLine="720"/>
        <w:jc w:val="both"/>
        <w:rPr>
          <w:rFonts w:ascii="Arial" w:hAnsi="Arial" w:cs="Arial"/>
        </w:rPr>
      </w:pPr>
      <w:r w:rsidRPr="006A3CF9">
        <w:rPr>
          <w:rFonts w:ascii="Arial" w:hAnsi="Arial" w:cs="Arial"/>
        </w:rPr>
        <w:t>Puskesmas Kayon juga aktif mengadakan kegiatan posyandu dan penyuluhan kesehatan di masyarakat, termasuk promosi mengenai pentingnya pemberian ASI eksklusif. Hal ini membuat lokasi tersebut sangat sesuai untuk dijadikan tempat penelitian tentang gambaran dukungan keluarga terhadap pemberian ASI eksklusif, karena petugas puskesmas dan masyarakatnya memiliki keterlibatan langsung dalam program kesehatan ibu dan anak.</w:t>
      </w:r>
    </w:p>
    <w:p w14:paraId="2C33C227" w14:textId="77777777" w:rsidR="00242D11" w:rsidRPr="006A3CF9" w:rsidRDefault="00242D11" w:rsidP="00BB05DB">
      <w:pPr>
        <w:spacing w:line="360" w:lineRule="auto"/>
        <w:ind w:left="720" w:firstLine="720"/>
        <w:jc w:val="both"/>
        <w:rPr>
          <w:rFonts w:ascii="Arial" w:hAnsi="Arial" w:cs="Arial"/>
        </w:rPr>
      </w:pPr>
    </w:p>
    <w:p w14:paraId="643C866E" w14:textId="704A72E3" w:rsidR="004479B7" w:rsidRDefault="00242D11" w:rsidP="004479B7">
      <w:pPr>
        <w:numPr>
          <w:ilvl w:val="0"/>
          <w:numId w:val="28"/>
        </w:numPr>
        <w:spacing w:line="360" w:lineRule="auto"/>
        <w:jc w:val="both"/>
        <w:rPr>
          <w:rFonts w:ascii="Arial" w:hAnsi="Arial" w:cs="Arial"/>
          <w:b/>
          <w:bCs/>
        </w:rPr>
      </w:pPr>
      <w:r w:rsidRPr="006A3CF9">
        <w:rPr>
          <w:rFonts w:ascii="Arial" w:hAnsi="Arial" w:cs="Arial"/>
          <w:b/>
          <w:bCs/>
        </w:rPr>
        <w:t>Hasil Penelitian</w:t>
      </w:r>
    </w:p>
    <w:p w14:paraId="1B9698E9" w14:textId="21D20ACE" w:rsidR="00B47717" w:rsidRDefault="00B47717" w:rsidP="00B47717">
      <w:pPr>
        <w:numPr>
          <w:ilvl w:val="0"/>
          <w:numId w:val="29"/>
        </w:numPr>
        <w:spacing w:line="360" w:lineRule="auto"/>
        <w:jc w:val="both"/>
        <w:rPr>
          <w:rFonts w:ascii="Arial" w:hAnsi="Arial" w:cs="Arial"/>
          <w:b/>
          <w:bCs/>
        </w:rPr>
      </w:pPr>
      <w:r w:rsidRPr="00B47717">
        <w:rPr>
          <w:rFonts w:ascii="Arial" w:hAnsi="Arial" w:cs="Arial"/>
          <w:b/>
          <w:bCs/>
        </w:rPr>
        <w:t>Pemberian ASI Eksklusif</w:t>
      </w:r>
    </w:p>
    <w:tbl>
      <w:tblPr>
        <w:tblW w:w="6946" w:type="dxa"/>
        <w:tblInd w:w="1134" w:type="dxa"/>
        <w:tblBorders>
          <w:top w:val="single" w:sz="4" w:space="0" w:color="auto"/>
          <w:bottom w:val="single" w:sz="4" w:space="0" w:color="auto"/>
          <w:insideH w:val="single" w:sz="4" w:space="0" w:color="auto"/>
        </w:tblBorders>
        <w:tblLook w:val="04A0" w:firstRow="1" w:lastRow="0" w:firstColumn="1" w:lastColumn="0" w:noHBand="0" w:noVBand="1"/>
      </w:tblPr>
      <w:tblGrid>
        <w:gridCol w:w="2080"/>
        <w:gridCol w:w="2380"/>
        <w:gridCol w:w="1680"/>
        <w:gridCol w:w="806"/>
      </w:tblGrid>
      <w:tr w:rsidR="00B47717" w:rsidRPr="0090674E" w14:paraId="733C0F61" w14:textId="77777777" w:rsidTr="00FB41A1">
        <w:trPr>
          <w:trHeight w:val="300"/>
        </w:trPr>
        <w:tc>
          <w:tcPr>
            <w:tcW w:w="2080" w:type="dxa"/>
            <w:noWrap/>
            <w:vAlign w:val="bottom"/>
            <w:hideMark/>
          </w:tcPr>
          <w:p w14:paraId="4B7B7670" w14:textId="1F18E40C" w:rsidR="00B47717" w:rsidRPr="00B47717" w:rsidRDefault="00B47717" w:rsidP="00FB41A1">
            <w:pPr>
              <w:widowControl/>
              <w:autoSpaceDE/>
              <w:autoSpaceDN/>
              <w:rPr>
                <w:rFonts w:ascii="Arial" w:eastAsia="Times New Roman" w:hAnsi="Arial" w:cs="Arial"/>
                <w:b/>
                <w:bCs/>
                <w:color w:val="000000"/>
                <w:lang w:val="en-ID" w:eastAsia="en-ID"/>
              </w:rPr>
            </w:pPr>
            <w:r w:rsidRPr="00B47717">
              <w:rPr>
                <w:rFonts w:ascii="Arial" w:eastAsia="Times New Roman" w:hAnsi="Arial" w:cs="Arial"/>
                <w:b/>
                <w:bCs/>
                <w:color w:val="000000"/>
                <w:lang w:val="en-ID" w:eastAsia="en-ID"/>
              </w:rPr>
              <w:t>Karakteristik</w:t>
            </w:r>
          </w:p>
        </w:tc>
        <w:tc>
          <w:tcPr>
            <w:tcW w:w="2380" w:type="dxa"/>
            <w:noWrap/>
            <w:vAlign w:val="bottom"/>
            <w:hideMark/>
          </w:tcPr>
          <w:p w14:paraId="5A7B89D1" w14:textId="17DA2D79" w:rsidR="00B47717" w:rsidRPr="00B47717" w:rsidRDefault="00B47717" w:rsidP="00FB41A1">
            <w:pPr>
              <w:widowControl/>
              <w:autoSpaceDE/>
              <w:autoSpaceDN/>
              <w:rPr>
                <w:rFonts w:ascii="Arial" w:eastAsia="Times New Roman" w:hAnsi="Arial" w:cs="Arial"/>
                <w:b/>
                <w:bCs/>
                <w:color w:val="000000"/>
                <w:lang w:val="en-ID" w:eastAsia="en-ID"/>
              </w:rPr>
            </w:pPr>
            <w:r w:rsidRPr="00B47717">
              <w:rPr>
                <w:rFonts w:ascii="Arial" w:eastAsia="Times New Roman" w:hAnsi="Arial" w:cs="Arial"/>
                <w:b/>
                <w:bCs/>
                <w:color w:val="000000"/>
                <w:lang w:val="en-ID" w:eastAsia="en-ID"/>
              </w:rPr>
              <w:t>Kategori</w:t>
            </w:r>
          </w:p>
        </w:tc>
        <w:tc>
          <w:tcPr>
            <w:tcW w:w="1680" w:type="dxa"/>
            <w:noWrap/>
            <w:vAlign w:val="bottom"/>
            <w:hideMark/>
          </w:tcPr>
          <w:p w14:paraId="5062FCAD" w14:textId="4ED69F74" w:rsidR="00B47717" w:rsidRPr="00B47717" w:rsidRDefault="00B47717" w:rsidP="00FB41A1">
            <w:pPr>
              <w:widowControl/>
              <w:autoSpaceDE/>
              <w:autoSpaceDN/>
              <w:jc w:val="center"/>
              <w:rPr>
                <w:rFonts w:ascii="Arial" w:eastAsia="Times New Roman" w:hAnsi="Arial" w:cs="Arial"/>
                <w:b/>
                <w:bCs/>
                <w:color w:val="000000"/>
                <w:lang w:val="en-ID" w:eastAsia="en-ID"/>
              </w:rPr>
            </w:pPr>
            <w:r w:rsidRPr="00B47717">
              <w:rPr>
                <w:rFonts w:ascii="Arial" w:eastAsia="Times New Roman" w:hAnsi="Arial" w:cs="Arial"/>
                <w:b/>
                <w:bCs/>
                <w:color w:val="000000"/>
                <w:lang w:val="en-ID" w:eastAsia="en-ID"/>
              </w:rPr>
              <w:t>(F)</w:t>
            </w:r>
          </w:p>
        </w:tc>
        <w:tc>
          <w:tcPr>
            <w:tcW w:w="806" w:type="dxa"/>
            <w:noWrap/>
            <w:vAlign w:val="bottom"/>
            <w:hideMark/>
          </w:tcPr>
          <w:p w14:paraId="00846C51" w14:textId="6C4BBB10" w:rsidR="00B47717" w:rsidRPr="00B47717" w:rsidRDefault="00B47717" w:rsidP="00FB41A1">
            <w:pPr>
              <w:widowControl/>
              <w:autoSpaceDE/>
              <w:autoSpaceDN/>
              <w:jc w:val="center"/>
              <w:rPr>
                <w:rFonts w:ascii="Arial" w:eastAsia="Times New Roman" w:hAnsi="Arial" w:cs="Arial"/>
                <w:b/>
                <w:bCs/>
                <w:color w:val="000000"/>
                <w:lang w:val="en-ID" w:eastAsia="en-ID"/>
              </w:rPr>
            </w:pPr>
            <w:r w:rsidRPr="00B47717">
              <w:rPr>
                <w:rFonts w:ascii="Arial" w:eastAsia="Times New Roman" w:hAnsi="Arial" w:cs="Arial"/>
                <w:b/>
                <w:bCs/>
                <w:color w:val="000000"/>
                <w:lang w:val="en-ID" w:eastAsia="en-ID"/>
              </w:rPr>
              <w:t>%</w:t>
            </w:r>
          </w:p>
        </w:tc>
      </w:tr>
      <w:tr w:rsidR="00B47717" w:rsidRPr="0090674E" w14:paraId="5E4B5FAF" w14:textId="77777777" w:rsidTr="00FB41A1">
        <w:trPr>
          <w:trHeight w:val="300"/>
        </w:trPr>
        <w:tc>
          <w:tcPr>
            <w:tcW w:w="2080" w:type="dxa"/>
            <w:noWrap/>
            <w:vAlign w:val="bottom"/>
            <w:hideMark/>
          </w:tcPr>
          <w:p w14:paraId="6226DFAB" w14:textId="77AAE9EF" w:rsidR="00B47717" w:rsidRPr="0090674E" w:rsidRDefault="00B47717" w:rsidP="00B47717">
            <w:pPr>
              <w:widowControl/>
              <w:autoSpaceDE/>
              <w:autoSpaceDN/>
              <w:rPr>
                <w:rFonts w:ascii="Arial" w:eastAsia="Times New Roman" w:hAnsi="Arial" w:cs="Arial"/>
                <w:color w:val="000000"/>
                <w:lang w:val="en-ID" w:eastAsia="en-ID"/>
              </w:rPr>
            </w:pPr>
            <w:r w:rsidRPr="0090674E">
              <w:rPr>
                <w:rFonts w:ascii="Arial" w:eastAsia="Times New Roman" w:hAnsi="Arial" w:cs="Arial"/>
                <w:color w:val="000000"/>
                <w:lang w:val="en-ID" w:eastAsia="en-ID"/>
              </w:rPr>
              <w:t>Status ASI Eksklusif</w:t>
            </w:r>
          </w:p>
        </w:tc>
        <w:tc>
          <w:tcPr>
            <w:tcW w:w="2380" w:type="dxa"/>
            <w:noWrap/>
            <w:vAlign w:val="bottom"/>
            <w:hideMark/>
          </w:tcPr>
          <w:p w14:paraId="085F8A00" w14:textId="346A8346" w:rsidR="00B47717" w:rsidRPr="0090674E" w:rsidRDefault="00B47717" w:rsidP="00B47717">
            <w:pPr>
              <w:widowControl/>
              <w:autoSpaceDE/>
              <w:autoSpaceDN/>
              <w:rPr>
                <w:rFonts w:ascii="Arial" w:eastAsia="Times New Roman" w:hAnsi="Arial" w:cs="Arial"/>
                <w:color w:val="000000"/>
                <w:lang w:val="en-ID" w:eastAsia="en-ID"/>
              </w:rPr>
            </w:pPr>
            <w:r w:rsidRPr="0090674E">
              <w:rPr>
                <w:rFonts w:ascii="Arial" w:eastAsia="Times New Roman" w:hAnsi="Arial" w:cs="Arial"/>
                <w:color w:val="000000"/>
                <w:lang w:val="en-ID" w:eastAsia="en-ID"/>
              </w:rPr>
              <w:t>Ya</w:t>
            </w:r>
          </w:p>
        </w:tc>
        <w:tc>
          <w:tcPr>
            <w:tcW w:w="1680" w:type="dxa"/>
            <w:noWrap/>
            <w:vAlign w:val="bottom"/>
            <w:hideMark/>
          </w:tcPr>
          <w:p w14:paraId="543DE489" w14:textId="39C71DE6" w:rsidR="00B47717" w:rsidRPr="0090674E" w:rsidRDefault="00FB7899" w:rsidP="00B47717">
            <w:pPr>
              <w:widowControl/>
              <w:autoSpaceDE/>
              <w:autoSpaceDN/>
              <w:jc w:val="center"/>
              <w:rPr>
                <w:rFonts w:ascii="Arial" w:eastAsia="Times New Roman" w:hAnsi="Arial" w:cs="Arial"/>
                <w:color w:val="000000"/>
                <w:lang w:val="en-ID" w:eastAsia="en-ID"/>
              </w:rPr>
            </w:pPr>
            <w:r>
              <w:rPr>
                <w:rFonts w:ascii="Arial" w:eastAsia="Times New Roman" w:hAnsi="Arial" w:cs="Arial"/>
                <w:color w:val="000000"/>
                <w:lang w:val="en-ID" w:eastAsia="en-ID"/>
              </w:rPr>
              <w:t>66</w:t>
            </w:r>
          </w:p>
        </w:tc>
        <w:tc>
          <w:tcPr>
            <w:tcW w:w="806" w:type="dxa"/>
            <w:noWrap/>
            <w:vAlign w:val="bottom"/>
            <w:hideMark/>
          </w:tcPr>
          <w:p w14:paraId="657540FF" w14:textId="0CDC0117" w:rsidR="00B47717" w:rsidRPr="0090674E" w:rsidRDefault="002E1540" w:rsidP="00B47717">
            <w:pPr>
              <w:widowControl/>
              <w:autoSpaceDE/>
              <w:autoSpaceDN/>
              <w:jc w:val="center"/>
              <w:rPr>
                <w:rFonts w:ascii="Arial" w:eastAsia="Times New Roman" w:hAnsi="Arial" w:cs="Arial"/>
                <w:color w:val="000000"/>
                <w:lang w:val="en-ID" w:eastAsia="en-ID"/>
              </w:rPr>
            </w:pPr>
            <w:r>
              <w:rPr>
                <w:rFonts w:ascii="Arial" w:eastAsia="Times New Roman" w:hAnsi="Arial" w:cs="Arial"/>
                <w:color w:val="000000"/>
                <w:lang w:val="en-ID" w:eastAsia="en-ID"/>
              </w:rPr>
              <w:t>8</w:t>
            </w:r>
            <w:r w:rsidR="00FB7899">
              <w:rPr>
                <w:rFonts w:ascii="Arial" w:eastAsia="Times New Roman" w:hAnsi="Arial" w:cs="Arial"/>
                <w:color w:val="000000"/>
                <w:lang w:val="en-ID" w:eastAsia="en-ID"/>
              </w:rPr>
              <w:t>0</w:t>
            </w:r>
          </w:p>
        </w:tc>
      </w:tr>
      <w:tr w:rsidR="00B47717" w:rsidRPr="0090674E" w14:paraId="5AB634C1" w14:textId="77777777" w:rsidTr="00FB41A1">
        <w:trPr>
          <w:trHeight w:val="300"/>
        </w:trPr>
        <w:tc>
          <w:tcPr>
            <w:tcW w:w="2080" w:type="dxa"/>
            <w:noWrap/>
            <w:vAlign w:val="bottom"/>
          </w:tcPr>
          <w:p w14:paraId="0E321BF6" w14:textId="11A5B0D0" w:rsidR="00B47717" w:rsidRPr="0090674E" w:rsidRDefault="00B47717" w:rsidP="00B47717">
            <w:pPr>
              <w:widowControl/>
              <w:autoSpaceDE/>
              <w:autoSpaceDN/>
              <w:rPr>
                <w:rFonts w:ascii="Arial" w:eastAsia="Times New Roman" w:hAnsi="Arial" w:cs="Arial"/>
                <w:color w:val="000000"/>
                <w:lang w:val="en-ID" w:eastAsia="en-ID"/>
              </w:rPr>
            </w:pPr>
            <w:r w:rsidRPr="0090674E">
              <w:rPr>
                <w:rFonts w:ascii="Arial" w:eastAsia="Times New Roman" w:hAnsi="Arial" w:cs="Arial"/>
                <w:color w:val="000000"/>
                <w:lang w:val="en-ID" w:eastAsia="en-ID"/>
              </w:rPr>
              <w:t> </w:t>
            </w:r>
          </w:p>
        </w:tc>
        <w:tc>
          <w:tcPr>
            <w:tcW w:w="2380" w:type="dxa"/>
            <w:noWrap/>
            <w:vAlign w:val="bottom"/>
          </w:tcPr>
          <w:p w14:paraId="33676384" w14:textId="1C7CD7F5" w:rsidR="00B47717" w:rsidRPr="0090674E" w:rsidRDefault="00B47717" w:rsidP="00B47717">
            <w:pPr>
              <w:widowControl/>
              <w:autoSpaceDE/>
              <w:autoSpaceDN/>
              <w:rPr>
                <w:rFonts w:ascii="Arial" w:eastAsia="Times New Roman" w:hAnsi="Arial" w:cs="Arial"/>
                <w:color w:val="000000"/>
                <w:lang w:val="en-ID" w:eastAsia="en-ID"/>
              </w:rPr>
            </w:pPr>
            <w:r w:rsidRPr="0090674E">
              <w:rPr>
                <w:rFonts w:ascii="Arial" w:eastAsia="Times New Roman" w:hAnsi="Arial" w:cs="Arial"/>
                <w:color w:val="000000"/>
                <w:lang w:val="en-ID" w:eastAsia="en-ID"/>
              </w:rPr>
              <w:t>Tidak</w:t>
            </w:r>
          </w:p>
        </w:tc>
        <w:tc>
          <w:tcPr>
            <w:tcW w:w="1680" w:type="dxa"/>
            <w:noWrap/>
            <w:vAlign w:val="bottom"/>
          </w:tcPr>
          <w:p w14:paraId="20618CCE" w14:textId="7C7594E9" w:rsidR="00B47717" w:rsidRPr="0090674E" w:rsidRDefault="00B47717" w:rsidP="00B47717">
            <w:pPr>
              <w:widowControl/>
              <w:autoSpaceDE/>
              <w:autoSpaceDN/>
              <w:jc w:val="center"/>
              <w:rPr>
                <w:rFonts w:ascii="Arial" w:eastAsia="Times New Roman" w:hAnsi="Arial" w:cs="Arial"/>
                <w:color w:val="000000"/>
                <w:lang w:val="en-ID" w:eastAsia="en-ID"/>
              </w:rPr>
            </w:pPr>
            <w:r w:rsidRPr="0090674E">
              <w:rPr>
                <w:rFonts w:ascii="Arial" w:eastAsia="Times New Roman" w:hAnsi="Arial" w:cs="Arial"/>
                <w:color w:val="000000"/>
                <w:lang w:val="en-ID" w:eastAsia="en-ID"/>
              </w:rPr>
              <w:t>16</w:t>
            </w:r>
          </w:p>
        </w:tc>
        <w:tc>
          <w:tcPr>
            <w:tcW w:w="806" w:type="dxa"/>
            <w:noWrap/>
            <w:vAlign w:val="bottom"/>
          </w:tcPr>
          <w:p w14:paraId="59638A1C" w14:textId="30D13B85" w:rsidR="00B47717" w:rsidRPr="0090674E" w:rsidRDefault="00B47717" w:rsidP="00B47717">
            <w:pPr>
              <w:widowControl/>
              <w:autoSpaceDE/>
              <w:autoSpaceDN/>
              <w:jc w:val="center"/>
              <w:rPr>
                <w:rFonts w:ascii="Arial" w:eastAsia="Times New Roman" w:hAnsi="Arial" w:cs="Arial"/>
                <w:color w:val="000000"/>
                <w:lang w:val="en-ID" w:eastAsia="en-ID"/>
              </w:rPr>
            </w:pPr>
            <w:r w:rsidRPr="0090674E">
              <w:rPr>
                <w:rFonts w:ascii="Arial" w:eastAsia="Times New Roman" w:hAnsi="Arial" w:cs="Arial"/>
                <w:color w:val="000000"/>
                <w:lang w:val="en-ID" w:eastAsia="en-ID"/>
              </w:rPr>
              <w:t>20</w:t>
            </w:r>
          </w:p>
        </w:tc>
      </w:tr>
      <w:tr w:rsidR="00B47717" w:rsidRPr="0090674E" w14:paraId="746F43E9" w14:textId="77777777" w:rsidTr="00FB41A1">
        <w:trPr>
          <w:trHeight w:val="300"/>
        </w:trPr>
        <w:tc>
          <w:tcPr>
            <w:tcW w:w="2080" w:type="dxa"/>
            <w:noWrap/>
            <w:vAlign w:val="bottom"/>
          </w:tcPr>
          <w:p w14:paraId="1C1D91F3" w14:textId="31FE278C" w:rsidR="00B47717" w:rsidRPr="0090674E" w:rsidRDefault="00B47717" w:rsidP="00FB41A1">
            <w:pPr>
              <w:widowControl/>
              <w:autoSpaceDE/>
              <w:autoSpaceDN/>
              <w:rPr>
                <w:rFonts w:ascii="Arial" w:eastAsia="Times New Roman" w:hAnsi="Arial" w:cs="Arial"/>
                <w:color w:val="000000"/>
                <w:lang w:val="en-ID" w:eastAsia="en-ID"/>
              </w:rPr>
            </w:pPr>
            <w:r>
              <w:rPr>
                <w:rFonts w:ascii="Arial" w:eastAsia="Times New Roman" w:hAnsi="Arial" w:cs="Arial"/>
                <w:color w:val="000000"/>
                <w:lang w:val="en-ID" w:eastAsia="en-ID"/>
              </w:rPr>
              <w:t>Total</w:t>
            </w:r>
          </w:p>
        </w:tc>
        <w:tc>
          <w:tcPr>
            <w:tcW w:w="2380" w:type="dxa"/>
            <w:noWrap/>
            <w:vAlign w:val="bottom"/>
          </w:tcPr>
          <w:p w14:paraId="3574CEA6" w14:textId="77777777" w:rsidR="00B47717" w:rsidRPr="0090674E" w:rsidRDefault="00B47717" w:rsidP="00FB41A1">
            <w:pPr>
              <w:widowControl/>
              <w:autoSpaceDE/>
              <w:autoSpaceDN/>
              <w:rPr>
                <w:rFonts w:ascii="Arial" w:eastAsia="Times New Roman" w:hAnsi="Arial" w:cs="Arial"/>
                <w:color w:val="000000"/>
                <w:lang w:val="en-ID" w:eastAsia="en-ID"/>
              </w:rPr>
            </w:pPr>
          </w:p>
        </w:tc>
        <w:tc>
          <w:tcPr>
            <w:tcW w:w="1680" w:type="dxa"/>
            <w:noWrap/>
            <w:vAlign w:val="bottom"/>
          </w:tcPr>
          <w:p w14:paraId="5D28990F" w14:textId="771C14E3" w:rsidR="00B47717" w:rsidRPr="0090674E" w:rsidRDefault="00B47717" w:rsidP="00FB41A1">
            <w:pPr>
              <w:widowControl/>
              <w:autoSpaceDE/>
              <w:autoSpaceDN/>
              <w:jc w:val="center"/>
              <w:rPr>
                <w:rFonts w:ascii="Arial" w:eastAsia="Times New Roman" w:hAnsi="Arial" w:cs="Arial"/>
                <w:color w:val="000000"/>
                <w:lang w:val="en-ID" w:eastAsia="en-ID"/>
              </w:rPr>
            </w:pPr>
            <w:r>
              <w:rPr>
                <w:rFonts w:ascii="Arial" w:eastAsia="Times New Roman" w:hAnsi="Arial" w:cs="Arial"/>
                <w:color w:val="000000"/>
                <w:lang w:val="en-ID" w:eastAsia="en-ID"/>
              </w:rPr>
              <w:t>82</w:t>
            </w:r>
          </w:p>
        </w:tc>
        <w:tc>
          <w:tcPr>
            <w:tcW w:w="806" w:type="dxa"/>
            <w:noWrap/>
            <w:vAlign w:val="bottom"/>
          </w:tcPr>
          <w:p w14:paraId="7984BDB8" w14:textId="77647BB3" w:rsidR="00B47717" w:rsidRPr="0090674E" w:rsidRDefault="00B47717" w:rsidP="00FB41A1">
            <w:pPr>
              <w:widowControl/>
              <w:autoSpaceDE/>
              <w:autoSpaceDN/>
              <w:jc w:val="center"/>
              <w:rPr>
                <w:rFonts w:ascii="Arial" w:eastAsia="Times New Roman" w:hAnsi="Arial" w:cs="Arial"/>
                <w:color w:val="000000"/>
                <w:lang w:val="en-ID" w:eastAsia="en-ID"/>
              </w:rPr>
            </w:pPr>
            <w:r>
              <w:rPr>
                <w:rFonts w:ascii="Arial" w:eastAsia="Times New Roman" w:hAnsi="Arial" w:cs="Arial"/>
                <w:color w:val="000000"/>
                <w:lang w:val="en-ID" w:eastAsia="en-ID"/>
              </w:rPr>
              <w:t>10</w:t>
            </w:r>
            <w:r w:rsidR="00A00281">
              <w:rPr>
                <w:rFonts w:ascii="Arial" w:eastAsia="Times New Roman" w:hAnsi="Arial" w:cs="Arial"/>
                <w:color w:val="000000"/>
                <w:lang w:val="en-ID" w:eastAsia="en-ID"/>
              </w:rPr>
              <w:t>0</w:t>
            </w:r>
          </w:p>
        </w:tc>
      </w:tr>
    </w:tbl>
    <w:p w14:paraId="697BCA50" w14:textId="77777777" w:rsidR="00DA1E95" w:rsidRDefault="00DA1E95" w:rsidP="00DA1E95">
      <w:pPr>
        <w:spacing w:line="360" w:lineRule="auto"/>
        <w:jc w:val="both"/>
        <w:rPr>
          <w:rFonts w:ascii="Arial" w:hAnsi="Arial" w:cs="Arial"/>
        </w:rPr>
        <w:sectPr w:rsidR="00DA1E95" w:rsidSect="00DA1E95">
          <w:headerReference w:type="default" r:id="rId33"/>
          <w:footerReference w:type="default" r:id="rId34"/>
          <w:pgSz w:w="11910" w:h="16840"/>
          <w:pgMar w:top="1701" w:right="1701" w:bottom="1701" w:left="2268" w:header="0" w:footer="744" w:gutter="0"/>
          <w:pgNumType w:start="26"/>
          <w:cols w:space="720"/>
        </w:sectPr>
      </w:pPr>
    </w:p>
    <w:p w14:paraId="53CF812F" w14:textId="14F72CBB" w:rsidR="00913D30" w:rsidRDefault="00913D30" w:rsidP="00913D30">
      <w:pPr>
        <w:spacing w:line="360" w:lineRule="auto"/>
        <w:ind w:left="720" w:firstLine="720"/>
        <w:jc w:val="both"/>
        <w:rPr>
          <w:rFonts w:ascii="Arial" w:hAnsi="Arial" w:cs="Arial"/>
        </w:rPr>
      </w:pPr>
      <w:r w:rsidRPr="00913D30">
        <w:rPr>
          <w:rFonts w:ascii="Arial" w:hAnsi="Arial" w:cs="Arial"/>
        </w:rPr>
        <w:lastRenderedPageBreak/>
        <w:t>Sementara itu, berdasarkan status pemberian ASI eksklusif, diketahui bahwa sebagian besar responden memberikan ASI eksklusif (</w:t>
      </w:r>
      <w:r w:rsidR="00FB7899">
        <w:rPr>
          <w:rFonts w:ascii="Arial" w:hAnsi="Arial" w:cs="Arial"/>
        </w:rPr>
        <w:t>80</w:t>
      </w:r>
      <w:r w:rsidRPr="00913D30">
        <w:rPr>
          <w:rFonts w:ascii="Arial" w:hAnsi="Arial" w:cs="Arial"/>
        </w:rPr>
        <w:t>%), sedangkan 2</w:t>
      </w:r>
      <w:r w:rsidR="0021292E">
        <w:rPr>
          <w:rFonts w:ascii="Arial" w:hAnsi="Arial" w:cs="Arial"/>
        </w:rPr>
        <w:t>0</w:t>
      </w:r>
      <w:r w:rsidRPr="00913D30">
        <w:rPr>
          <w:rFonts w:ascii="Arial" w:hAnsi="Arial" w:cs="Arial"/>
        </w:rPr>
        <w:t>% tidak memberikan ASI eksklusif. Hal ini menunjukkan bahwa kesadaran ibu di wilayah kerja Puskesmas Kayon terhadap pentingnya ASI eksklusif cukup tinggi, meskipun masih terdapat sebagian kecil yang belum melaksanakannya sepenuhnya.</w:t>
      </w:r>
    </w:p>
    <w:p w14:paraId="438229B1" w14:textId="60D7A4CB" w:rsidR="003E4230" w:rsidRDefault="003E4230" w:rsidP="003E4230">
      <w:pPr>
        <w:spacing w:line="360" w:lineRule="auto"/>
        <w:ind w:left="720" w:firstLine="720"/>
        <w:jc w:val="both"/>
        <w:rPr>
          <w:rFonts w:ascii="Arial" w:hAnsi="Arial" w:cs="Arial"/>
        </w:rPr>
      </w:pPr>
      <w:r w:rsidRPr="003E4230">
        <w:rPr>
          <w:rFonts w:ascii="Arial" w:hAnsi="Arial" w:cs="Arial"/>
        </w:rPr>
        <w:t>Tingginya angka pemberian ASI eksklusif ini dapat dipengaruhi oleh adanya dukungan keluarga yang baik, seperti bantuan suami atau anggota keluarga dalam merawat bayi, memberikan motivasi, serta membantu pekerjaan rumah tangga sehingga ibu dapat fokus menyusui. Sebaliknya, ibu yang tidak memberikan ASI eksklusif kemungkinan kurang mendapat dukungan emosional maupun praktis dari keluarga, atau menghadapi hambatan seperti pekerjaan, kurangnya waktu, dan kurangnya informasi tentang pentingnya ASI eksklusif. Hasil ini menunjukkan bahwa dukungan keluarga memiliki peran penting dalam keberhasilan pemberian ASI eksklusif. Semakin baik dukungan yang diterima ibu, maka semakin besar kemungkinan ibu dapat memberikan ASI eksklusif kepada bayinya.</w:t>
      </w:r>
    </w:p>
    <w:p w14:paraId="1EF1D73B" w14:textId="7367ADEA" w:rsidR="006D13E1" w:rsidRDefault="006D13E1" w:rsidP="006D13E1">
      <w:pPr>
        <w:numPr>
          <w:ilvl w:val="0"/>
          <w:numId w:val="29"/>
        </w:numPr>
        <w:spacing w:line="360" w:lineRule="auto"/>
        <w:jc w:val="both"/>
        <w:rPr>
          <w:rFonts w:ascii="Arial" w:hAnsi="Arial" w:cs="Arial"/>
          <w:b/>
          <w:bCs/>
        </w:rPr>
      </w:pPr>
      <w:r w:rsidRPr="006D13E1">
        <w:rPr>
          <w:rFonts w:ascii="Arial" w:hAnsi="Arial" w:cs="Arial"/>
          <w:b/>
          <w:bCs/>
        </w:rPr>
        <w:t>Gambaran Dukungan Keluarga</w:t>
      </w:r>
    </w:p>
    <w:p w14:paraId="1B6319D3" w14:textId="1F86B05C" w:rsidR="00D95FAD" w:rsidRDefault="00D95FAD" w:rsidP="00D95FAD">
      <w:pPr>
        <w:numPr>
          <w:ilvl w:val="0"/>
          <w:numId w:val="33"/>
        </w:numPr>
        <w:spacing w:line="360" w:lineRule="auto"/>
        <w:jc w:val="both"/>
        <w:rPr>
          <w:rFonts w:ascii="Arial" w:hAnsi="Arial" w:cs="Arial"/>
          <w:b/>
          <w:bCs/>
        </w:rPr>
      </w:pPr>
      <w:r>
        <w:rPr>
          <w:rFonts w:ascii="Arial" w:hAnsi="Arial" w:cs="Arial"/>
          <w:b/>
          <w:bCs/>
        </w:rPr>
        <w:t>Dukungan Emosional</w:t>
      </w:r>
    </w:p>
    <w:p w14:paraId="6A7AD42D" w14:textId="45D4778D" w:rsidR="002B327D" w:rsidRPr="002B327D" w:rsidRDefault="002B327D" w:rsidP="002B327D">
      <w:pPr>
        <w:spacing w:line="360" w:lineRule="auto"/>
        <w:ind w:left="1080"/>
        <w:jc w:val="center"/>
        <w:rPr>
          <w:rFonts w:ascii="Arial" w:hAnsi="Arial" w:cs="Arial"/>
          <w:b/>
          <w:bCs/>
          <w:sz w:val="20"/>
          <w:szCs w:val="20"/>
        </w:rPr>
      </w:pPr>
      <w:r w:rsidRPr="002B327D">
        <w:rPr>
          <w:rFonts w:ascii="Arial" w:hAnsi="Arial" w:cs="Arial"/>
          <w:b/>
          <w:bCs/>
          <w:sz w:val="20"/>
          <w:szCs w:val="20"/>
        </w:rPr>
        <w:t>Tabel 4.2 Distribusi Dukungan</w:t>
      </w:r>
      <w:r w:rsidR="00D95FAD">
        <w:rPr>
          <w:rFonts w:ascii="Arial" w:hAnsi="Arial" w:cs="Arial"/>
          <w:b/>
          <w:bCs/>
          <w:sz w:val="20"/>
          <w:szCs w:val="20"/>
        </w:rPr>
        <w:t xml:space="preserve"> Emosional</w:t>
      </w:r>
      <w:r w:rsidRPr="002B327D">
        <w:rPr>
          <w:rFonts w:ascii="Arial" w:hAnsi="Arial" w:cs="Arial"/>
          <w:b/>
          <w:bCs/>
          <w:sz w:val="20"/>
          <w:szCs w:val="20"/>
        </w:rPr>
        <w:t xml:space="preserve"> </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D95FAD" w:rsidRPr="00D95FAD" w14:paraId="07F15F24" w14:textId="77777777" w:rsidTr="00F57660">
        <w:trPr>
          <w:trHeight w:val="300"/>
        </w:trPr>
        <w:tc>
          <w:tcPr>
            <w:tcW w:w="2580" w:type="dxa"/>
            <w:shd w:val="clear" w:color="000000" w:fill="FFFFFF"/>
            <w:noWrap/>
            <w:vAlign w:val="bottom"/>
            <w:hideMark/>
          </w:tcPr>
          <w:p w14:paraId="063C41CA" w14:textId="77777777" w:rsidR="00D95FAD" w:rsidRPr="00D95FAD" w:rsidRDefault="00D95FAD" w:rsidP="00D95FAD">
            <w:pPr>
              <w:widowControl/>
              <w:autoSpaceDE/>
              <w:autoSpaceDN/>
              <w:jc w:val="center"/>
              <w:rPr>
                <w:rFonts w:ascii="Arial" w:eastAsia="Times New Roman" w:hAnsi="Arial" w:cs="Arial"/>
                <w:b/>
                <w:bCs/>
                <w:lang w:val="en-ID" w:eastAsia="en-ID"/>
              </w:rPr>
            </w:pPr>
            <w:r w:rsidRPr="00D95FAD">
              <w:rPr>
                <w:rFonts w:ascii="Arial" w:eastAsia="Times New Roman" w:hAnsi="Arial" w:cs="Arial"/>
                <w:b/>
                <w:bCs/>
                <w:lang w:val="en-ID" w:eastAsia="en-ID"/>
              </w:rPr>
              <w:t>Kategori</w:t>
            </w:r>
          </w:p>
        </w:tc>
        <w:tc>
          <w:tcPr>
            <w:tcW w:w="1680" w:type="dxa"/>
            <w:shd w:val="clear" w:color="000000" w:fill="FFFFFF"/>
            <w:noWrap/>
            <w:vAlign w:val="bottom"/>
            <w:hideMark/>
          </w:tcPr>
          <w:p w14:paraId="50B49003" w14:textId="77777777" w:rsidR="00D95FAD" w:rsidRPr="00D95FAD" w:rsidRDefault="00D95FAD" w:rsidP="00D95FAD">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(f)</w:t>
            </w:r>
          </w:p>
        </w:tc>
        <w:tc>
          <w:tcPr>
            <w:tcW w:w="2260" w:type="dxa"/>
            <w:shd w:val="clear" w:color="000000" w:fill="FFFFFF"/>
            <w:noWrap/>
            <w:vAlign w:val="bottom"/>
            <w:hideMark/>
          </w:tcPr>
          <w:p w14:paraId="3A05B4AF" w14:textId="77777777" w:rsidR="00D95FAD" w:rsidRPr="00D95FAD" w:rsidRDefault="00D95FAD" w:rsidP="00D95FAD">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w:t>
            </w:r>
          </w:p>
        </w:tc>
      </w:tr>
      <w:tr w:rsidR="00D95FAD" w:rsidRPr="00D95FAD" w14:paraId="7231DEAE" w14:textId="77777777" w:rsidTr="00F57660">
        <w:trPr>
          <w:trHeight w:val="300"/>
        </w:trPr>
        <w:tc>
          <w:tcPr>
            <w:tcW w:w="2580" w:type="dxa"/>
            <w:shd w:val="clear" w:color="000000" w:fill="FFFFFF"/>
            <w:noWrap/>
            <w:vAlign w:val="bottom"/>
            <w:hideMark/>
          </w:tcPr>
          <w:p w14:paraId="51DB9915" w14:textId="0C644D2A" w:rsidR="00D95FAD" w:rsidRPr="00D95FAD" w:rsidRDefault="00D95FAD" w:rsidP="00D95FAD">
            <w:pPr>
              <w:widowControl/>
              <w:autoSpaceDE/>
              <w:autoSpaceDN/>
              <w:rPr>
                <w:rFonts w:ascii="Arial" w:eastAsia="Times New Roman" w:hAnsi="Arial" w:cs="Arial"/>
                <w:b/>
                <w:bCs/>
                <w:color w:val="000000"/>
                <w:lang w:val="en-ID" w:eastAsia="en-ID"/>
              </w:rPr>
            </w:pPr>
            <w:r w:rsidRPr="00D95FAD">
              <w:rPr>
                <w:rFonts w:ascii="Arial" w:eastAsia="Times New Roman" w:hAnsi="Arial" w:cs="Arial"/>
                <w:color w:val="000000"/>
                <w:lang w:val="en-ID" w:eastAsia="en-ID"/>
              </w:rPr>
              <w:t>Mendukung</w:t>
            </w:r>
          </w:p>
        </w:tc>
        <w:tc>
          <w:tcPr>
            <w:tcW w:w="1680" w:type="dxa"/>
            <w:shd w:val="clear" w:color="000000" w:fill="FFFFFF"/>
            <w:noWrap/>
            <w:vAlign w:val="bottom"/>
            <w:hideMark/>
          </w:tcPr>
          <w:p w14:paraId="708C8C86" w14:textId="206F7247" w:rsidR="00D95FAD" w:rsidRPr="00D95FAD" w:rsidRDefault="00D95FAD" w:rsidP="00D95FAD">
            <w:pPr>
              <w:widowControl/>
              <w:autoSpaceDE/>
              <w:autoSpaceDN/>
              <w:rPr>
                <w:rFonts w:ascii="Arial" w:eastAsia="Times New Roman" w:hAnsi="Arial" w:cs="Arial"/>
                <w:b/>
                <w:bCs/>
                <w:color w:val="000000"/>
                <w:lang w:val="en-ID" w:eastAsia="en-ID"/>
              </w:rPr>
            </w:pPr>
            <w:r w:rsidRPr="00D95FAD">
              <w:rPr>
                <w:rFonts w:ascii="Arial" w:eastAsia="Times New Roman" w:hAnsi="Arial" w:cs="Arial"/>
                <w:color w:val="000000"/>
                <w:lang w:val="en-ID" w:eastAsia="en-ID"/>
              </w:rPr>
              <w:t>6</w:t>
            </w:r>
            <w:r w:rsidR="00FB7899">
              <w:rPr>
                <w:rFonts w:ascii="Arial" w:eastAsia="Times New Roman" w:hAnsi="Arial" w:cs="Arial"/>
                <w:color w:val="000000"/>
                <w:lang w:val="en-ID" w:eastAsia="en-ID"/>
              </w:rPr>
              <w:t>1</w:t>
            </w:r>
          </w:p>
        </w:tc>
        <w:tc>
          <w:tcPr>
            <w:tcW w:w="2260" w:type="dxa"/>
            <w:shd w:val="clear" w:color="000000" w:fill="FFFFFF"/>
            <w:noWrap/>
            <w:vAlign w:val="bottom"/>
            <w:hideMark/>
          </w:tcPr>
          <w:p w14:paraId="5AF7DEF9" w14:textId="64EA89B8" w:rsidR="00D95FAD" w:rsidRPr="00B51F2C" w:rsidRDefault="00D95FAD" w:rsidP="00D95FAD">
            <w:pPr>
              <w:widowControl/>
              <w:autoSpaceDE/>
              <w:autoSpaceDN/>
              <w:rPr>
                <w:rFonts w:ascii="Arial" w:eastAsia="Times New Roman" w:hAnsi="Arial" w:cs="Arial"/>
                <w:color w:val="000000"/>
                <w:lang w:val="en-ID" w:eastAsia="en-ID"/>
              </w:rPr>
            </w:pPr>
            <w:r w:rsidRPr="00B51F2C">
              <w:rPr>
                <w:rFonts w:ascii="Arial" w:eastAsia="Times New Roman" w:hAnsi="Arial" w:cs="Arial"/>
                <w:color w:val="000000"/>
                <w:lang w:val="en-ID" w:eastAsia="en-ID"/>
              </w:rPr>
              <w:t>7</w:t>
            </w:r>
            <w:r w:rsidR="00FB7899">
              <w:rPr>
                <w:rFonts w:ascii="Arial" w:eastAsia="Times New Roman" w:hAnsi="Arial" w:cs="Arial"/>
                <w:color w:val="000000"/>
                <w:lang w:val="en-ID" w:eastAsia="en-ID"/>
              </w:rPr>
              <w:t>4</w:t>
            </w:r>
          </w:p>
        </w:tc>
      </w:tr>
      <w:tr w:rsidR="00D95FAD" w:rsidRPr="00D95FAD" w14:paraId="0A7F2B3F" w14:textId="77777777" w:rsidTr="00F57660">
        <w:trPr>
          <w:trHeight w:val="300"/>
        </w:trPr>
        <w:tc>
          <w:tcPr>
            <w:tcW w:w="2580" w:type="dxa"/>
            <w:shd w:val="clear" w:color="000000" w:fill="FFFFFF"/>
            <w:noWrap/>
            <w:vAlign w:val="bottom"/>
            <w:hideMark/>
          </w:tcPr>
          <w:p w14:paraId="7E38AC72" w14:textId="6400BE6E" w:rsidR="00D95FAD" w:rsidRPr="00D95FAD" w:rsidRDefault="00D95FAD" w:rsidP="00D95FAD">
            <w:pPr>
              <w:widowControl/>
              <w:autoSpaceDE/>
              <w:autoSpaceDN/>
              <w:rPr>
                <w:rFonts w:ascii="Arial" w:eastAsia="Times New Roman" w:hAnsi="Arial" w:cs="Arial"/>
                <w:color w:val="000000"/>
                <w:lang w:val="en-ID" w:eastAsia="en-ID"/>
              </w:rPr>
            </w:pPr>
            <w:r w:rsidRPr="00D95FAD">
              <w:rPr>
                <w:rFonts w:ascii="Arial" w:eastAsia="Times New Roman" w:hAnsi="Arial" w:cs="Arial"/>
                <w:color w:val="000000"/>
                <w:lang w:val="en-ID" w:eastAsia="en-ID"/>
              </w:rPr>
              <w:t>Tidak mendukung</w:t>
            </w:r>
          </w:p>
        </w:tc>
        <w:tc>
          <w:tcPr>
            <w:tcW w:w="1680" w:type="dxa"/>
            <w:shd w:val="clear" w:color="000000" w:fill="FFFFFF"/>
            <w:noWrap/>
            <w:vAlign w:val="bottom"/>
            <w:hideMark/>
          </w:tcPr>
          <w:p w14:paraId="5F3C9FB4" w14:textId="35D0099E" w:rsidR="00D95FAD" w:rsidRPr="00D95FAD" w:rsidRDefault="00D95FAD" w:rsidP="00D95FAD">
            <w:pPr>
              <w:widowControl/>
              <w:autoSpaceDE/>
              <w:autoSpaceDN/>
              <w:rPr>
                <w:rFonts w:ascii="Arial" w:eastAsia="Times New Roman" w:hAnsi="Arial" w:cs="Arial"/>
                <w:color w:val="000000"/>
                <w:lang w:val="en-ID" w:eastAsia="en-ID"/>
              </w:rPr>
            </w:pPr>
            <w:r w:rsidRPr="00D95FAD">
              <w:rPr>
                <w:rFonts w:ascii="Arial" w:eastAsia="Times New Roman" w:hAnsi="Arial" w:cs="Arial"/>
                <w:color w:val="000000"/>
                <w:lang w:val="en-ID" w:eastAsia="en-ID"/>
              </w:rPr>
              <w:t>2</w:t>
            </w:r>
            <w:r w:rsidR="00FB7899">
              <w:rPr>
                <w:rFonts w:ascii="Arial" w:eastAsia="Times New Roman" w:hAnsi="Arial" w:cs="Arial"/>
                <w:color w:val="000000"/>
                <w:lang w:val="en-ID" w:eastAsia="en-ID"/>
              </w:rPr>
              <w:t>1</w:t>
            </w:r>
          </w:p>
        </w:tc>
        <w:tc>
          <w:tcPr>
            <w:tcW w:w="2260" w:type="dxa"/>
            <w:shd w:val="clear" w:color="000000" w:fill="FFFFFF"/>
            <w:noWrap/>
            <w:vAlign w:val="bottom"/>
            <w:hideMark/>
          </w:tcPr>
          <w:p w14:paraId="33C793D5" w14:textId="14B25640" w:rsidR="00D95FAD" w:rsidRPr="00B51F2C" w:rsidRDefault="00D95FAD" w:rsidP="00D95FAD">
            <w:pPr>
              <w:widowControl/>
              <w:autoSpaceDE/>
              <w:autoSpaceDN/>
              <w:rPr>
                <w:rFonts w:ascii="Arial" w:eastAsia="Times New Roman" w:hAnsi="Arial" w:cs="Arial"/>
                <w:color w:val="000000"/>
                <w:lang w:val="en-ID" w:eastAsia="en-ID"/>
              </w:rPr>
            </w:pPr>
            <w:r w:rsidRPr="00B51F2C">
              <w:rPr>
                <w:rFonts w:ascii="Arial" w:eastAsia="Times New Roman" w:hAnsi="Arial" w:cs="Arial"/>
                <w:color w:val="000000"/>
                <w:lang w:val="en-ID" w:eastAsia="en-ID"/>
              </w:rPr>
              <w:t>2</w:t>
            </w:r>
            <w:r w:rsidR="00FB7899">
              <w:rPr>
                <w:rFonts w:ascii="Arial" w:eastAsia="Times New Roman" w:hAnsi="Arial" w:cs="Arial"/>
                <w:color w:val="000000"/>
                <w:lang w:val="en-ID" w:eastAsia="en-ID"/>
              </w:rPr>
              <w:t>6</w:t>
            </w:r>
          </w:p>
        </w:tc>
      </w:tr>
      <w:tr w:rsidR="00B51F2C" w:rsidRPr="00D95FAD" w14:paraId="2432814B" w14:textId="77777777" w:rsidTr="00F57660">
        <w:trPr>
          <w:trHeight w:val="300"/>
        </w:trPr>
        <w:tc>
          <w:tcPr>
            <w:tcW w:w="2580" w:type="dxa"/>
            <w:shd w:val="clear" w:color="000000" w:fill="FFFFFF"/>
            <w:noWrap/>
            <w:vAlign w:val="bottom"/>
          </w:tcPr>
          <w:p w14:paraId="46BE45E3" w14:textId="231E7AEF" w:rsidR="00B51F2C" w:rsidRPr="00D95FAD" w:rsidRDefault="00E35442" w:rsidP="00D95FAD">
            <w:pPr>
              <w:widowControl/>
              <w:autoSpaceDE/>
              <w:autoSpaceDN/>
              <w:rPr>
                <w:rFonts w:ascii="Arial" w:eastAsia="Times New Roman" w:hAnsi="Arial" w:cs="Arial"/>
                <w:color w:val="000000"/>
                <w:lang w:val="en-ID" w:eastAsia="en-ID"/>
              </w:rPr>
            </w:pPr>
            <w:r>
              <w:rPr>
                <w:rFonts w:ascii="Arial" w:eastAsia="Times New Roman" w:hAnsi="Arial" w:cs="Arial"/>
                <w:color w:val="000000"/>
                <w:lang w:val="en-ID" w:eastAsia="en-ID"/>
              </w:rPr>
              <w:t>Total</w:t>
            </w:r>
          </w:p>
        </w:tc>
        <w:tc>
          <w:tcPr>
            <w:tcW w:w="1680" w:type="dxa"/>
            <w:shd w:val="clear" w:color="000000" w:fill="FFFFFF"/>
            <w:noWrap/>
            <w:vAlign w:val="bottom"/>
          </w:tcPr>
          <w:p w14:paraId="0C8BF1EE" w14:textId="7498814A" w:rsidR="00B51F2C" w:rsidRPr="00D95FAD" w:rsidRDefault="00B51F2C" w:rsidP="00D95FAD">
            <w:pPr>
              <w:widowControl/>
              <w:autoSpaceDE/>
              <w:autoSpaceDN/>
              <w:rPr>
                <w:rFonts w:ascii="Arial" w:eastAsia="Times New Roman" w:hAnsi="Arial" w:cs="Arial"/>
                <w:color w:val="000000"/>
                <w:lang w:val="en-ID" w:eastAsia="en-ID"/>
              </w:rPr>
            </w:pPr>
            <w:r>
              <w:rPr>
                <w:rFonts w:ascii="Arial" w:eastAsia="Times New Roman" w:hAnsi="Arial" w:cs="Arial"/>
                <w:color w:val="000000"/>
                <w:lang w:val="en-ID" w:eastAsia="en-ID"/>
              </w:rPr>
              <w:t>82</w:t>
            </w:r>
          </w:p>
        </w:tc>
        <w:tc>
          <w:tcPr>
            <w:tcW w:w="2260" w:type="dxa"/>
            <w:shd w:val="clear" w:color="000000" w:fill="FFFFFF"/>
            <w:noWrap/>
            <w:vAlign w:val="bottom"/>
          </w:tcPr>
          <w:p w14:paraId="6FCCF07B" w14:textId="18A39923" w:rsidR="00B51F2C" w:rsidRPr="00B51F2C" w:rsidRDefault="00B51F2C" w:rsidP="00D95FAD">
            <w:pPr>
              <w:widowControl/>
              <w:autoSpaceDE/>
              <w:autoSpaceDN/>
              <w:rPr>
                <w:rFonts w:ascii="Arial" w:eastAsia="Times New Roman" w:hAnsi="Arial" w:cs="Arial"/>
                <w:color w:val="000000"/>
                <w:lang w:val="en-ID" w:eastAsia="en-ID"/>
              </w:rPr>
            </w:pPr>
            <w:r w:rsidRPr="00B51F2C">
              <w:rPr>
                <w:rFonts w:ascii="Arial" w:eastAsia="Times New Roman" w:hAnsi="Arial" w:cs="Arial"/>
                <w:color w:val="000000"/>
                <w:lang w:val="en-ID" w:eastAsia="en-ID"/>
              </w:rPr>
              <w:t>100</w:t>
            </w:r>
          </w:p>
        </w:tc>
      </w:tr>
    </w:tbl>
    <w:p w14:paraId="1CDC6F4A" w14:textId="77777777" w:rsidR="00D95FAD" w:rsidRDefault="00D95FAD" w:rsidP="002B327D">
      <w:pPr>
        <w:spacing w:line="360" w:lineRule="auto"/>
        <w:ind w:left="720" w:firstLine="720"/>
        <w:jc w:val="both"/>
        <w:rPr>
          <w:rFonts w:ascii="Arial" w:hAnsi="Arial" w:cs="Arial"/>
          <w:b/>
          <w:bCs/>
          <w:sz w:val="20"/>
          <w:szCs w:val="20"/>
        </w:rPr>
      </w:pPr>
    </w:p>
    <w:p w14:paraId="290DB8D0" w14:textId="49C99C6A" w:rsidR="002B327D" w:rsidRDefault="00D95FAD" w:rsidP="00D95FAD">
      <w:pPr>
        <w:spacing w:line="360" w:lineRule="auto"/>
        <w:ind w:left="1418" w:firstLine="720"/>
        <w:jc w:val="both"/>
        <w:rPr>
          <w:rFonts w:ascii="Arial" w:hAnsi="Arial" w:cs="Arial"/>
        </w:rPr>
      </w:pPr>
      <w:r w:rsidRPr="00D95FAD">
        <w:rPr>
          <w:rFonts w:ascii="Arial" w:hAnsi="Arial" w:cs="Arial"/>
        </w:rPr>
        <w:t>Berdasarkan tabel di atas, dapat diketahui bahwa sebagian besar responden memperoleh dukungan keluarga yang baik dalam pemberian ASI eksklusif. Pada aspek dukungan emosional, sebanyak 6</w:t>
      </w:r>
      <w:r w:rsidR="00FB7899">
        <w:rPr>
          <w:rFonts w:ascii="Arial" w:hAnsi="Arial" w:cs="Arial"/>
        </w:rPr>
        <w:t>1</w:t>
      </w:r>
      <w:r w:rsidRPr="00D95FAD">
        <w:rPr>
          <w:rFonts w:ascii="Arial" w:hAnsi="Arial" w:cs="Arial"/>
        </w:rPr>
        <w:t xml:space="preserve"> responden (7</w:t>
      </w:r>
      <w:r w:rsidR="00FB7899">
        <w:rPr>
          <w:rFonts w:ascii="Arial" w:hAnsi="Arial" w:cs="Arial"/>
        </w:rPr>
        <w:t>4</w:t>
      </w:r>
      <w:r w:rsidRPr="00D95FAD">
        <w:rPr>
          <w:rFonts w:ascii="Arial" w:hAnsi="Arial" w:cs="Arial"/>
        </w:rPr>
        <w:t>%) menyatakan mendapatkan dukungan emosional dari keluarga seperti perhatian, dorongan semangat, dan motivasi selama proses menyusui. Hal ini menunjukkan bahwa sebagian besar keluarga memberikan dukungan psikologis yang positif kepada ibu dalam pemberian ASI eksklusif.</w:t>
      </w:r>
    </w:p>
    <w:p w14:paraId="5682765C" w14:textId="3CC95FB1" w:rsidR="00DA1E95" w:rsidRDefault="00DA1E95" w:rsidP="00D95FAD">
      <w:pPr>
        <w:spacing w:line="360" w:lineRule="auto"/>
        <w:ind w:left="1418" w:firstLine="720"/>
        <w:jc w:val="both"/>
        <w:rPr>
          <w:rFonts w:ascii="Arial" w:hAnsi="Arial" w:cs="Arial"/>
        </w:rPr>
      </w:pPr>
    </w:p>
    <w:p w14:paraId="1468CE9D" w14:textId="77777777" w:rsidR="00DA1E95" w:rsidRDefault="00DA1E95" w:rsidP="00D95FAD">
      <w:pPr>
        <w:spacing w:line="360" w:lineRule="auto"/>
        <w:ind w:left="1418" w:firstLine="720"/>
        <w:jc w:val="both"/>
        <w:rPr>
          <w:rFonts w:ascii="Arial" w:hAnsi="Arial" w:cs="Arial"/>
        </w:rPr>
      </w:pPr>
    </w:p>
    <w:p w14:paraId="17C10BB8" w14:textId="3E122764" w:rsidR="00D95FAD" w:rsidRDefault="00D95FAD" w:rsidP="00D95FAD">
      <w:pPr>
        <w:numPr>
          <w:ilvl w:val="0"/>
          <w:numId w:val="33"/>
        </w:numPr>
        <w:spacing w:line="360" w:lineRule="auto"/>
        <w:ind w:left="1418" w:hanging="338"/>
        <w:jc w:val="both"/>
        <w:rPr>
          <w:rFonts w:ascii="Arial" w:hAnsi="Arial" w:cs="Arial"/>
          <w:b/>
          <w:bCs/>
        </w:rPr>
      </w:pPr>
      <w:r w:rsidRPr="00D95FAD">
        <w:rPr>
          <w:rFonts w:ascii="Arial" w:hAnsi="Arial" w:cs="Arial"/>
          <w:b/>
          <w:bCs/>
        </w:rPr>
        <w:lastRenderedPageBreak/>
        <w:t>Dukungan Instrumental</w:t>
      </w:r>
    </w:p>
    <w:p w14:paraId="24382E80" w14:textId="107EA8B6" w:rsidR="00D95FAD" w:rsidRPr="002B327D" w:rsidRDefault="00D95FAD" w:rsidP="00F57660">
      <w:pPr>
        <w:spacing w:line="360" w:lineRule="auto"/>
        <w:ind w:left="1440"/>
        <w:jc w:val="center"/>
        <w:rPr>
          <w:rFonts w:ascii="Arial" w:hAnsi="Arial" w:cs="Arial"/>
          <w:b/>
          <w:bCs/>
          <w:sz w:val="20"/>
          <w:szCs w:val="20"/>
        </w:rPr>
      </w:pPr>
      <w:r w:rsidRPr="002B327D">
        <w:rPr>
          <w:rFonts w:ascii="Arial" w:hAnsi="Arial" w:cs="Arial"/>
          <w:b/>
          <w:bCs/>
          <w:sz w:val="20"/>
          <w:szCs w:val="20"/>
        </w:rPr>
        <w:t>Tabel 4.</w:t>
      </w:r>
      <w:r w:rsidR="00C416F5">
        <w:rPr>
          <w:rFonts w:ascii="Arial" w:hAnsi="Arial" w:cs="Arial"/>
          <w:b/>
          <w:bCs/>
          <w:sz w:val="20"/>
          <w:szCs w:val="20"/>
        </w:rPr>
        <w:t>3</w:t>
      </w:r>
      <w:r w:rsidRPr="002B327D">
        <w:rPr>
          <w:rFonts w:ascii="Arial" w:hAnsi="Arial" w:cs="Arial"/>
          <w:b/>
          <w:bCs/>
          <w:sz w:val="20"/>
          <w:szCs w:val="20"/>
        </w:rPr>
        <w:t xml:space="preserve"> Distribusi Dukungan</w:t>
      </w:r>
      <w:r>
        <w:rPr>
          <w:rFonts w:ascii="Arial" w:hAnsi="Arial" w:cs="Arial"/>
          <w:b/>
          <w:bCs/>
          <w:sz w:val="20"/>
          <w:szCs w:val="20"/>
        </w:rPr>
        <w:t xml:space="preserve"> Instrumental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D95FAD" w:rsidRPr="00D95FAD" w14:paraId="4671CBB0" w14:textId="77777777" w:rsidTr="00F57660">
        <w:trPr>
          <w:trHeight w:val="300"/>
        </w:trPr>
        <w:tc>
          <w:tcPr>
            <w:tcW w:w="2580" w:type="dxa"/>
            <w:shd w:val="clear" w:color="000000" w:fill="FFFFFF"/>
            <w:noWrap/>
            <w:vAlign w:val="bottom"/>
            <w:hideMark/>
          </w:tcPr>
          <w:p w14:paraId="1A5CB892" w14:textId="77777777" w:rsidR="00D95FAD" w:rsidRPr="00D95FAD" w:rsidRDefault="00D95FAD" w:rsidP="001E0F5F">
            <w:pPr>
              <w:widowControl/>
              <w:autoSpaceDE/>
              <w:autoSpaceDN/>
              <w:jc w:val="center"/>
              <w:rPr>
                <w:rFonts w:ascii="Arial" w:eastAsia="Times New Roman" w:hAnsi="Arial" w:cs="Arial"/>
                <w:b/>
                <w:bCs/>
                <w:lang w:val="en-ID" w:eastAsia="en-ID"/>
              </w:rPr>
            </w:pPr>
            <w:r w:rsidRPr="00D95FAD">
              <w:rPr>
                <w:rFonts w:ascii="Arial" w:eastAsia="Times New Roman" w:hAnsi="Arial" w:cs="Arial"/>
                <w:b/>
                <w:bCs/>
                <w:lang w:val="en-ID" w:eastAsia="en-ID"/>
              </w:rPr>
              <w:t>Kategori</w:t>
            </w:r>
          </w:p>
        </w:tc>
        <w:tc>
          <w:tcPr>
            <w:tcW w:w="1680" w:type="dxa"/>
            <w:shd w:val="clear" w:color="000000" w:fill="FFFFFF"/>
            <w:noWrap/>
            <w:vAlign w:val="bottom"/>
            <w:hideMark/>
          </w:tcPr>
          <w:p w14:paraId="72218B3C" w14:textId="77777777" w:rsidR="00D95FAD" w:rsidRPr="00D95FAD" w:rsidRDefault="00D95FAD"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(f)</w:t>
            </w:r>
          </w:p>
        </w:tc>
        <w:tc>
          <w:tcPr>
            <w:tcW w:w="2260" w:type="dxa"/>
            <w:shd w:val="clear" w:color="000000" w:fill="FFFFFF"/>
            <w:noWrap/>
            <w:vAlign w:val="bottom"/>
            <w:hideMark/>
          </w:tcPr>
          <w:p w14:paraId="0BE7609B" w14:textId="77777777" w:rsidR="00D95FAD" w:rsidRPr="00D95FAD" w:rsidRDefault="00D95FAD"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w:t>
            </w:r>
          </w:p>
        </w:tc>
      </w:tr>
      <w:tr w:rsidR="00F57660" w:rsidRPr="00F57660" w14:paraId="6826EF4C" w14:textId="77777777" w:rsidTr="00F57660">
        <w:trPr>
          <w:trHeight w:val="300"/>
        </w:trPr>
        <w:tc>
          <w:tcPr>
            <w:tcW w:w="2580" w:type="dxa"/>
            <w:shd w:val="clear" w:color="000000" w:fill="FFFFFF"/>
            <w:noWrap/>
            <w:vAlign w:val="bottom"/>
            <w:hideMark/>
          </w:tcPr>
          <w:p w14:paraId="62B75DC3" w14:textId="77777777" w:rsidR="00F57660" w:rsidRPr="00F57660" w:rsidRDefault="00F57660" w:rsidP="00F57660">
            <w:pPr>
              <w:widowControl/>
              <w:autoSpaceDE/>
              <w:autoSpaceDN/>
              <w:rPr>
                <w:rFonts w:ascii="Arial" w:eastAsia="Times New Roman" w:hAnsi="Arial" w:cs="Arial"/>
                <w:lang w:val="en-ID" w:eastAsia="en-ID"/>
              </w:rPr>
            </w:pPr>
            <w:r w:rsidRPr="00F57660">
              <w:rPr>
                <w:rFonts w:ascii="Arial" w:eastAsia="Times New Roman" w:hAnsi="Arial" w:cs="Arial"/>
                <w:lang w:val="en-ID" w:eastAsia="en-ID"/>
              </w:rPr>
              <w:t>Mendukung</w:t>
            </w:r>
          </w:p>
        </w:tc>
        <w:tc>
          <w:tcPr>
            <w:tcW w:w="1680" w:type="dxa"/>
            <w:shd w:val="clear" w:color="000000" w:fill="FFFFFF"/>
            <w:noWrap/>
            <w:vAlign w:val="bottom"/>
            <w:hideMark/>
          </w:tcPr>
          <w:p w14:paraId="2F94EFB0" w14:textId="62A7BB39" w:rsidR="00F57660" w:rsidRPr="00F57660" w:rsidRDefault="00FB7899" w:rsidP="00F57660">
            <w:pPr>
              <w:widowControl/>
              <w:autoSpaceDE/>
              <w:autoSpaceDN/>
              <w:rPr>
                <w:rFonts w:ascii="Arial" w:eastAsia="Times New Roman" w:hAnsi="Arial" w:cs="Arial"/>
                <w:lang w:val="en-ID" w:eastAsia="en-ID"/>
              </w:rPr>
            </w:pPr>
            <w:r>
              <w:rPr>
                <w:rFonts w:ascii="Arial" w:eastAsia="Times New Roman" w:hAnsi="Arial" w:cs="Arial"/>
                <w:lang w:val="en-ID" w:eastAsia="en-ID"/>
              </w:rPr>
              <w:t>57</w:t>
            </w:r>
          </w:p>
        </w:tc>
        <w:tc>
          <w:tcPr>
            <w:tcW w:w="2260" w:type="dxa"/>
            <w:shd w:val="clear" w:color="000000" w:fill="FFFFFF"/>
            <w:noWrap/>
            <w:vAlign w:val="bottom"/>
            <w:hideMark/>
          </w:tcPr>
          <w:p w14:paraId="7FBBF159" w14:textId="57369CEB" w:rsidR="00F57660" w:rsidRPr="00F57660" w:rsidRDefault="00F57660" w:rsidP="00F57660">
            <w:pPr>
              <w:widowControl/>
              <w:autoSpaceDE/>
              <w:autoSpaceDN/>
              <w:rPr>
                <w:rFonts w:ascii="Arial" w:eastAsia="Times New Roman" w:hAnsi="Arial" w:cs="Arial"/>
                <w:lang w:val="en-ID" w:eastAsia="en-ID"/>
              </w:rPr>
            </w:pPr>
            <w:r w:rsidRPr="00F57660">
              <w:rPr>
                <w:rFonts w:ascii="Arial" w:eastAsia="Times New Roman" w:hAnsi="Arial" w:cs="Arial"/>
                <w:lang w:val="en-ID" w:eastAsia="en-ID"/>
              </w:rPr>
              <w:t>7</w:t>
            </w:r>
            <w:r w:rsidR="00FB7899">
              <w:rPr>
                <w:rFonts w:ascii="Arial" w:eastAsia="Times New Roman" w:hAnsi="Arial" w:cs="Arial"/>
                <w:lang w:val="en-ID" w:eastAsia="en-ID"/>
              </w:rPr>
              <w:t>0</w:t>
            </w:r>
          </w:p>
        </w:tc>
      </w:tr>
      <w:tr w:rsidR="00F57660" w:rsidRPr="00F57660" w14:paraId="6BE4457A" w14:textId="77777777" w:rsidTr="00F57660">
        <w:trPr>
          <w:trHeight w:val="300"/>
        </w:trPr>
        <w:tc>
          <w:tcPr>
            <w:tcW w:w="2580" w:type="dxa"/>
            <w:shd w:val="clear" w:color="000000" w:fill="FFFFFF"/>
            <w:noWrap/>
            <w:vAlign w:val="bottom"/>
            <w:hideMark/>
          </w:tcPr>
          <w:p w14:paraId="38B71C23" w14:textId="77777777" w:rsidR="00F57660" w:rsidRPr="00F57660" w:rsidRDefault="00F57660" w:rsidP="00F57660">
            <w:pPr>
              <w:widowControl/>
              <w:autoSpaceDE/>
              <w:autoSpaceDN/>
              <w:rPr>
                <w:rFonts w:ascii="Arial" w:eastAsia="Times New Roman" w:hAnsi="Arial" w:cs="Arial"/>
                <w:lang w:val="en-ID" w:eastAsia="en-ID"/>
              </w:rPr>
            </w:pPr>
            <w:r w:rsidRPr="00F57660">
              <w:rPr>
                <w:rFonts w:ascii="Arial" w:eastAsia="Times New Roman" w:hAnsi="Arial" w:cs="Arial"/>
                <w:lang w:val="en-ID" w:eastAsia="en-ID"/>
              </w:rPr>
              <w:t>Tidak mendukung</w:t>
            </w:r>
          </w:p>
        </w:tc>
        <w:tc>
          <w:tcPr>
            <w:tcW w:w="1680" w:type="dxa"/>
            <w:shd w:val="clear" w:color="000000" w:fill="FFFFFF"/>
            <w:noWrap/>
            <w:vAlign w:val="bottom"/>
            <w:hideMark/>
          </w:tcPr>
          <w:p w14:paraId="63BF4946" w14:textId="73C9D69E" w:rsidR="00F57660" w:rsidRPr="00F57660" w:rsidRDefault="00F57660" w:rsidP="00F57660">
            <w:pPr>
              <w:widowControl/>
              <w:autoSpaceDE/>
              <w:autoSpaceDN/>
              <w:rPr>
                <w:rFonts w:ascii="Arial" w:eastAsia="Times New Roman" w:hAnsi="Arial" w:cs="Arial"/>
                <w:lang w:val="en-ID" w:eastAsia="en-ID"/>
              </w:rPr>
            </w:pPr>
            <w:r w:rsidRPr="00F57660">
              <w:rPr>
                <w:rFonts w:ascii="Arial" w:eastAsia="Times New Roman" w:hAnsi="Arial" w:cs="Arial"/>
                <w:lang w:val="en-ID" w:eastAsia="en-ID"/>
              </w:rPr>
              <w:t>2</w:t>
            </w:r>
            <w:r w:rsidR="00FB7899">
              <w:rPr>
                <w:rFonts w:ascii="Arial" w:eastAsia="Times New Roman" w:hAnsi="Arial" w:cs="Arial"/>
                <w:lang w:val="en-ID" w:eastAsia="en-ID"/>
              </w:rPr>
              <w:t>5</w:t>
            </w:r>
          </w:p>
        </w:tc>
        <w:tc>
          <w:tcPr>
            <w:tcW w:w="2260" w:type="dxa"/>
            <w:shd w:val="clear" w:color="000000" w:fill="FFFFFF"/>
            <w:noWrap/>
            <w:vAlign w:val="bottom"/>
            <w:hideMark/>
          </w:tcPr>
          <w:p w14:paraId="3C6AE51C" w14:textId="6C5E6921" w:rsidR="00F57660" w:rsidRPr="00F57660" w:rsidRDefault="00FB7899" w:rsidP="00F57660">
            <w:pPr>
              <w:widowControl/>
              <w:autoSpaceDE/>
              <w:autoSpaceDN/>
              <w:rPr>
                <w:rFonts w:ascii="Arial" w:eastAsia="Times New Roman" w:hAnsi="Arial" w:cs="Arial"/>
                <w:lang w:val="en-ID" w:eastAsia="en-ID"/>
              </w:rPr>
            </w:pPr>
            <w:r>
              <w:rPr>
                <w:rFonts w:ascii="Arial" w:eastAsia="Times New Roman" w:hAnsi="Arial" w:cs="Arial"/>
                <w:lang w:val="en-ID" w:eastAsia="en-ID"/>
              </w:rPr>
              <w:t>3</w:t>
            </w:r>
            <w:r w:rsidR="00A00281">
              <w:rPr>
                <w:rFonts w:ascii="Arial" w:eastAsia="Times New Roman" w:hAnsi="Arial" w:cs="Arial"/>
                <w:lang w:val="en-ID" w:eastAsia="en-ID"/>
              </w:rPr>
              <w:t>0</w:t>
            </w:r>
          </w:p>
        </w:tc>
      </w:tr>
      <w:tr w:rsidR="00B51F2C" w:rsidRPr="00F57660" w14:paraId="39CC02BA" w14:textId="77777777" w:rsidTr="00F57660">
        <w:trPr>
          <w:trHeight w:val="300"/>
        </w:trPr>
        <w:tc>
          <w:tcPr>
            <w:tcW w:w="2580" w:type="dxa"/>
            <w:shd w:val="clear" w:color="000000" w:fill="FFFFFF"/>
            <w:noWrap/>
            <w:vAlign w:val="bottom"/>
          </w:tcPr>
          <w:p w14:paraId="602C699D" w14:textId="0C85DF86" w:rsidR="00B51F2C" w:rsidRPr="00F57660" w:rsidRDefault="00B51F2C" w:rsidP="00F57660">
            <w:pPr>
              <w:widowControl/>
              <w:autoSpaceDE/>
              <w:autoSpaceDN/>
              <w:rPr>
                <w:rFonts w:ascii="Arial" w:eastAsia="Times New Roman" w:hAnsi="Arial" w:cs="Arial"/>
                <w:lang w:val="en-ID" w:eastAsia="en-ID"/>
              </w:rPr>
            </w:pPr>
            <w:r>
              <w:rPr>
                <w:rFonts w:ascii="Arial" w:eastAsia="Times New Roman" w:hAnsi="Arial" w:cs="Arial"/>
                <w:lang w:val="en-ID" w:eastAsia="en-ID"/>
              </w:rPr>
              <w:t>Total</w:t>
            </w:r>
          </w:p>
        </w:tc>
        <w:tc>
          <w:tcPr>
            <w:tcW w:w="1680" w:type="dxa"/>
            <w:shd w:val="clear" w:color="000000" w:fill="FFFFFF"/>
            <w:noWrap/>
            <w:vAlign w:val="bottom"/>
          </w:tcPr>
          <w:p w14:paraId="22DC92EA" w14:textId="613C3A40" w:rsidR="00B51F2C" w:rsidRPr="00F57660" w:rsidRDefault="00B51F2C" w:rsidP="00F57660">
            <w:pPr>
              <w:widowControl/>
              <w:autoSpaceDE/>
              <w:autoSpaceDN/>
              <w:rPr>
                <w:rFonts w:ascii="Arial" w:eastAsia="Times New Roman" w:hAnsi="Arial" w:cs="Arial"/>
                <w:lang w:val="en-ID" w:eastAsia="en-ID"/>
              </w:rPr>
            </w:pPr>
            <w:r>
              <w:rPr>
                <w:rFonts w:ascii="Arial" w:eastAsia="Times New Roman" w:hAnsi="Arial" w:cs="Arial"/>
                <w:lang w:val="en-ID" w:eastAsia="en-ID"/>
              </w:rPr>
              <w:t>82</w:t>
            </w:r>
          </w:p>
        </w:tc>
        <w:tc>
          <w:tcPr>
            <w:tcW w:w="2260" w:type="dxa"/>
            <w:shd w:val="clear" w:color="000000" w:fill="FFFFFF"/>
            <w:noWrap/>
            <w:vAlign w:val="bottom"/>
          </w:tcPr>
          <w:p w14:paraId="02FCDD8C" w14:textId="7CF40445" w:rsidR="00B51F2C" w:rsidRPr="00F57660" w:rsidRDefault="00B51F2C" w:rsidP="00F57660">
            <w:pPr>
              <w:widowControl/>
              <w:autoSpaceDE/>
              <w:autoSpaceDN/>
              <w:rPr>
                <w:rFonts w:ascii="Arial" w:eastAsia="Times New Roman" w:hAnsi="Arial" w:cs="Arial"/>
                <w:lang w:val="en-ID" w:eastAsia="en-ID"/>
              </w:rPr>
            </w:pPr>
            <w:r>
              <w:rPr>
                <w:rFonts w:ascii="Arial" w:eastAsia="Times New Roman" w:hAnsi="Arial" w:cs="Arial"/>
                <w:lang w:val="en-ID" w:eastAsia="en-ID"/>
              </w:rPr>
              <w:t>100</w:t>
            </w:r>
          </w:p>
        </w:tc>
      </w:tr>
    </w:tbl>
    <w:p w14:paraId="3373F3BA" w14:textId="77777777" w:rsidR="00F57660" w:rsidRDefault="00F57660" w:rsidP="00F57660">
      <w:pPr>
        <w:spacing w:line="360" w:lineRule="auto"/>
        <w:ind w:left="720"/>
        <w:jc w:val="both"/>
        <w:rPr>
          <w:rFonts w:ascii="Arial" w:hAnsi="Arial" w:cs="Arial"/>
          <w:b/>
          <w:bCs/>
        </w:rPr>
      </w:pPr>
    </w:p>
    <w:p w14:paraId="4F9E8870" w14:textId="77777777" w:rsidR="0021292E" w:rsidRDefault="0021292E" w:rsidP="00B47717">
      <w:pPr>
        <w:spacing w:line="360" w:lineRule="auto"/>
        <w:ind w:left="1440" w:firstLine="720"/>
        <w:jc w:val="both"/>
        <w:rPr>
          <w:rFonts w:ascii="Arial" w:hAnsi="Arial" w:cs="Arial"/>
        </w:rPr>
      </w:pPr>
    </w:p>
    <w:p w14:paraId="273F094B" w14:textId="6D557419" w:rsidR="00B47717" w:rsidRDefault="00F57660" w:rsidP="00B47717">
      <w:pPr>
        <w:spacing w:line="360" w:lineRule="auto"/>
        <w:ind w:left="1440" w:firstLine="720"/>
        <w:jc w:val="both"/>
        <w:rPr>
          <w:rFonts w:ascii="Arial" w:hAnsi="Arial" w:cs="Arial"/>
        </w:rPr>
      </w:pPr>
      <w:r w:rsidRPr="00F57660">
        <w:rPr>
          <w:rFonts w:ascii="Arial" w:hAnsi="Arial" w:cs="Arial"/>
        </w:rPr>
        <w:t xml:space="preserve">Pada aspek dukungan instrumental, sebanyak </w:t>
      </w:r>
      <w:r w:rsidR="0021292E">
        <w:rPr>
          <w:rFonts w:ascii="Arial" w:hAnsi="Arial" w:cs="Arial"/>
        </w:rPr>
        <w:t>57</w:t>
      </w:r>
      <w:r w:rsidRPr="00F57660">
        <w:rPr>
          <w:rFonts w:ascii="Arial" w:hAnsi="Arial" w:cs="Arial"/>
        </w:rPr>
        <w:t xml:space="preserve"> responden (7</w:t>
      </w:r>
      <w:r w:rsidR="0021292E">
        <w:rPr>
          <w:rFonts w:ascii="Arial" w:hAnsi="Arial" w:cs="Arial"/>
        </w:rPr>
        <w:t>0</w:t>
      </w:r>
      <w:r w:rsidRPr="00F57660">
        <w:rPr>
          <w:rFonts w:ascii="Arial" w:hAnsi="Arial" w:cs="Arial"/>
        </w:rPr>
        <w:t>%) menyatakan bahwa keluarga turut membantu secara langsung, misalnya membantu pekerjaan rumah tangga atau menjaga bayi sehingga ibu dapat fokus menyusui.</w:t>
      </w:r>
    </w:p>
    <w:p w14:paraId="09E57AA3" w14:textId="4E622344" w:rsidR="00F57660" w:rsidRDefault="00F57660" w:rsidP="00F57660">
      <w:pPr>
        <w:numPr>
          <w:ilvl w:val="0"/>
          <w:numId w:val="33"/>
        </w:numPr>
        <w:spacing w:line="360" w:lineRule="auto"/>
        <w:jc w:val="both"/>
        <w:rPr>
          <w:rFonts w:ascii="Arial" w:hAnsi="Arial" w:cs="Arial"/>
          <w:b/>
          <w:bCs/>
        </w:rPr>
      </w:pPr>
      <w:r w:rsidRPr="00F57660">
        <w:rPr>
          <w:rFonts w:ascii="Arial" w:hAnsi="Arial" w:cs="Arial"/>
          <w:b/>
          <w:bCs/>
        </w:rPr>
        <w:t>Dukungan Informasional</w:t>
      </w:r>
    </w:p>
    <w:p w14:paraId="5105540B" w14:textId="38774F18" w:rsidR="00F57660" w:rsidRPr="002B327D" w:rsidRDefault="00F57660" w:rsidP="00F57660">
      <w:pPr>
        <w:spacing w:line="360" w:lineRule="auto"/>
        <w:ind w:left="1440"/>
        <w:jc w:val="center"/>
        <w:rPr>
          <w:rFonts w:ascii="Arial" w:hAnsi="Arial" w:cs="Arial"/>
          <w:b/>
          <w:bCs/>
          <w:sz w:val="20"/>
          <w:szCs w:val="20"/>
        </w:rPr>
      </w:pPr>
      <w:r w:rsidRPr="002B327D">
        <w:rPr>
          <w:rFonts w:ascii="Arial" w:hAnsi="Arial" w:cs="Arial"/>
          <w:b/>
          <w:bCs/>
          <w:sz w:val="20"/>
          <w:szCs w:val="20"/>
        </w:rPr>
        <w:t>Tabel 4.</w:t>
      </w:r>
      <w:r w:rsidR="00C416F5">
        <w:rPr>
          <w:rFonts w:ascii="Arial" w:hAnsi="Arial" w:cs="Arial"/>
          <w:b/>
          <w:bCs/>
          <w:sz w:val="20"/>
          <w:szCs w:val="20"/>
        </w:rPr>
        <w:t>4</w:t>
      </w:r>
      <w:r w:rsidRPr="002B327D">
        <w:rPr>
          <w:rFonts w:ascii="Arial" w:hAnsi="Arial" w:cs="Arial"/>
          <w:b/>
          <w:bCs/>
          <w:sz w:val="20"/>
          <w:szCs w:val="20"/>
        </w:rPr>
        <w:t xml:space="preserve"> Distribusi Dukungan</w:t>
      </w:r>
      <w:r>
        <w:rPr>
          <w:rFonts w:ascii="Arial" w:hAnsi="Arial" w:cs="Arial"/>
          <w:b/>
          <w:bCs/>
          <w:sz w:val="20"/>
          <w:szCs w:val="20"/>
        </w:rPr>
        <w:t xml:space="preserve"> Informasional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F57660" w:rsidRPr="00D95FAD" w14:paraId="649DCE3A" w14:textId="77777777" w:rsidTr="001E0F5F">
        <w:trPr>
          <w:trHeight w:val="300"/>
        </w:trPr>
        <w:tc>
          <w:tcPr>
            <w:tcW w:w="2580" w:type="dxa"/>
            <w:shd w:val="clear" w:color="000000" w:fill="FFFFFF"/>
            <w:noWrap/>
            <w:vAlign w:val="bottom"/>
            <w:hideMark/>
          </w:tcPr>
          <w:p w14:paraId="5476155E" w14:textId="77777777" w:rsidR="00F57660" w:rsidRPr="00D95FAD" w:rsidRDefault="00F57660" w:rsidP="001E0F5F">
            <w:pPr>
              <w:widowControl/>
              <w:autoSpaceDE/>
              <w:autoSpaceDN/>
              <w:jc w:val="center"/>
              <w:rPr>
                <w:rFonts w:ascii="Arial" w:eastAsia="Times New Roman" w:hAnsi="Arial" w:cs="Arial"/>
                <w:b/>
                <w:bCs/>
                <w:lang w:val="en-ID" w:eastAsia="en-ID"/>
              </w:rPr>
            </w:pPr>
            <w:r w:rsidRPr="00D95FAD">
              <w:rPr>
                <w:rFonts w:ascii="Arial" w:eastAsia="Times New Roman" w:hAnsi="Arial" w:cs="Arial"/>
                <w:b/>
                <w:bCs/>
                <w:lang w:val="en-ID" w:eastAsia="en-ID"/>
              </w:rPr>
              <w:t>Kategori</w:t>
            </w:r>
          </w:p>
        </w:tc>
        <w:tc>
          <w:tcPr>
            <w:tcW w:w="1680" w:type="dxa"/>
            <w:shd w:val="clear" w:color="000000" w:fill="FFFFFF"/>
            <w:noWrap/>
            <w:vAlign w:val="bottom"/>
            <w:hideMark/>
          </w:tcPr>
          <w:p w14:paraId="511E9C27" w14:textId="77777777" w:rsidR="00F57660" w:rsidRPr="00D95FAD" w:rsidRDefault="00F57660"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(f)</w:t>
            </w:r>
          </w:p>
        </w:tc>
        <w:tc>
          <w:tcPr>
            <w:tcW w:w="2260" w:type="dxa"/>
            <w:shd w:val="clear" w:color="000000" w:fill="FFFFFF"/>
            <w:noWrap/>
            <w:vAlign w:val="bottom"/>
            <w:hideMark/>
          </w:tcPr>
          <w:p w14:paraId="1E595851" w14:textId="77777777" w:rsidR="00F57660" w:rsidRPr="00D95FAD" w:rsidRDefault="00F57660"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w:t>
            </w:r>
          </w:p>
        </w:tc>
      </w:tr>
      <w:tr w:rsidR="00F57660" w:rsidRPr="00F57660" w14:paraId="002197F9" w14:textId="77777777" w:rsidTr="001E0F5F">
        <w:trPr>
          <w:trHeight w:val="300"/>
        </w:trPr>
        <w:tc>
          <w:tcPr>
            <w:tcW w:w="2580" w:type="dxa"/>
            <w:shd w:val="clear" w:color="000000" w:fill="FFFFFF"/>
            <w:noWrap/>
            <w:vAlign w:val="bottom"/>
            <w:hideMark/>
          </w:tcPr>
          <w:p w14:paraId="14FD66C2" w14:textId="2F5AC905" w:rsidR="00F57660" w:rsidRPr="00F57660" w:rsidRDefault="00F57660" w:rsidP="00F57660">
            <w:pPr>
              <w:widowControl/>
              <w:autoSpaceDE/>
              <w:autoSpaceDN/>
              <w:rPr>
                <w:rFonts w:ascii="Arial" w:eastAsia="Times New Roman" w:hAnsi="Arial" w:cs="Arial"/>
                <w:lang w:val="en-ID" w:eastAsia="en-ID"/>
              </w:rPr>
            </w:pPr>
            <w:r>
              <w:rPr>
                <w:rFonts w:ascii="Arial" w:hAnsi="Arial" w:cs="Arial"/>
                <w:color w:val="000000"/>
              </w:rPr>
              <w:t>Mendukung</w:t>
            </w:r>
          </w:p>
        </w:tc>
        <w:tc>
          <w:tcPr>
            <w:tcW w:w="1680" w:type="dxa"/>
            <w:shd w:val="clear" w:color="000000" w:fill="FFFFFF"/>
            <w:noWrap/>
            <w:vAlign w:val="bottom"/>
            <w:hideMark/>
          </w:tcPr>
          <w:p w14:paraId="585BD23A" w14:textId="3E3B22B1" w:rsidR="00F57660" w:rsidRPr="00F57660" w:rsidRDefault="00F57660" w:rsidP="00F57660">
            <w:pPr>
              <w:widowControl/>
              <w:autoSpaceDE/>
              <w:autoSpaceDN/>
              <w:rPr>
                <w:rFonts w:ascii="Arial" w:eastAsia="Times New Roman" w:hAnsi="Arial" w:cs="Arial"/>
                <w:lang w:val="en-ID" w:eastAsia="en-ID"/>
              </w:rPr>
            </w:pPr>
            <w:r>
              <w:rPr>
                <w:rFonts w:ascii="Arial" w:hAnsi="Arial" w:cs="Arial"/>
                <w:color w:val="000000"/>
              </w:rPr>
              <w:t>5</w:t>
            </w:r>
            <w:r w:rsidR="00FB7899">
              <w:rPr>
                <w:rFonts w:ascii="Arial" w:hAnsi="Arial" w:cs="Arial"/>
                <w:color w:val="000000"/>
              </w:rPr>
              <w:t>3</w:t>
            </w:r>
          </w:p>
        </w:tc>
        <w:tc>
          <w:tcPr>
            <w:tcW w:w="2260" w:type="dxa"/>
            <w:shd w:val="clear" w:color="000000" w:fill="FFFFFF"/>
            <w:noWrap/>
            <w:vAlign w:val="bottom"/>
            <w:hideMark/>
          </w:tcPr>
          <w:p w14:paraId="559CEC49" w14:textId="3854B53E" w:rsidR="00F57660" w:rsidRPr="00F57660" w:rsidRDefault="00FB7899" w:rsidP="00F57660">
            <w:pPr>
              <w:widowControl/>
              <w:autoSpaceDE/>
              <w:autoSpaceDN/>
              <w:rPr>
                <w:rFonts w:ascii="Arial" w:eastAsia="Times New Roman" w:hAnsi="Arial" w:cs="Arial"/>
                <w:lang w:val="en-ID" w:eastAsia="en-ID"/>
              </w:rPr>
            </w:pPr>
            <w:r>
              <w:rPr>
                <w:rFonts w:ascii="Arial" w:hAnsi="Arial" w:cs="Arial"/>
                <w:color w:val="000000"/>
              </w:rPr>
              <w:t>65</w:t>
            </w:r>
          </w:p>
        </w:tc>
      </w:tr>
      <w:tr w:rsidR="00F57660" w:rsidRPr="00F57660" w14:paraId="6A0F9EC3" w14:textId="77777777" w:rsidTr="001E0F5F">
        <w:trPr>
          <w:trHeight w:val="300"/>
        </w:trPr>
        <w:tc>
          <w:tcPr>
            <w:tcW w:w="2580" w:type="dxa"/>
            <w:shd w:val="clear" w:color="000000" w:fill="FFFFFF"/>
            <w:noWrap/>
            <w:vAlign w:val="bottom"/>
            <w:hideMark/>
          </w:tcPr>
          <w:p w14:paraId="23CFCAB4" w14:textId="5FDCFCDF" w:rsidR="00F57660" w:rsidRPr="00F57660" w:rsidRDefault="00F57660" w:rsidP="00F57660">
            <w:pPr>
              <w:widowControl/>
              <w:autoSpaceDE/>
              <w:autoSpaceDN/>
              <w:rPr>
                <w:rFonts w:ascii="Arial" w:eastAsia="Times New Roman" w:hAnsi="Arial" w:cs="Arial"/>
                <w:lang w:val="en-ID" w:eastAsia="en-ID"/>
              </w:rPr>
            </w:pPr>
            <w:r>
              <w:rPr>
                <w:rFonts w:ascii="Arial" w:hAnsi="Arial" w:cs="Arial"/>
                <w:color w:val="000000"/>
              </w:rPr>
              <w:t>Tidak mendukung</w:t>
            </w:r>
          </w:p>
        </w:tc>
        <w:tc>
          <w:tcPr>
            <w:tcW w:w="1680" w:type="dxa"/>
            <w:shd w:val="clear" w:color="000000" w:fill="FFFFFF"/>
            <w:noWrap/>
            <w:vAlign w:val="bottom"/>
            <w:hideMark/>
          </w:tcPr>
          <w:p w14:paraId="75A02B6A" w14:textId="33476754" w:rsidR="00F57660" w:rsidRPr="00F57660" w:rsidRDefault="00F57660" w:rsidP="00F57660">
            <w:pPr>
              <w:widowControl/>
              <w:autoSpaceDE/>
              <w:autoSpaceDN/>
              <w:rPr>
                <w:rFonts w:ascii="Arial" w:eastAsia="Times New Roman" w:hAnsi="Arial" w:cs="Arial"/>
                <w:lang w:val="en-ID" w:eastAsia="en-ID"/>
              </w:rPr>
            </w:pPr>
            <w:r>
              <w:rPr>
                <w:rFonts w:ascii="Arial" w:hAnsi="Arial" w:cs="Arial"/>
                <w:color w:val="000000"/>
              </w:rPr>
              <w:t>2</w:t>
            </w:r>
            <w:r w:rsidR="00FB7899">
              <w:rPr>
                <w:rFonts w:ascii="Arial" w:hAnsi="Arial" w:cs="Arial"/>
                <w:color w:val="000000"/>
              </w:rPr>
              <w:t>9</w:t>
            </w:r>
          </w:p>
        </w:tc>
        <w:tc>
          <w:tcPr>
            <w:tcW w:w="2260" w:type="dxa"/>
            <w:shd w:val="clear" w:color="000000" w:fill="FFFFFF"/>
            <w:noWrap/>
            <w:vAlign w:val="bottom"/>
            <w:hideMark/>
          </w:tcPr>
          <w:p w14:paraId="1CAE6970" w14:textId="24B9CDD6" w:rsidR="00F57660" w:rsidRPr="00F57660" w:rsidRDefault="00FB7899" w:rsidP="00F57660">
            <w:pPr>
              <w:widowControl/>
              <w:autoSpaceDE/>
              <w:autoSpaceDN/>
              <w:rPr>
                <w:rFonts w:ascii="Arial" w:eastAsia="Times New Roman" w:hAnsi="Arial" w:cs="Arial"/>
                <w:lang w:val="en-ID" w:eastAsia="en-ID"/>
              </w:rPr>
            </w:pPr>
            <w:r>
              <w:rPr>
                <w:rFonts w:ascii="Arial" w:hAnsi="Arial" w:cs="Arial"/>
                <w:color w:val="000000"/>
              </w:rPr>
              <w:t>35</w:t>
            </w:r>
          </w:p>
        </w:tc>
      </w:tr>
      <w:tr w:rsidR="00B51F2C" w:rsidRPr="00F57660" w14:paraId="1A13DEEA" w14:textId="77777777" w:rsidTr="001E0F5F">
        <w:trPr>
          <w:trHeight w:val="300"/>
        </w:trPr>
        <w:tc>
          <w:tcPr>
            <w:tcW w:w="2580" w:type="dxa"/>
            <w:shd w:val="clear" w:color="000000" w:fill="FFFFFF"/>
            <w:noWrap/>
            <w:vAlign w:val="bottom"/>
          </w:tcPr>
          <w:p w14:paraId="40A3161D" w14:textId="1D7E2DFA" w:rsidR="00B51F2C" w:rsidRDefault="00B51F2C" w:rsidP="00F57660">
            <w:pPr>
              <w:widowControl/>
              <w:autoSpaceDE/>
              <w:autoSpaceDN/>
              <w:rPr>
                <w:rFonts w:ascii="Arial" w:hAnsi="Arial" w:cs="Arial"/>
                <w:color w:val="000000"/>
              </w:rPr>
            </w:pPr>
            <w:r>
              <w:rPr>
                <w:rFonts w:ascii="Arial" w:hAnsi="Arial" w:cs="Arial"/>
                <w:color w:val="000000"/>
              </w:rPr>
              <w:t>Total</w:t>
            </w:r>
          </w:p>
        </w:tc>
        <w:tc>
          <w:tcPr>
            <w:tcW w:w="1680" w:type="dxa"/>
            <w:shd w:val="clear" w:color="000000" w:fill="FFFFFF"/>
            <w:noWrap/>
            <w:vAlign w:val="bottom"/>
          </w:tcPr>
          <w:p w14:paraId="4B943984" w14:textId="536F094D" w:rsidR="00B51F2C" w:rsidRDefault="00B51F2C" w:rsidP="00F57660">
            <w:pPr>
              <w:widowControl/>
              <w:autoSpaceDE/>
              <w:autoSpaceDN/>
              <w:rPr>
                <w:rFonts w:ascii="Arial" w:hAnsi="Arial" w:cs="Arial"/>
                <w:color w:val="000000"/>
              </w:rPr>
            </w:pPr>
            <w:r>
              <w:rPr>
                <w:rFonts w:ascii="Arial" w:hAnsi="Arial" w:cs="Arial"/>
                <w:color w:val="000000"/>
              </w:rPr>
              <w:t>82</w:t>
            </w:r>
          </w:p>
        </w:tc>
        <w:tc>
          <w:tcPr>
            <w:tcW w:w="2260" w:type="dxa"/>
            <w:shd w:val="clear" w:color="000000" w:fill="FFFFFF"/>
            <w:noWrap/>
            <w:vAlign w:val="bottom"/>
          </w:tcPr>
          <w:p w14:paraId="106F54C6" w14:textId="071A5B12" w:rsidR="00B51F2C" w:rsidRPr="00F57660" w:rsidRDefault="00B51F2C" w:rsidP="00F57660">
            <w:pPr>
              <w:widowControl/>
              <w:autoSpaceDE/>
              <w:autoSpaceDN/>
              <w:rPr>
                <w:rFonts w:ascii="Arial" w:hAnsi="Arial" w:cs="Arial"/>
                <w:color w:val="000000"/>
              </w:rPr>
            </w:pPr>
            <w:r>
              <w:rPr>
                <w:rFonts w:ascii="Arial" w:hAnsi="Arial" w:cs="Arial"/>
                <w:color w:val="000000"/>
              </w:rPr>
              <w:t>100</w:t>
            </w:r>
          </w:p>
        </w:tc>
      </w:tr>
    </w:tbl>
    <w:p w14:paraId="744A9E11" w14:textId="77777777" w:rsidR="00F57660" w:rsidRDefault="00F57660" w:rsidP="00F57660">
      <w:pPr>
        <w:spacing w:line="360" w:lineRule="auto"/>
        <w:ind w:left="1440"/>
        <w:jc w:val="both"/>
        <w:rPr>
          <w:rFonts w:ascii="Arial" w:hAnsi="Arial" w:cs="Arial"/>
          <w:b/>
          <w:bCs/>
        </w:rPr>
      </w:pPr>
    </w:p>
    <w:p w14:paraId="79A18603" w14:textId="001D89CF" w:rsidR="00F57660" w:rsidRDefault="00F57660" w:rsidP="00F57660">
      <w:pPr>
        <w:spacing w:line="360" w:lineRule="auto"/>
        <w:ind w:left="1440" w:firstLine="720"/>
        <w:jc w:val="both"/>
        <w:rPr>
          <w:rFonts w:ascii="Arial" w:hAnsi="Arial" w:cs="Arial"/>
        </w:rPr>
      </w:pPr>
      <w:r w:rsidRPr="00F57660">
        <w:rPr>
          <w:rFonts w:ascii="Arial" w:hAnsi="Arial" w:cs="Arial"/>
        </w:rPr>
        <w:t xml:space="preserve">Selanjutnya, pada aspek dukungan informasional, sebanyak </w:t>
      </w:r>
      <w:r w:rsidR="00FB7899">
        <w:rPr>
          <w:rFonts w:ascii="Arial" w:hAnsi="Arial" w:cs="Arial"/>
        </w:rPr>
        <w:t>53</w:t>
      </w:r>
      <w:r w:rsidRPr="00F57660">
        <w:rPr>
          <w:rFonts w:ascii="Arial" w:hAnsi="Arial" w:cs="Arial"/>
        </w:rPr>
        <w:t xml:space="preserve"> responden (</w:t>
      </w:r>
      <w:r w:rsidR="00FB7899">
        <w:rPr>
          <w:rFonts w:ascii="Arial" w:hAnsi="Arial" w:cs="Arial"/>
        </w:rPr>
        <w:t>65</w:t>
      </w:r>
      <w:r w:rsidRPr="00F57660">
        <w:rPr>
          <w:rFonts w:ascii="Arial" w:hAnsi="Arial" w:cs="Arial"/>
        </w:rPr>
        <w:t>%) menyatakan bahwa keluarga memberikan informasi atau nasihat yang mendukung mengenai pentingnya ASI eksklusif, baik dari pengalaman sendiri maupun informasi dari tenaga kesehatan</w:t>
      </w:r>
      <w:r>
        <w:rPr>
          <w:rFonts w:ascii="Arial" w:hAnsi="Arial" w:cs="Arial"/>
        </w:rPr>
        <w:t>.</w:t>
      </w:r>
    </w:p>
    <w:p w14:paraId="1023A1B0" w14:textId="3400C567" w:rsidR="00F57660" w:rsidRDefault="00F57660" w:rsidP="00F57660">
      <w:pPr>
        <w:numPr>
          <w:ilvl w:val="0"/>
          <w:numId w:val="33"/>
        </w:numPr>
        <w:spacing w:line="360" w:lineRule="auto"/>
        <w:jc w:val="both"/>
        <w:rPr>
          <w:rFonts w:ascii="Arial" w:hAnsi="Arial" w:cs="Arial"/>
          <w:b/>
          <w:bCs/>
        </w:rPr>
      </w:pPr>
      <w:r w:rsidRPr="00F57660">
        <w:rPr>
          <w:rFonts w:ascii="Arial" w:hAnsi="Arial" w:cs="Arial"/>
          <w:b/>
          <w:bCs/>
        </w:rPr>
        <w:t>Dukungan Appraisal</w:t>
      </w:r>
    </w:p>
    <w:p w14:paraId="205BA486" w14:textId="3BA90066" w:rsidR="00F57660" w:rsidRPr="002B327D" w:rsidRDefault="00F57660" w:rsidP="00F57660">
      <w:pPr>
        <w:spacing w:line="360" w:lineRule="auto"/>
        <w:ind w:left="1440"/>
        <w:jc w:val="center"/>
        <w:rPr>
          <w:rFonts w:ascii="Arial" w:hAnsi="Arial" w:cs="Arial"/>
          <w:b/>
          <w:bCs/>
          <w:sz w:val="20"/>
          <w:szCs w:val="20"/>
        </w:rPr>
      </w:pPr>
      <w:r w:rsidRPr="002B327D">
        <w:rPr>
          <w:rFonts w:ascii="Arial" w:hAnsi="Arial" w:cs="Arial"/>
          <w:b/>
          <w:bCs/>
          <w:sz w:val="20"/>
          <w:szCs w:val="20"/>
        </w:rPr>
        <w:t>Tabel 4.</w:t>
      </w:r>
      <w:r w:rsidR="00C416F5">
        <w:rPr>
          <w:rFonts w:ascii="Arial" w:hAnsi="Arial" w:cs="Arial"/>
          <w:b/>
          <w:bCs/>
          <w:sz w:val="20"/>
          <w:szCs w:val="20"/>
        </w:rPr>
        <w:t>5</w:t>
      </w:r>
      <w:r w:rsidRPr="002B327D">
        <w:rPr>
          <w:rFonts w:ascii="Arial" w:hAnsi="Arial" w:cs="Arial"/>
          <w:b/>
          <w:bCs/>
          <w:sz w:val="20"/>
          <w:szCs w:val="20"/>
        </w:rPr>
        <w:t xml:space="preserve"> Distribusi Dukungan</w:t>
      </w:r>
      <w:r>
        <w:rPr>
          <w:rFonts w:ascii="Arial" w:hAnsi="Arial" w:cs="Arial"/>
          <w:b/>
          <w:bCs/>
          <w:sz w:val="20"/>
          <w:szCs w:val="20"/>
        </w:rPr>
        <w:t xml:space="preserve"> </w:t>
      </w:r>
      <w:r w:rsidR="00C416F5">
        <w:rPr>
          <w:rFonts w:ascii="Arial" w:hAnsi="Arial" w:cs="Arial"/>
          <w:b/>
          <w:bCs/>
          <w:sz w:val="20"/>
          <w:szCs w:val="20"/>
        </w:rPr>
        <w:t>Appraisal</w:t>
      </w:r>
    </w:p>
    <w:tbl>
      <w:tblPr>
        <w:tblW w:w="6520" w:type="dxa"/>
        <w:tblInd w:w="1418" w:type="dxa"/>
        <w:tblBorders>
          <w:top w:val="single" w:sz="4" w:space="0" w:color="auto"/>
          <w:bottom w:val="single" w:sz="4" w:space="0" w:color="auto"/>
          <w:insideH w:val="single" w:sz="4" w:space="0" w:color="auto"/>
        </w:tblBorders>
        <w:tblLook w:val="04A0" w:firstRow="1" w:lastRow="0" w:firstColumn="1" w:lastColumn="0" w:noHBand="0" w:noVBand="1"/>
      </w:tblPr>
      <w:tblGrid>
        <w:gridCol w:w="2580"/>
        <w:gridCol w:w="1680"/>
        <w:gridCol w:w="2260"/>
      </w:tblGrid>
      <w:tr w:rsidR="00F57660" w:rsidRPr="00D95FAD" w14:paraId="52FABB71" w14:textId="77777777" w:rsidTr="001E0F5F">
        <w:trPr>
          <w:trHeight w:val="300"/>
        </w:trPr>
        <w:tc>
          <w:tcPr>
            <w:tcW w:w="2580" w:type="dxa"/>
            <w:shd w:val="clear" w:color="000000" w:fill="FFFFFF"/>
            <w:noWrap/>
            <w:vAlign w:val="bottom"/>
            <w:hideMark/>
          </w:tcPr>
          <w:p w14:paraId="76C36332" w14:textId="77777777" w:rsidR="00F57660" w:rsidRPr="00D95FAD" w:rsidRDefault="00F57660" w:rsidP="001E0F5F">
            <w:pPr>
              <w:widowControl/>
              <w:autoSpaceDE/>
              <w:autoSpaceDN/>
              <w:jc w:val="center"/>
              <w:rPr>
                <w:rFonts w:ascii="Arial" w:eastAsia="Times New Roman" w:hAnsi="Arial" w:cs="Arial"/>
                <w:b/>
                <w:bCs/>
                <w:lang w:val="en-ID" w:eastAsia="en-ID"/>
              </w:rPr>
            </w:pPr>
            <w:r w:rsidRPr="00D95FAD">
              <w:rPr>
                <w:rFonts w:ascii="Arial" w:eastAsia="Times New Roman" w:hAnsi="Arial" w:cs="Arial"/>
                <w:b/>
                <w:bCs/>
                <w:lang w:val="en-ID" w:eastAsia="en-ID"/>
              </w:rPr>
              <w:t>Kategori</w:t>
            </w:r>
          </w:p>
        </w:tc>
        <w:tc>
          <w:tcPr>
            <w:tcW w:w="1680" w:type="dxa"/>
            <w:shd w:val="clear" w:color="000000" w:fill="FFFFFF"/>
            <w:noWrap/>
            <w:vAlign w:val="bottom"/>
            <w:hideMark/>
          </w:tcPr>
          <w:p w14:paraId="40C1700C" w14:textId="77777777" w:rsidR="00F57660" w:rsidRPr="00D95FAD" w:rsidRDefault="00F57660"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(f)</w:t>
            </w:r>
          </w:p>
        </w:tc>
        <w:tc>
          <w:tcPr>
            <w:tcW w:w="2260" w:type="dxa"/>
            <w:shd w:val="clear" w:color="000000" w:fill="FFFFFF"/>
            <w:noWrap/>
            <w:vAlign w:val="bottom"/>
            <w:hideMark/>
          </w:tcPr>
          <w:p w14:paraId="57F45200" w14:textId="77777777" w:rsidR="00F57660" w:rsidRPr="00D95FAD" w:rsidRDefault="00F57660" w:rsidP="001E0F5F">
            <w:pPr>
              <w:widowControl/>
              <w:autoSpaceDE/>
              <w:autoSpaceDN/>
              <w:rPr>
                <w:rFonts w:ascii="Arial" w:eastAsia="Times New Roman" w:hAnsi="Arial" w:cs="Arial"/>
                <w:b/>
                <w:bCs/>
                <w:lang w:val="en-ID" w:eastAsia="en-ID"/>
              </w:rPr>
            </w:pPr>
            <w:r w:rsidRPr="00D95FAD">
              <w:rPr>
                <w:rFonts w:ascii="Arial" w:eastAsia="Times New Roman" w:hAnsi="Arial" w:cs="Arial"/>
                <w:b/>
                <w:bCs/>
                <w:lang w:val="en-ID" w:eastAsia="en-ID"/>
              </w:rPr>
              <w:t>(%)</w:t>
            </w:r>
          </w:p>
        </w:tc>
      </w:tr>
      <w:tr w:rsidR="00F57660" w:rsidRPr="00F57660" w14:paraId="6D289375" w14:textId="77777777" w:rsidTr="001E0F5F">
        <w:trPr>
          <w:trHeight w:val="300"/>
        </w:trPr>
        <w:tc>
          <w:tcPr>
            <w:tcW w:w="2580" w:type="dxa"/>
            <w:shd w:val="clear" w:color="000000" w:fill="FFFFFF"/>
            <w:noWrap/>
            <w:vAlign w:val="bottom"/>
            <w:hideMark/>
          </w:tcPr>
          <w:p w14:paraId="77F5B809" w14:textId="77777777" w:rsidR="00F57660" w:rsidRPr="00F57660" w:rsidRDefault="00F57660" w:rsidP="001E0F5F">
            <w:pPr>
              <w:widowControl/>
              <w:autoSpaceDE/>
              <w:autoSpaceDN/>
              <w:rPr>
                <w:rFonts w:ascii="Arial" w:eastAsia="Times New Roman" w:hAnsi="Arial" w:cs="Arial"/>
                <w:lang w:val="en-ID" w:eastAsia="en-ID"/>
              </w:rPr>
            </w:pPr>
            <w:r>
              <w:rPr>
                <w:rFonts w:ascii="Arial" w:hAnsi="Arial" w:cs="Arial"/>
                <w:color w:val="000000"/>
              </w:rPr>
              <w:t>Mendukung</w:t>
            </w:r>
          </w:p>
        </w:tc>
        <w:tc>
          <w:tcPr>
            <w:tcW w:w="1680" w:type="dxa"/>
            <w:shd w:val="clear" w:color="000000" w:fill="FFFFFF"/>
            <w:noWrap/>
            <w:vAlign w:val="bottom"/>
            <w:hideMark/>
          </w:tcPr>
          <w:p w14:paraId="28A2373E" w14:textId="77777777" w:rsidR="00F57660" w:rsidRPr="00F57660" w:rsidRDefault="00F57660" w:rsidP="001E0F5F">
            <w:pPr>
              <w:widowControl/>
              <w:autoSpaceDE/>
              <w:autoSpaceDN/>
              <w:rPr>
                <w:rFonts w:ascii="Arial" w:eastAsia="Times New Roman" w:hAnsi="Arial" w:cs="Arial"/>
                <w:lang w:val="en-ID" w:eastAsia="en-ID"/>
              </w:rPr>
            </w:pPr>
            <w:r>
              <w:rPr>
                <w:rFonts w:ascii="Arial" w:hAnsi="Arial" w:cs="Arial"/>
                <w:color w:val="000000"/>
              </w:rPr>
              <w:t>59</w:t>
            </w:r>
          </w:p>
        </w:tc>
        <w:tc>
          <w:tcPr>
            <w:tcW w:w="2260" w:type="dxa"/>
            <w:shd w:val="clear" w:color="000000" w:fill="FFFFFF"/>
            <w:noWrap/>
            <w:vAlign w:val="bottom"/>
            <w:hideMark/>
          </w:tcPr>
          <w:p w14:paraId="722E16AB" w14:textId="19246A3A" w:rsidR="00F57660" w:rsidRPr="00F57660" w:rsidRDefault="00F57660" w:rsidP="001E0F5F">
            <w:pPr>
              <w:widowControl/>
              <w:autoSpaceDE/>
              <w:autoSpaceDN/>
              <w:rPr>
                <w:rFonts w:ascii="Arial" w:eastAsia="Times New Roman" w:hAnsi="Arial" w:cs="Arial"/>
                <w:lang w:val="en-ID" w:eastAsia="en-ID"/>
              </w:rPr>
            </w:pPr>
            <w:r w:rsidRPr="00F57660">
              <w:rPr>
                <w:rFonts w:ascii="Arial" w:hAnsi="Arial" w:cs="Arial"/>
                <w:color w:val="000000"/>
              </w:rPr>
              <w:t>72</w:t>
            </w:r>
          </w:p>
        </w:tc>
      </w:tr>
      <w:tr w:rsidR="00F57660" w:rsidRPr="00F57660" w14:paraId="05D60341" w14:textId="77777777" w:rsidTr="001E0F5F">
        <w:trPr>
          <w:trHeight w:val="300"/>
        </w:trPr>
        <w:tc>
          <w:tcPr>
            <w:tcW w:w="2580" w:type="dxa"/>
            <w:shd w:val="clear" w:color="000000" w:fill="FFFFFF"/>
            <w:noWrap/>
            <w:vAlign w:val="bottom"/>
            <w:hideMark/>
          </w:tcPr>
          <w:p w14:paraId="48ADDABA" w14:textId="77777777" w:rsidR="00F57660" w:rsidRPr="00F57660" w:rsidRDefault="00F57660" w:rsidP="001E0F5F">
            <w:pPr>
              <w:widowControl/>
              <w:autoSpaceDE/>
              <w:autoSpaceDN/>
              <w:rPr>
                <w:rFonts w:ascii="Arial" w:eastAsia="Times New Roman" w:hAnsi="Arial" w:cs="Arial"/>
                <w:lang w:val="en-ID" w:eastAsia="en-ID"/>
              </w:rPr>
            </w:pPr>
            <w:r>
              <w:rPr>
                <w:rFonts w:ascii="Arial" w:hAnsi="Arial" w:cs="Arial"/>
                <w:color w:val="000000"/>
              </w:rPr>
              <w:t>Tidak mendukung</w:t>
            </w:r>
          </w:p>
        </w:tc>
        <w:tc>
          <w:tcPr>
            <w:tcW w:w="1680" w:type="dxa"/>
            <w:shd w:val="clear" w:color="000000" w:fill="FFFFFF"/>
            <w:noWrap/>
            <w:vAlign w:val="bottom"/>
            <w:hideMark/>
          </w:tcPr>
          <w:p w14:paraId="50ACE8B6" w14:textId="77777777" w:rsidR="00F57660" w:rsidRPr="00F57660" w:rsidRDefault="00F57660" w:rsidP="001E0F5F">
            <w:pPr>
              <w:widowControl/>
              <w:autoSpaceDE/>
              <w:autoSpaceDN/>
              <w:rPr>
                <w:rFonts w:ascii="Arial" w:eastAsia="Times New Roman" w:hAnsi="Arial" w:cs="Arial"/>
                <w:lang w:val="en-ID" w:eastAsia="en-ID"/>
              </w:rPr>
            </w:pPr>
            <w:r>
              <w:rPr>
                <w:rFonts w:ascii="Arial" w:hAnsi="Arial" w:cs="Arial"/>
                <w:color w:val="000000"/>
              </w:rPr>
              <w:t>23</w:t>
            </w:r>
          </w:p>
        </w:tc>
        <w:tc>
          <w:tcPr>
            <w:tcW w:w="2260" w:type="dxa"/>
            <w:shd w:val="clear" w:color="000000" w:fill="FFFFFF"/>
            <w:noWrap/>
            <w:vAlign w:val="bottom"/>
            <w:hideMark/>
          </w:tcPr>
          <w:p w14:paraId="1468717A" w14:textId="250BFEC0" w:rsidR="00F57660" w:rsidRPr="00F57660" w:rsidRDefault="00F57660" w:rsidP="001E0F5F">
            <w:pPr>
              <w:widowControl/>
              <w:autoSpaceDE/>
              <w:autoSpaceDN/>
              <w:rPr>
                <w:rFonts w:ascii="Arial" w:eastAsia="Times New Roman" w:hAnsi="Arial" w:cs="Arial"/>
                <w:lang w:val="en-ID" w:eastAsia="en-ID"/>
              </w:rPr>
            </w:pPr>
            <w:r w:rsidRPr="00F57660">
              <w:rPr>
                <w:rFonts w:ascii="Arial" w:hAnsi="Arial" w:cs="Arial"/>
                <w:color w:val="000000"/>
              </w:rPr>
              <w:t>28</w:t>
            </w:r>
          </w:p>
        </w:tc>
      </w:tr>
      <w:tr w:rsidR="00B51F2C" w:rsidRPr="00F57660" w14:paraId="7F1D30D6" w14:textId="77777777" w:rsidTr="001E0F5F">
        <w:trPr>
          <w:trHeight w:val="300"/>
        </w:trPr>
        <w:tc>
          <w:tcPr>
            <w:tcW w:w="2580" w:type="dxa"/>
            <w:shd w:val="clear" w:color="000000" w:fill="FFFFFF"/>
            <w:noWrap/>
            <w:vAlign w:val="bottom"/>
          </w:tcPr>
          <w:p w14:paraId="4DCEFABD" w14:textId="580006FA" w:rsidR="00B51F2C" w:rsidRDefault="00B51F2C" w:rsidP="001E0F5F">
            <w:pPr>
              <w:widowControl/>
              <w:autoSpaceDE/>
              <w:autoSpaceDN/>
              <w:rPr>
                <w:rFonts w:ascii="Arial" w:hAnsi="Arial" w:cs="Arial"/>
                <w:color w:val="000000"/>
              </w:rPr>
            </w:pPr>
            <w:r>
              <w:rPr>
                <w:rFonts w:ascii="Arial" w:hAnsi="Arial" w:cs="Arial"/>
                <w:color w:val="000000"/>
              </w:rPr>
              <w:t>Total</w:t>
            </w:r>
          </w:p>
        </w:tc>
        <w:tc>
          <w:tcPr>
            <w:tcW w:w="1680" w:type="dxa"/>
            <w:shd w:val="clear" w:color="000000" w:fill="FFFFFF"/>
            <w:noWrap/>
            <w:vAlign w:val="bottom"/>
          </w:tcPr>
          <w:p w14:paraId="1875FAC1" w14:textId="0E63412B" w:rsidR="00B51F2C" w:rsidRDefault="00B51F2C" w:rsidP="001E0F5F">
            <w:pPr>
              <w:widowControl/>
              <w:autoSpaceDE/>
              <w:autoSpaceDN/>
              <w:rPr>
                <w:rFonts w:ascii="Arial" w:hAnsi="Arial" w:cs="Arial"/>
                <w:color w:val="000000"/>
              </w:rPr>
            </w:pPr>
            <w:r>
              <w:rPr>
                <w:rFonts w:ascii="Arial" w:hAnsi="Arial" w:cs="Arial"/>
                <w:color w:val="000000"/>
              </w:rPr>
              <w:t>82</w:t>
            </w:r>
          </w:p>
        </w:tc>
        <w:tc>
          <w:tcPr>
            <w:tcW w:w="2260" w:type="dxa"/>
            <w:shd w:val="clear" w:color="000000" w:fill="FFFFFF"/>
            <w:noWrap/>
            <w:vAlign w:val="bottom"/>
          </w:tcPr>
          <w:p w14:paraId="01218CA4" w14:textId="5838D0C2" w:rsidR="00B51F2C" w:rsidRPr="00F57660" w:rsidRDefault="00B51F2C" w:rsidP="001E0F5F">
            <w:pPr>
              <w:widowControl/>
              <w:autoSpaceDE/>
              <w:autoSpaceDN/>
              <w:rPr>
                <w:rFonts w:ascii="Arial" w:hAnsi="Arial" w:cs="Arial"/>
                <w:color w:val="000000"/>
              </w:rPr>
            </w:pPr>
            <w:r>
              <w:rPr>
                <w:rFonts w:ascii="Arial" w:hAnsi="Arial" w:cs="Arial"/>
                <w:color w:val="000000"/>
              </w:rPr>
              <w:t>100</w:t>
            </w:r>
          </w:p>
        </w:tc>
      </w:tr>
    </w:tbl>
    <w:p w14:paraId="7C5DC7C9" w14:textId="77777777" w:rsidR="00F57660" w:rsidRDefault="00F57660" w:rsidP="00F57660">
      <w:pPr>
        <w:spacing w:line="360" w:lineRule="auto"/>
        <w:ind w:left="1440"/>
        <w:jc w:val="both"/>
        <w:rPr>
          <w:rFonts w:ascii="Arial" w:hAnsi="Arial" w:cs="Arial"/>
          <w:b/>
          <w:bCs/>
        </w:rPr>
      </w:pPr>
    </w:p>
    <w:p w14:paraId="2CEFD25A" w14:textId="410AD5E7" w:rsidR="00E910D5" w:rsidRDefault="00E910D5" w:rsidP="00E910D5">
      <w:pPr>
        <w:spacing w:line="360" w:lineRule="auto"/>
        <w:ind w:left="1440" w:firstLine="720"/>
        <w:contextualSpacing/>
        <w:jc w:val="both"/>
        <w:rPr>
          <w:rFonts w:ascii="Arial" w:hAnsi="Arial" w:cs="Arial"/>
        </w:rPr>
      </w:pPr>
      <w:r w:rsidRPr="00E910D5">
        <w:rPr>
          <w:rFonts w:ascii="Arial" w:hAnsi="Arial" w:cs="Arial"/>
        </w:rPr>
        <w:t>S</w:t>
      </w:r>
      <w:r w:rsidR="00F57660" w:rsidRPr="00E910D5">
        <w:rPr>
          <w:rFonts w:ascii="Arial" w:hAnsi="Arial" w:cs="Arial"/>
        </w:rPr>
        <w:t>ementara itu, pada aspek dukungan ap</w:t>
      </w:r>
      <w:r w:rsidR="00C416F5">
        <w:rPr>
          <w:rFonts w:ascii="Arial" w:hAnsi="Arial" w:cs="Arial"/>
        </w:rPr>
        <w:t>p</w:t>
      </w:r>
      <w:r w:rsidR="00F57660" w:rsidRPr="00E910D5">
        <w:rPr>
          <w:rFonts w:ascii="Arial" w:hAnsi="Arial" w:cs="Arial"/>
        </w:rPr>
        <w:t>raisal, sebanyak 5</w:t>
      </w:r>
      <w:r w:rsidR="00FB7899">
        <w:rPr>
          <w:rFonts w:ascii="Arial" w:hAnsi="Arial" w:cs="Arial"/>
        </w:rPr>
        <w:t>9</w:t>
      </w:r>
      <w:r w:rsidR="00F57660" w:rsidRPr="00E910D5">
        <w:rPr>
          <w:rFonts w:ascii="Arial" w:hAnsi="Arial" w:cs="Arial"/>
        </w:rPr>
        <w:t xml:space="preserve"> responden (7</w:t>
      </w:r>
      <w:r w:rsidR="00FB7899">
        <w:rPr>
          <w:rFonts w:ascii="Arial" w:hAnsi="Arial" w:cs="Arial"/>
        </w:rPr>
        <w:t>2</w:t>
      </w:r>
      <w:r w:rsidR="00F57660" w:rsidRPr="00E910D5">
        <w:rPr>
          <w:rFonts w:ascii="Arial" w:hAnsi="Arial" w:cs="Arial"/>
        </w:rPr>
        <w:t>%) mengaku mendapat penilaian positif atau penguatan dari keluarga terhadap kemampuan mereka dalam memberikan ASI eksklusif.</w:t>
      </w:r>
    </w:p>
    <w:p w14:paraId="5DA13EBD" w14:textId="51C9DA1E" w:rsidR="00E910D5" w:rsidRDefault="00F57660" w:rsidP="00855B69">
      <w:pPr>
        <w:spacing w:line="360" w:lineRule="auto"/>
        <w:ind w:left="720" w:firstLine="720"/>
        <w:contextualSpacing/>
        <w:jc w:val="both"/>
        <w:rPr>
          <w:rFonts w:ascii="Arial" w:hAnsi="Arial" w:cs="Arial"/>
        </w:rPr>
      </w:pPr>
      <w:r w:rsidRPr="00E910D5">
        <w:rPr>
          <w:rFonts w:ascii="Arial" w:hAnsi="Arial" w:cs="Arial"/>
        </w:rPr>
        <w:t xml:space="preserve">Secara keseluruhan, hasil ini menunjukkan bahwa tingkat dukungan keluarga di wilayah kerja Puskesmas Kayon tergolong tinggi, baik dari segi emosional, instrumental, informasional, maupun apraisal. </w:t>
      </w:r>
      <w:r w:rsidRPr="00E910D5">
        <w:rPr>
          <w:rFonts w:ascii="Arial" w:hAnsi="Arial" w:cs="Arial"/>
        </w:rPr>
        <w:lastRenderedPageBreak/>
        <w:t>Kondisi ini berhubungan dengan tingginya proporsi ibu yang memberikan ASI eksklusif (7</w:t>
      </w:r>
      <w:r w:rsidR="00FB7899">
        <w:rPr>
          <w:rFonts w:ascii="Arial" w:hAnsi="Arial" w:cs="Arial"/>
        </w:rPr>
        <w:t>2</w:t>
      </w:r>
      <w:r w:rsidRPr="00E910D5">
        <w:rPr>
          <w:rFonts w:ascii="Arial" w:hAnsi="Arial" w:cs="Arial"/>
        </w:rPr>
        <w:t>%), sehingga dapat disimpulkan bahwa dukungan keluarga memiliki peran penting dalam keberhasilan pemberian ASI eksklus</w:t>
      </w:r>
      <w:r w:rsidR="00E910D5">
        <w:rPr>
          <w:rFonts w:ascii="Arial" w:hAnsi="Arial" w:cs="Arial"/>
        </w:rPr>
        <w:t>if.</w:t>
      </w:r>
    </w:p>
    <w:p w14:paraId="47C19082" w14:textId="77777777" w:rsidR="00855B69" w:rsidRPr="00E910D5" w:rsidRDefault="00855B69" w:rsidP="00855B69">
      <w:pPr>
        <w:spacing w:line="360" w:lineRule="auto"/>
        <w:ind w:left="720" w:firstLine="720"/>
        <w:contextualSpacing/>
        <w:jc w:val="both"/>
        <w:rPr>
          <w:rFonts w:ascii="Arial" w:hAnsi="Arial" w:cs="Arial"/>
        </w:rPr>
      </w:pPr>
    </w:p>
    <w:p w14:paraId="147524A2" w14:textId="246467F9" w:rsidR="004479B7" w:rsidRPr="00F57660" w:rsidRDefault="00242D11" w:rsidP="00F57660">
      <w:pPr>
        <w:numPr>
          <w:ilvl w:val="0"/>
          <w:numId w:val="28"/>
        </w:numPr>
        <w:spacing w:line="360" w:lineRule="auto"/>
        <w:jc w:val="both"/>
        <w:rPr>
          <w:rFonts w:ascii="Arial" w:hAnsi="Arial" w:cs="Arial"/>
          <w:b/>
          <w:bCs/>
        </w:rPr>
      </w:pPr>
      <w:r w:rsidRPr="00F57660">
        <w:rPr>
          <w:rFonts w:ascii="Arial" w:hAnsi="Arial" w:cs="Arial"/>
          <w:b/>
          <w:bCs/>
        </w:rPr>
        <w:t>Pembahasan</w:t>
      </w:r>
    </w:p>
    <w:p w14:paraId="13BECB7F" w14:textId="19A8B65B" w:rsidR="00855B69" w:rsidRPr="00855B69" w:rsidRDefault="00855B69" w:rsidP="00855B69">
      <w:pPr>
        <w:spacing w:line="360" w:lineRule="auto"/>
        <w:ind w:left="720" w:firstLine="720"/>
        <w:jc w:val="both"/>
        <w:rPr>
          <w:rFonts w:ascii="Arial" w:hAnsi="Arial" w:cs="Arial"/>
        </w:rPr>
      </w:pPr>
      <w:r w:rsidRPr="00855B69">
        <w:rPr>
          <w:rFonts w:ascii="Arial" w:hAnsi="Arial" w:cs="Arial"/>
        </w:rPr>
        <w:t>Hasil penelitian menunjukkan bahwa sebagian besar keluarga memberikan dukungan yang baik terhadap pemberian ASI eksklusif. Temuan ini menggambarkan bahwa kesadaran keluarga di wilayah kerja Puskesmas Kayon mengenai pentingnya ASI eksklusif cukup tinggi. Dukungan yang paling dominan adalah dukungan emosional, diikuti dukungan appraisal, instrumental, dan informasional.</w:t>
      </w:r>
    </w:p>
    <w:p w14:paraId="7C2B1570" w14:textId="75174B17" w:rsidR="00855B69" w:rsidRPr="00855B69" w:rsidRDefault="00855B69" w:rsidP="00855B69">
      <w:pPr>
        <w:spacing w:line="360" w:lineRule="auto"/>
        <w:ind w:left="720" w:firstLine="720"/>
        <w:jc w:val="both"/>
        <w:rPr>
          <w:rFonts w:ascii="Arial" w:hAnsi="Arial" w:cs="Arial"/>
        </w:rPr>
      </w:pPr>
      <w:r w:rsidRPr="00855B69">
        <w:rPr>
          <w:rFonts w:ascii="Arial" w:hAnsi="Arial" w:cs="Arial"/>
        </w:rPr>
        <w:t>Temuan ini sejalan dengan pendapat Friedman (2020) yang menyatakan bahwa dukungan keluarga mencakup dukungan emosional, informasional, instrumental, dan appraisal, yang memiliki peran besar dalam membantu ibu menjalani proses menyusui secara optimal. Dukungan emosional berupa perhatian, motivasi, dan kenyamanan terbukti dapat meningkatkan kepercayaan diri ibu serta memperlancar produksi ASI. Hal ini sesuai dengan penelitian Muchsin (2021) yang menunjukkan bahwa kondisi psikologis ibu merupakan salah satu faktor penentu kelancaran produksi ASI.</w:t>
      </w:r>
    </w:p>
    <w:p w14:paraId="577847FC" w14:textId="6D1260C5" w:rsidR="00855B69" w:rsidRPr="00855B69" w:rsidRDefault="00855B69" w:rsidP="00855B69">
      <w:pPr>
        <w:spacing w:line="360" w:lineRule="auto"/>
        <w:ind w:left="720" w:firstLine="720"/>
        <w:jc w:val="both"/>
        <w:rPr>
          <w:rFonts w:ascii="Arial" w:hAnsi="Arial" w:cs="Arial"/>
        </w:rPr>
      </w:pPr>
      <w:r w:rsidRPr="00855B69">
        <w:rPr>
          <w:rFonts w:ascii="Arial" w:hAnsi="Arial" w:cs="Arial"/>
        </w:rPr>
        <w:t>Dukungan informasional juga berperan penting dalam keberhasilan pemberian ASI eksklusif. Penelitian Sari &amp; Handayani (2020) menjelaskan bahwa pemberian informasi yang tepat mengenai teknik menyusui, manfaat ASI, serta risiko pemberian MP-ASI dini dapat membantu ibu menyusui dengan lebih yakin dan konsisten. Pada penelitian ini, 65% keluarga memberikan dukungan informasional yang baik, yang turut berkontribusi terhadap tingginya proporsi ibu yang memberikan ASI eksklusif.</w:t>
      </w:r>
    </w:p>
    <w:p w14:paraId="7630E6E5" w14:textId="6C5DFF27" w:rsidR="00855B69" w:rsidRPr="00855B69" w:rsidRDefault="00855B69" w:rsidP="00855B69">
      <w:pPr>
        <w:spacing w:line="360" w:lineRule="auto"/>
        <w:ind w:left="720" w:firstLine="720"/>
        <w:jc w:val="both"/>
        <w:rPr>
          <w:rFonts w:ascii="Arial" w:hAnsi="Arial" w:cs="Arial"/>
        </w:rPr>
      </w:pPr>
      <w:r w:rsidRPr="00855B69">
        <w:rPr>
          <w:rFonts w:ascii="Arial" w:hAnsi="Arial" w:cs="Arial"/>
        </w:rPr>
        <w:t xml:space="preserve">Pada aspek instrumental, 70% keluarga memberikan bantuan berupa penyediaan makanan bergizi, membantu pekerjaan rumah, atau mengasuh bayi. Dukungan tersebut sangat penting karena ibu membutuhkan kondisi fisik yang optimal agar dapat menyusui. Hal ini sejalan dengan pendapat Agustina et al. (2022) yang menjelaskan bahwa bantuan fisik dari keluarga dapat meringankan beban ibu dan </w:t>
      </w:r>
      <w:r w:rsidRPr="00855B69">
        <w:rPr>
          <w:rFonts w:ascii="Arial" w:hAnsi="Arial" w:cs="Arial"/>
        </w:rPr>
        <w:lastRenderedPageBreak/>
        <w:t>meningkatkan fokus dalam pemberian ASI.</w:t>
      </w:r>
    </w:p>
    <w:p w14:paraId="02624D69" w14:textId="24C31DE1" w:rsidR="00855B69" w:rsidRPr="00855B69" w:rsidRDefault="00855B69" w:rsidP="00855B69">
      <w:pPr>
        <w:spacing w:line="360" w:lineRule="auto"/>
        <w:ind w:left="720" w:firstLine="720"/>
        <w:jc w:val="both"/>
        <w:rPr>
          <w:rFonts w:ascii="Arial" w:hAnsi="Arial" w:cs="Arial"/>
        </w:rPr>
      </w:pPr>
      <w:r w:rsidRPr="00855B69">
        <w:rPr>
          <w:rFonts w:ascii="Arial" w:hAnsi="Arial" w:cs="Arial"/>
        </w:rPr>
        <w:t>Dukungan appraisal juga memegang peranan penting. Penguatan positif dari keluarga dapat menumbuhkan rasa percaya diri ibu dalam menyusui. Menurut Widayarti et al. (2023), ibu menyusui yang mendapatkan penghargaan atau penilaian positif dari suami dan keluarga memiliki motivasi lebih tinggi mempertahankan pemberian ASI eksklusif.</w:t>
      </w:r>
    </w:p>
    <w:p w14:paraId="1059A031" w14:textId="61DADFA8" w:rsidR="00855B69" w:rsidRPr="00855B69" w:rsidRDefault="00855B69" w:rsidP="00855B69">
      <w:pPr>
        <w:spacing w:line="360" w:lineRule="auto"/>
        <w:ind w:left="720" w:firstLine="720"/>
        <w:jc w:val="both"/>
        <w:rPr>
          <w:rFonts w:ascii="Arial" w:hAnsi="Arial" w:cs="Arial"/>
        </w:rPr>
      </w:pPr>
      <w:r w:rsidRPr="00855B69">
        <w:rPr>
          <w:rFonts w:ascii="Arial" w:hAnsi="Arial" w:cs="Arial"/>
        </w:rPr>
        <w:t>Pada penelitian ini, sebanyak 80% ibu berhasil memberikan ASI eksklusif, dan proporsi ini sangat terkait dengan tingginya dukungan keluarga. Hal ini diperkuat oleh penelitian Veysel Can et al. (2025) yang menemukan bahwa dukungan sosial keluarga memiliki dampak signifikan terhadap keberhasilan menyusui, karena memberikan stabilitas emosional dan meningkatkan kepatuhan ibu terhadap praktik menyusui.</w:t>
      </w:r>
    </w:p>
    <w:p w14:paraId="4D71899A" w14:textId="237BDD05" w:rsidR="00855B69" w:rsidRPr="00855B69" w:rsidRDefault="00855B69" w:rsidP="00855B69">
      <w:pPr>
        <w:spacing w:line="360" w:lineRule="auto"/>
        <w:ind w:left="720" w:firstLine="720"/>
        <w:jc w:val="both"/>
        <w:rPr>
          <w:rFonts w:ascii="Arial" w:hAnsi="Arial" w:cs="Arial"/>
        </w:rPr>
      </w:pPr>
      <w:r w:rsidRPr="00855B69">
        <w:rPr>
          <w:rFonts w:ascii="Arial" w:hAnsi="Arial" w:cs="Arial"/>
        </w:rPr>
        <w:t>Namun, masih terdapat 20% ibu yang tidak memberikan ASI eksklusif. Berdasarkan teori Kemenkes RI (2024), kegagalan pemberian ASI eksklusif dapat disebabkan oleh kurangnya pengetahuan, mitos terkait ASI, faktor pekerjaan, serta kurangnya dukungan keluarga. Faktor-faktor tersebut juga terlihat dalam hasil penelitian ini, terutama pada responden yang tidak mendapatkan dukungan informasional maupun instrumental yang memadai.</w:t>
      </w:r>
    </w:p>
    <w:p w14:paraId="6C82844A" w14:textId="17B8B170" w:rsidR="00242D11" w:rsidRPr="006A3CF9" w:rsidRDefault="00855B69" w:rsidP="00855B69">
      <w:pPr>
        <w:spacing w:line="360" w:lineRule="auto"/>
        <w:ind w:left="720" w:firstLine="720"/>
        <w:jc w:val="both"/>
        <w:rPr>
          <w:rFonts w:ascii="Arial" w:hAnsi="Arial" w:cs="Arial"/>
        </w:rPr>
      </w:pPr>
      <w:r w:rsidRPr="00855B69">
        <w:rPr>
          <w:rFonts w:ascii="Arial" w:hAnsi="Arial" w:cs="Arial"/>
        </w:rPr>
        <w:t>Secara keseluruhan, hasil penelitian ini menunjukkan bahwa dukungan keluarga, terutama dari suami, merupakan faktor penting dalam keberhasilan pemberian ASI eksklusif. Semakin baik dukungan emosional, instrumental, informasional, dan appraisal yang diberikan keluarga, maka semakin besar peluang ibu untuk memberikan ASI eksklusif secara optimal. Oleh karena itu, edukasi keluarga harus diperkuat agar dapat meningkatkan keberhasilan program ASI eksklusif di wilayah kerja Puskesmas Kayon.</w:t>
      </w:r>
    </w:p>
    <w:p w14:paraId="5DFD697E" w14:textId="3F6EB946" w:rsidR="004479B7" w:rsidRPr="006A3CF9" w:rsidRDefault="00242D11" w:rsidP="00242D11">
      <w:pPr>
        <w:numPr>
          <w:ilvl w:val="0"/>
          <w:numId w:val="28"/>
        </w:numPr>
        <w:tabs>
          <w:tab w:val="left" w:pos="8356"/>
        </w:tabs>
        <w:spacing w:line="360" w:lineRule="auto"/>
        <w:rPr>
          <w:rFonts w:ascii="Arial" w:hAnsi="Arial" w:cs="Arial"/>
          <w:b/>
          <w:bCs/>
        </w:rPr>
      </w:pPr>
      <w:r w:rsidRPr="006A3CF9">
        <w:rPr>
          <w:rFonts w:ascii="Arial" w:hAnsi="Arial" w:cs="Arial"/>
          <w:b/>
          <w:bCs/>
        </w:rPr>
        <w:t>Keterbatasan</w:t>
      </w:r>
    </w:p>
    <w:p w14:paraId="0E2593D1" w14:textId="3726047C" w:rsidR="00242D11" w:rsidRPr="00913D30" w:rsidRDefault="00242D11" w:rsidP="00913D30">
      <w:pPr>
        <w:tabs>
          <w:tab w:val="left" w:pos="8356"/>
        </w:tabs>
        <w:spacing w:line="360" w:lineRule="auto"/>
        <w:ind w:left="720" w:firstLine="698"/>
        <w:jc w:val="both"/>
        <w:rPr>
          <w:rFonts w:ascii="Arial" w:hAnsi="Arial" w:cs="Arial"/>
        </w:rPr>
      </w:pPr>
      <w:r w:rsidRPr="00242D11">
        <w:rPr>
          <w:rFonts w:ascii="Arial" w:hAnsi="Arial" w:cs="Arial"/>
        </w:rPr>
        <w:t>Dalam penelitian ini, peneliti menyadari adanya beberapa keterbatasan. Meskipun jumlah responden sebanyak 82 orang sudah cukup menggambarkan kondisi di wilayah kerja Puskesmas Kayon, hasil penelitian ini belum dapat mewakili seluruh keluarga yang memiliki bayi di wilayah tersebut.</w:t>
      </w:r>
      <w:r w:rsidR="00913D30">
        <w:rPr>
          <w:rFonts w:ascii="Arial" w:hAnsi="Arial" w:cs="Arial"/>
        </w:rPr>
        <w:t xml:space="preserve"> </w:t>
      </w:r>
      <w:r w:rsidRPr="00913D30">
        <w:rPr>
          <w:rFonts w:ascii="Arial" w:hAnsi="Arial" w:cs="Arial"/>
        </w:rPr>
        <w:t>Selain itu, pengumpulan data menggunakan kuesioner</w:t>
      </w:r>
      <w:r w:rsidRPr="00913D30">
        <w:rPr>
          <w:rFonts w:ascii="Arial" w:hAnsi="Arial" w:cs="Arial"/>
          <w:b/>
          <w:bCs/>
        </w:rPr>
        <w:t xml:space="preserve"> </w:t>
      </w:r>
      <w:r w:rsidRPr="00913D30">
        <w:rPr>
          <w:rFonts w:ascii="Arial" w:hAnsi="Arial" w:cs="Arial"/>
        </w:rPr>
        <w:t xml:space="preserve">membuat hasil sangat bergantung pada kejujuran dan pemahaman responden dalam menjawab setiap pertanyaan. Waktu penelitian yang </w:t>
      </w:r>
      <w:r w:rsidRPr="00913D30">
        <w:rPr>
          <w:rFonts w:ascii="Arial" w:hAnsi="Arial" w:cs="Arial"/>
        </w:rPr>
        <w:lastRenderedPageBreak/>
        <w:t>terbatas juga menjadi kendala dalam menjangkau beberapa responden yang memiliki aktivitas padat. Meskipun demikian, peneliti telah berusaha maksimal agar data yang diperoleh tetap akurat dan relevan dengan tujuan penelitian.</w:t>
      </w:r>
    </w:p>
    <w:p w14:paraId="698A036C" w14:textId="77777777" w:rsidR="004479B7" w:rsidRPr="006A3CF9" w:rsidRDefault="004479B7" w:rsidP="00242D11">
      <w:pPr>
        <w:tabs>
          <w:tab w:val="left" w:pos="8356"/>
        </w:tabs>
        <w:spacing w:line="360" w:lineRule="auto"/>
        <w:rPr>
          <w:rFonts w:ascii="Arial" w:hAnsi="Arial" w:cs="Arial"/>
        </w:rPr>
      </w:pPr>
    </w:p>
    <w:p w14:paraId="46B85A35" w14:textId="77777777" w:rsidR="004479B7" w:rsidRPr="006A3CF9" w:rsidRDefault="004479B7" w:rsidP="00242D11">
      <w:pPr>
        <w:tabs>
          <w:tab w:val="left" w:pos="8356"/>
        </w:tabs>
        <w:spacing w:line="360" w:lineRule="auto"/>
        <w:rPr>
          <w:rFonts w:ascii="Arial" w:hAnsi="Arial" w:cs="Arial"/>
        </w:rPr>
      </w:pPr>
    </w:p>
    <w:p w14:paraId="4DDCDFCE" w14:textId="77777777" w:rsidR="004479B7" w:rsidRPr="006A3CF9" w:rsidRDefault="004479B7" w:rsidP="00242D11">
      <w:pPr>
        <w:tabs>
          <w:tab w:val="left" w:pos="8356"/>
        </w:tabs>
        <w:spacing w:line="360" w:lineRule="auto"/>
        <w:rPr>
          <w:rFonts w:ascii="Arial" w:hAnsi="Arial" w:cs="Arial"/>
        </w:rPr>
      </w:pPr>
    </w:p>
    <w:p w14:paraId="0D21599B" w14:textId="77777777" w:rsidR="004479B7" w:rsidRPr="006A3CF9" w:rsidRDefault="004479B7" w:rsidP="00242D11">
      <w:pPr>
        <w:tabs>
          <w:tab w:val="left" w:pos="8356"/>
        </w:tabs>
        <w:spacing w:line="360" w:lineRule="auto"/>
        <w:rPr>
          <w:rFonts w:ascii="Arial" w:hAnsi="Arial" w:cs="Arial"/>
        </w:rPr>
      </w:pPr>
    </w:p>
    <w:p w14:paraId="23D94D35" w14:textId="77777777" w:rsidR="004479B7" w:rsidRPr="006A3CF9" w:rsidRDefault="004479B7" w:rsidP="00242D11">
      <w:pPr>
        <w:tabs>
          <w:tab w:val="left" w:pos="8356"/>
        </w:tabs>
        <w:spacing w:line="360" w:lineRule="auto"/>
        <w:rPr>
          <w:rFonts w:ascii="Arial" w:hAnsi="Arial" w:cs="Arial"/>
        </w:rPr>
      </w:pPr>
    </w:p>
    <w:p w14:paraId="0B50FFC3" w14:textId="77777777" w:rsidR="004479B7" w:rsidRPr="006A3CF9" w:rsidRDefault="004479B7" w:rsidP="005F376F">
      <w:pPr>
        <w:tabs>
          <w:tab w:val="left" w:pos="8356"/>
        </w:tabs>
        <w:rPr>
          <w:rFonts w:ascii="Arial" w:hAnsi="Arial" w:cs="Arial"/>
        </w:rPr>
      </w:pPr>
    </w:p>
    <w:p w14:paraId="2081FBC2" w14:textId="77777777" w:rsidR="004479B7" w:rsidRPr="006A3CF9" w:rsidRDefault="004479B7" w:rsidP="005F376F">
      <w:pPr>
        <w:tabs>
          <w:tab w:val="left" w:pos="8356"/>
        </w:tabs>
        <w:rPr>
          <w:rFonts w:ascii="Arial" w:hAnsi="Arial" w:cs="Arial"/>
        </w:rPr>
      </w:pPr>
    </w:p>
    <w:p w14:paraId="6FCAB15C" w14:textId="77777777" w:rsidR="004479B7" w:rsidRPr="006A3CF9" w:rsidRDefault="004479B7" w:rsidP="005F376F">
      <w:pPr>
        <w:tabs>
          <w:tab w:val="left" w:pos="8356"/>
        </w:tabs>
        <w:rPr>
          <w:rFonts w:ascii="Arial" w:hAnsi="Arial" w:cs="Arial"/>
        </w:rPr>
      </w:pPr>
    </w:p>
    <w:p w14:paraId="65266549" w14:textId="77777777" w:rsidR="004479B7" w:rsidRPr="006A3CF9" w:rsidRDefault="004479B7" w:rsidP="005F376F">
      <w:pPr>
        <w:tabs>
          <w:tab w:val="left" w:pos="8356"/>
        </w:tabs>
        <w:rPr>
          <w:rFonts w:ascii="Arial" w:hAnsi="Arial" w:cs="Arial"/>
        </w:rPr>
      </w:pPr>
    </w:p>
    <w:p w14:paraId="1EDDABA2" w14:textId="77777777" w:rsidR="004479B7" w:rsidRPr="006A3CF9" w:rsidRDefault="004479B7" w:rsidP="005F376F">
      <w:pPr>
        <w:tabs>
          <w:tab w:val="left" w:pos="8356"/>
        </w:tabs>
        <w:rPr>
          <w:rFonts w:ascii="Arial" w:hAnsi="Arial" w:cs="Arial"/>
        </w:rPr>
      </w:pPr>
    </w:p>
    <w:p w14:paraId="6D86D655" w14:textId="77777777" w:rsidR="004479B7" w:rsidRPr="006A3CF9" w:rsidRDefault="004479B7" w:rsidP="005F376F">
      <w:pPr>
        <w:tabs>
          <w:tab w:val="left" w:pos="8356"/>
        </w:tabs>
        <w:rPr>
          <w:rFonts w:ascii="Arial" w:hAnsi="Arial" w:cs="Arial"/>
        </w:rPr>
      </w:pPr>
    </w:p>
    <w:p w14:paraId="7645F522" w14:textId="77777777" w:rsidR="004479B7" w:rsidRPr="006A3CF9" w:rsidRDefault="004479B7" w:rsidP="005F376F">
      <w:pPr>
        <w:tabs>
          <w:tab w:val="left" w:pos="8356"/>
        </w:tabs>
        <w:rPr>
          <w:rFonts w:ascii="Arial" w:hAnsi="Arial" w:cs="Arial"/>
        </w:rPr>
      </w:pPr>
    </w:p>
    <w:p w14:paraId="6ED3C5BE" w14:textId="77777777" w:rsidR="004479B7" w:rsidRPr="006A3CF9" w:rsidRDefault="004479B7" w:rsidP="005F376F">
      <w:pPr>
        <w:tabs>
          <w:tab w:val="left" w:pos="8356"/>
        </w:tabs>
        <w:rPr>
          <w:rFonts w:ascii="Arial" w:hAnsi="Arial" w:cs="Arial"/>
        </w:rPr>
      </w:pPr>
    </w:p>
    <w:p w14:paraId="73F95CAF" w14:textId="77777777" w:rsidR="004479B7" w:rsidRPr="006A3CF9" w:rsidRDefault="004479B7" w:rsidP="005F376F">
      <w:pPr>
        <w:tabs>
          <w:tab w:val="left" w:pos="8356"/>
        </w:tabs>
        <w:rPr>
          <w:rFonts w:ascii="Arial" w:hAnsi="Arial" w:cs="Arial"/>
        </w:rPr>
      </w:pPr>
    </w:p>
    <w:p w14:paraId="1425D12E" w14:textId="77777777" w:rsidR="004479B7" w:rsidRPr="006A3CF9" w:rsidRDefault="004479B7" w:rsidP="005F376F">
      <w:pPr>
        <w:tabs>
          <w:tab w:val="left" w:pos="8356"/>
        </w:tabs>
        <w:rPr>
          <w:rFonts w:ascii="Arial" w:hAnsi="Arial" w:cs="Arial"/>
        </w:rPr>
      </w:pPr>
    </w:p>
    <w:p w14:paraId="098EC846" w14:textId="77777777" w:rsidR="004479B7" w:rsidRDefault="004479B7" w:rsidP="005F376F">
      <w:pPr>
        <w:tabs>
          <w:tab w:val="left" w:pos="8356"/>
        </w:tabs>
        <w:rPr>
          <w:rFonts w:ascii="Arial" w:hAnsi="Arial" w:cs="Arial"/>
          <w:sz w:val="24"/>
        </w:rPr>
      </w:pPr>
    </w:p>
    <w:p w14:paraId="04098A48" w14:textId="77777777" w:rsidR="004479B7" w:rsidRDefault="004479B7" w:rsidP="005F376F">
      <w:pPr>
        <w:tabs>
          <w:tab w:val="left" w:pos="8356"/>
        </w:tabs>
        <w:rPr>
          <w:rFonts w:ascii="Arial" w:hAnsi="Arial" w:cs="Arial"/>
          <w:sz w:val="24"/>
        </w:rPr>
      </w:pPr>
    </w:p>
    <w:p w14:paraId="18CF1BBA" w14:textId="77777777" w:rsidR="004479B7" w:rsidRDefault="004479B7" w:rsidP="005F376F">
      <w:pPr>
        <w:tabs>
          <w:tab w:val="left" w:pos="8356"/>
        </w:tabs>
        <w:rPr>
          <w:rFonts w:ascii="Arial" w:hAnsi="Arial" w:cs="Arial"/>
          <w:sz w:val="24"/>
        </w:rPr>
      </w:pPr>
    </w:p>
    <w:p w14:paraId="0967C726" w14:textId="77777777" w:rsidR="004479B7" w:rsidRDefault="004479B7" w:rsidP="005F376F">
      <w:pPr>
        <w:tabs>
          <w:tab w:val="left" w:pos="8356"/>
        </w:tabs>
        <w:rPr>
          <w:rFonts w:ascii="Arial" w:hAnsi="Arial" w:cs="Arial"/>
          <w:sz w:val="24"/>
        </w:rPr>
      </w:pPr>
    </w:p>
    <w:p w14:paraId="275DF27B" w14:textId="77777777" w:rsidR="004479B7" w:rsidRDefault="004479B7" w:rsidP="005F376F">
      <w:pPr>
        <w:tabs>
          <w:tab w:val="left" w:pos="8356"/>
        </w:tabs>
        <w:rPr>
          <w:rFonts w:ascii="Arial" w:hAnsi="Arial" w:cs="Arial"/>
          <w:sz w:val="24"/>
        </w:rPr>
      </w:pPr>
    </w:p>
    <w:p w14:paraId="6C3F147D" w14:textId="77777777" w:rsidR="004479B7" w:rsidRDefault="004479B7" w:rsidP="005F376F">
      <w:pPr>
        <w:tabs>
          <w:tab w:val="left" w:pos="8356"/>
        </w:tabs>
        <w:rPr>
          <w:rFonts w:ascii="Arial" w:hAnsi="Arial" w:cs="Arial"/>
          <w:sz w:val="24"/>
        </w:rPr>
      </w:pPr>
    </w:p>
    <w:p w14:paraId="236AE1CE" w14:textId="77777777" w:rsidR="004479B7" w:rsidRDefault="004479B7" w:rsidP="005F376F">
      <w:pPr>
        <w:tabs>
          <w:tab w:val="left" w:pos="8356"/>
        </w:tabs>
        <w:rPr>
          <w:rFonts w:ascii="Arial" w:hAnsi="Arial" w:cs="Arial"/>
          <w:sz w:val="24"/>
        </w:rPr>
      </w:pPr>
    </w:p>
    <w:p w14:paraId="0BF32FF3" w14:textId="77777777" w:rsidR="004479B7" w:rsidRDefault="004479B7" w:rsidP="005F376F">
      <w:pPr>
        <w:tabs>
          <w:tab w:val="left" w:pos="8356"/>
        </w:tabs>
        <w:rPr>
          <w:rFonts w:ascii="Arial" w:hAnsi="Arial" w:cs="Arial"/>
          <w:sz w:val="24"/>
        </w:rPr>
      </w:pPr>
    </w:p>
    <w:p w14:paraId="40D2E63A" w14:textId="77777777" w:rsidR="004479B7" w:rsidRDefault="004479B7" w:rsidP="005F376F">
      <w:pPr>
        <w:tabs>
          <w:tab w:val="left" w:pos="8356"/>
        </w:tabs>
        <w:rPr>
          <w:rFonts w:ascii="Arial" w:hAnsi="Arial" w:cs="Arial"/>
          <w:sz w:val="24"/>
        </w:rPr>
      </w:pPr>
    </w:p>
    <w:p w14:paraId="598FC10C" w14:textId="77777777" w:rsidR="004479B7" w:rsidRDefault="004479B7" w:rsidP="005F376F">
      <w:pPr>
        <w:tabs>
          <w:tab w:val="left" w:pos="8356"/>
        </w:tabs>
        <w:rPr>
          <w:rFonts w:ascii="Arial" w:hAnsi="Arial" w:cs="Arial"/>
          <w:sz w:val="24"/>
        </w:rPr>
      </w:pPr>
    </w:p>
    <w:p w14:paraId="0E4F4E3D" w14:textId="77777777" w:rsidR="004479B7" w:rsidRDefault="004479B7" w:rsidP="005F376F">
      <w:pPr>
        <w:tabs>
          <w:tab w:val="left" w:pos="8356"/>
        </w:tabs>
        <w:rPr>
          <w:rFonts w:ascii="Arial" w:hAnsi="Arial" w:cs="Arial"/>
          <w:sz w:val="24"/>
        </w:rPr>
      </w:pPr>
    </w:p>
    <w:p w14:paraId="29FE21B8" w14:textId="77777777" w:rsidR="004479B7" w:rsidRDefault="004479B7" w:rsidP="005F376F">
      <w:pPr>
        <w:tabs>
          <w:tab w:val="left" w:pos="8356"/>
        </w:tabs>
        <w:rPr>
          <w:rFonts w:ascii="Arial" w:hAnsi="Arial" w:cs="Arial"/>
          <w:sz w:val="24"/>
        </w:rPr>
      </w:pPr>
    </w:p>
    <w:p w14:paraId="29E3A860" w14:textId="77777777" w:rsidR="004479B7" w:rsidRDefault="004479B7" w:rsidP="005F376F">
      <w:pPr>
        <w:tabs>
          <w:tab w:val="left" w:pos="8356"/>
        </w:tabs>
        <w:rPr>
          <w:rFonts w:ascii="Arial" w:hAnsi="Arial" w:cs="Arial"/>
          <w:sz w:val="24"/>
        </w:rPr>
      </w:pPr>
    </w:p>
    <w:p w14:paraId="7F463A49" w14:textId="77777777" w:rsidR="004D0764" w:rsidRDefault="004D0764" w:rsidP="005F376F">
      <w:pPr>
        <w:tabs>
          <w:tab w:val="left" w:pos="8356"/>
        </w:tabs>
        <w:rPr>
          <w:rFonts w:ascii="Arial" w:hAnsi="Arial" w:cs="Arial"/>
          <w:sz w:val="24"/>
        </w:rPr>
      </w:pPr>
    </w:p>
    <w:p w14:paraId="0CFA6A56" w14:textId="77777777" w:rsidR="004D0764" w:rsidRDefault="004D0764" w:rsidP="005F376F">
      <w:pPr>
        <w:tabs>
          <w:tab w:val="left" w:pos="8356"/>
        </w:tabs>
        <w:rPr>
          <w:rFonts w:ascii="Arial" w:hAnsi="Arial" w:cs="Arial"/>
          <w:sz w:val="24"/>
        </w:rPr>
      </w:pPr>
    </w:p>
    <w:p w14:paraId="652FCCAE" w14:textId="77777777" w:rsidR="004D0764" w:rsidRDefault="004D0764" w:rsidP="005F376F">
      <w:pPr>
        <w:tabs>
          <w:tab w:val="left" w:pos="8356"/>
        </w:tabs>
        <w:rPr>
          <w:rFonts w:ascii="Arial" w:hAnsi="Arial" w:cs="Arial"/>
          <w:sz w:val="24"/>
        </w:rPr>
      </w:pPr>
    </w:p>
    <w:p w14:paraId="31EB2DB8" w14:textId="77777777" w:rsidR="004D0764" w:rsidRDefault="004D0764" w:rsidP="005F376F">
      <w:pPr>
        <w:tabs>
          <w:tab w:val="left" w:pos="8356"/>
        </w:tabs>
        <w:rPr>
          <w:rFonts w:ascii="Arial" w:hAnsi="Arial" w:cs="Arial"/>
          <w:sz w:val="24"/>
        </w:rPr>
      </w:pPr>
    </w:p>
    <w:p w14:paraId="4B7D0C04" w14:textId="77777777" w:rsidR="004479B7" w:rsidRDefault="004479B7" w:rsidP="005F376F">
      <w:pPr>
        <w:tabs>
          <w:tab w:val="left" w:pos="8356"/>
        </w:tabs>
        <w:rPr>
          <w:rFonts w:ascii="Arial" w:hAnsi="Arial" w:cs="Arial"/>
          <w:sz w:val="24"/>
        </w:rPr>
      </w:pPr>
    </w:p>
    <w:p w14:paraId="795C1467" w14:textId="77777777" w:rsidR="00913D30" w:rsidRDefault="00913D30" w:rsidP="005F376F">
      <w:pPr>
        <w:tabs>
          <w:tab w:val="left" w:pos="8356"/>
        </w:tabs>
        <w:rPr>
          <w:rFonts w:ascii="Arial" w:hAnsi="Arial" w:cs="Arial"/>
          <w:sz w:val="24"/>
        </w:rPr>
      </w:pPr>
    </w:p>
    <w:p w14:paraId="5A53AB57" w14:textId="77777777" w:rsidR="00913D30" w:rsidRDefault="00913D30" w:rsidP="005F376F">
      <w:pPr>
        <w:tabs>
          <w:tab w:val="left" w:pos="8356"/>
        </w:tabs>
        <w:rPr>
          <w:rFonts w:ascii="Arial" w:hAnsi="Arial" w:cs="Arial"/>
          <w:sz w:val="24"/>
        </w:rPr>
      </w:pPr>
    </w:p>
    <w:p w14:paraId="03852EF2" w14:textId="77777777" w:rsidR="00D15365" w:rsidRDefault="00D15365" w:rsidP="002B327D">
      <w:pPr>
        <w:tabs>
          <w:tab w:val="left" w:pos="8356"/>
        </w:tabs>
        <w:jc w:val="center"/>
        <w:rPr>
          <w:rFonts w:ascii="Arial" w:hAnsi="Arial" w:cs="Arial"/>
          <w:b/>
          <w:bCs/>
          <w:sz w:val="24"/>
        </w:rPr>
        <w:sectPr w:rsidR="00D15365" w:rsidSect="00DA1E95">
          <w:headerReference w:type="default" r:id="rId35"/>
          <w:footerReference w:type="default" r:id="rId36"/>
          <w:pgSz w:w="11910" w:h="16840"/>
          <w:pgMar w:top="1701" w:right="1701" w:bottom="1701" w:left="2268" w:header="0" w:footer="744" w:gutter="0"/>
          <w:pgNumType w:start="27"/>
          <w:cols w:space="720"/>
        </w:sectPr>
      </w:pPr>
    </w:p>
    <w:p w14:paraId="2664D8D2" w14:textId="775156D9" w:rsidR="00D6181F" w:rsidRPr="002B327D" w:rsidRDefault="002B327D" w:rsidP="002B327D">
      <w:pPr>
        <w:tabs>
          <w:tab w:val="left" w:pos="8356"/>
        </w:tabs>
        <w:jc w:val="center"/>
        <w:rPr>
          <w:rFonts w:ascii="Arial" w:hAnsi="Arial" w:cs="Arial"/>
          <w:b/>
          <w:bCs/>
          <w:sz w:val="24"/>
        </w:rPr>
      </w:pPr>
      <w:r w:rsidRPr="002B327D">
        <w:rPr>
          <w:rFonts w:ascii="Arial" w:hAnsi="Arial" w:cs="Arial"/>
          <w:b/>
          <w:bCs/>
          <w:sz w:val="24"/>
        </w:rPr>
        <w:lastRenderedPageBreak/>
        <w:t>BAB V</w:t>
      </w:r>
    </w:p>
    <w:p w14:paraId="22F1FE15" w14:textId="067DB95F" w:rsidR="002B327D" w:rsidRDefault="002B327D" w:rsidP="002B327D">
      <w:pPr>
        <w:tabs>
          <w:tab w:val="left" w:pos="8356"/>
        </w:tabs>
        <w:jc w:val="center"/>
        <w:rPr>
          <w:rFonts w:ascii="Arial" w:hAnsi="Arial" w:cs="Arial"/>
          <w:b/>
          <w:bCs/>
          <w:sz w:val="24"/>
        </w:rPr>
      </w:pPr>
      <w:r w:rsidRPr="002B327D">
        <w:rPr>
          <w:rFonts w:ascii="Arial" w:hAnsi="Arial" w:cs="Arial"/>
          <w:b/>
          <w:bCs/>
          <w:sz w:val="24"/>
        </w:rPr>
        <w:t>PENUTUP</w:t>
      </w:r>
    </w:p>
    <w:p w14:paraId="1BE1A8DE" w14:textId="77777777" w:rsidR="00D406F7" w:rsidRDefault="00D406F7" w:rsidP="002B327D">
      <w:pPr>
        <w:tabs>
          <w:tab w:val="left" w:pos="8356"/>
        </w:tabs>
        <w:jc w:val="center"/>
        <w:rPr>
          <w:rFonts w:ascii="Arial" w:hAnsi="Arial" w:cs="Arial"/>
          <w:b/>
          <w:bCs/>
          <w:sz w:val="24"/>
        </w:rPr>
      </w:pPr>
    </w:p>
    <w:p w14:paraId="19051370" w14:textId="77777777" w:rsidR="00C331B8" w:rsidRPr="00C331B8" w:rsidRDefault="002B327D" w:rsidP="00C331B8">
      <w:pPr>
        <w:numPr>
          <w:ilvl w:val="0"/>
          <w:numId w:val="30"/>
        </w:numPr>
        <w:tabs>
          <w:tab w:val="left" w:pos="8356"/>
        </w:tabs>
        <w:spacing w:line="360" w:lineRule="auto"/>
        <w:rPr>
          <w:rFonts w:ascii="Arial" w:hAnsi="Arial" w:cs="Arial"/>
          <w:b/>
          <w:bCs/>
          <w:sz w:val="24"/>
        </w:rPr>
      </w:pPr>
      <w:r>
        <w:rPr>
          <w:rFonts w:ascii="Arial" w:hAnsi="Arial" w:cs="Arial"/>
          <w:b/>
          <w:bCs/>
          <w:sz w:val="24"/>
        </w:rPr>
        <w:t>Kesimp</w:t>
      </w:r>
      <w:r w:rsidR="00B51F2C">
        <w:rPr>
          <w:rFonts w:ascii="Arial" w:hAnsi="Arial" w:cs="Arial"/>
          <w:b/>
          <w:bCs/>
          <w:sz w:val="24"/>
        </w:rPr>
        <w:t>u</w:t>
      </w:r>
      <w:r>
        <w:rPr>
          <w:rFonts w:ascii="Arial" w:hAnsi="Arial" w:cs="Arial"/>
          <w:b/>
          <w:bCs/>
          <w:sz w:val="24"/>
        </w:rPr>
        <w:t>la</w:t>
      </w:r>
      <w:r w:rsidR="00C331B8">
        <w:rPr>
          <w:rFonts w:ascii="Arial" w:hAnsi="Arial" w:cs="Arial"/>
          <w:b/>
          <w:bCs/>
          <w:sz w:val="24"/>
          <w:lang w:val="en-US"/>
        </w:rPr>
        <w:t>n</w:t>
      </w:r>
    </w:p>
    <w:p w14:paraId="39C7C0F2" w14:textId="30EF9D36" w:rsidR="00C331B8" w:rsidRPr="00BB05DB" w:rsidRDefault="00C331B8" w:rsidP="00BB05DB">
      <w:pPr>
        <w:tabs>
          <w:tab w:val="left" w:pos="8356"/>
        </w:tabs>
        <w:spacing w:line="360" w:lineRule="auto"/>
        <w:ind w:left="720" w:firstLine="556"/>
        <w:jc w:val="both"/>
        <w:rPr>
          <w:rFonts w:ascii="Arial" w:hAnsi="Arial" w:cs="Arial"/>
        </w:rPr>
      </w:pPr>
      <w:r w:rsidRPr="00BB05DB">
        <w:rPr>
          <w:rFonts w:ascii="Arial" w:hAnsi="Arial" w:cs="Arial"/>
        </w:rPr>
        <w:t>Berdasarkan penelitian berjudul “Gambaran Dukungan Keluarga terhadap Pemberian ASI Eksklusif di Wilayah Kerja Puskesmas Kayon Kota Palangka Raya Tahun 2025”, dapat disimpulkan bahwa:</w:t>
      </w:r>
    </w:p>
    <w:p w14:paraId="47C092A2" w14:textId="77777777" w:rsidR="00C331B8" w:rsidRPr="00BB05DB" w:rsidRDefault="00C331B8" w:rsidP="00BB05DB">
      <w:pPr>
        <w:numPr>
          <w:ilvl w:val="0"/>
          <w:numId w:val="34"/>
        </w:numPr>
        <w:tabs>
          <w:tab w:val="left" w:pos="8356"/>
        </w:tabs>
        <w:spacing w:line="360" w:lineRule="auto"/>
        <w:jc w:val="both"/>
        <w:rPr>
          <w:rFonts w:ascii="Arial" w:hAnsi="Arial" w:cs="Arial"/>
          <w:b/>
          <w:bCs/>
        </w:rPr>
      </w:pPr>
      <w:r w:rsidRPr="00BB05DB">
        <w:rPr>
          <w:rFonts w:ascii="Arial" w:hAnsi="Arial" w:cs="Arial"/>
        </w:rPr>
        <w:t>Sebagian besar keluarga memberikan dukungan yang baik kepada ibu menyusui dalam pemberian ASI eksklusif, yang ditunjukkan melalui empat bentuk dukungan:</w:t>
      </w:r>
    </w:p>
    <w:p w14:paraId="728FB377" w14:textId="77777777" w:rsidR="00C331B8" w:rsidRPr="00BB05DB" w:rsidRDefault="00C331B8" w:rsidP="00BB05DB">
      <w:pPr>
        <w:tabs>
          <w:tab w:val="left" w:pos="8356"/>
        </w:tabs>
        <w:spacing w:line="360" w:lineRule="auto"/>
        <w:ind w:left="720"/>
        <w:jc w:val="both"/>
        <w:rPr>
          <w:rFonts w:ascii="Arial" w:hAnsi="Arial" w:cs="Arial"/>
        </w:rPr>
      </w:pPr>
      <w:r w:rsidRPr="00BB05DB">
        <w:rPr>
          <w:rFonts w:ascii="Arial" w:hAnsi="Arial" w:cs="Arial"/>
          <w:lang w:val="en-US"/>
        </w:rPr>
        <w:t xml:space="preserve">a. </w:t>
      </w:r>
      <w:r w:rsidRPr="00BB05DB">
        <w:rPr>
          <w:rFonts w:ascii="Arial" w:hAnsi="Arial" w:cs="Arial"/>
        </w:rPr>
        <w:t>Dukungan emosional sebesar 74%,</w:t>
      </w:r>
    </w:p>
    <w:p w14:paraId="18627A64" w14:textId="77777777" w:rsidR="00C331B8" w:rsidRPr="00BB05DB" w:rsidRDefault="00C331B8" w:rsidP="00BB05DB">
      <w:pPr>
        <w:tabs>
          <w:tab w:val="left" w:pos="8356"/>
        </w:tabs>
        <w:spacing w:line="360" w:lineRule="auto"/>
        <w:ind w:left="720"/>
        <w:jc w:val="both"/>
        <w:rPr>
          <w:rFonts w:ascii="Arial" w:hAnsi="Arial" w:cs="Arial"/>
        </w:rPr>
      </w:pPr>
      <w:r w:rsidRPr="00BB05DB">
        <w:rPr>
          <w:rFonts w:ascii="Arial" w:hAnsi="Arial" w:cs="Arial"/>
          <w:lang w:val="en-US"/>
        </w:rPr>
        <w:t xml:space="preserve">b. </w:t>
      </w:r>
      <w:r w:rsidRPr="00BB05DB">
        <w:rPr>
          <w:rFonts w:ascii="Arial" w:hAnsi="Arial" w:cs="Arial"/>
        </w:rPr>
        <w:t>Dukungan instrumental sebesar 70%,</w:t>
      </w:r>
    </w:p>
    <w:p w14:paraId="7A958D1B" w14:textId="77777777" w:rsidR="00C331B8" w:rsidRPr="00BB05DB" w:rsidRDefault="00C331B8" w:rsidP="00BB05DB">
      <w:pPr>
        <w:tabs>
          <w:tab w:val="left" w:pos="8356"/>
        </w:tabs>
        <w:spacing w:line="360" w:lineRule="auto"/>
        <w:ind w:left="720"/>
        <w:jc w:val="both"/>
        <w:rPr>
          <w:rFonts w:ascii="Arial" w:hAnsi="Arial" w:cs="Arial"/>
        </w:rPr>
      </w:pPr>
      <w:r w:rsidRPr="00BB05DB">
        <w:rPr>
          <w:rFonts w:ascii="Arial" w:hAnsi="Arial" w:cs="Arial"/>
          <w:lang w:val="en-US"/>
        </w:rPr>
        <w:t xml:space="preserve">c. </w:t>
      </w:r>
      <w:r w:rsidRPr="00BB05DB">
        <w:rPr>
          <w:rFonts w:ascii="Arial" w:hAnsi="Arial" w:cs="Arial"/>
        </w:rPr>
        <w:t>Dukungan informasional sebesar 65%,</w:t>
      </w:r>
    </w:p>
    <w:p w14:paraId="1D839DEF" w14:textId="77777777" w:rsidR="00C331B8" w:rsidRPr="00BB05DB" w:rsidRDefault="00C331B8" w:rsidP="00BB05DB">
      <w:pPr>
        <w:tabs>
          <w:tab w:val="left" w:pos="8356"/>
        </w:tabs>
        <w:spacing w:line="360" w:lineRule="auto"/>
        <w:ind w:left="720"/>
        <w:jc w:val="both"/>
        <w:rPr>
          <w:rFonts w:ascii="Arial" w:hAnsi="Arial" w:cs="Arial"/>
        </w:rPr>
      </w:pPr>
      <w:r w:rsidRPr="00BB05DB">
        <w:rPr>
          <w:rFonts w:ascii="Arial" w:hAnsi="Arial" w:cs="Arial"/>
          <w:lang w:val="en-US"/>
        </w:rPr>
        <w:t xml:space="preserve">d. </w:t>
      </w:r>
      <w:r w:rsidRPr="00BB05DB">
        <w:rPr>
          <w:rFonts w:ascii="Arial" w:hAnsi="Arial" w:cs="Arial"/>
        </w:rPr>
        <w:t>Dukungan appraisal sebesar 72%.</w:t>
      </w:r>
    </w:p>
    <w:p w14:paraId="4FF7594B" w14:textId="45FC26F0" w:rsidR="00C331B8" w:rsidRPr="00BB05DB" w:rsidRDefault="00C331B8" w:rsidP="00BB05DB">
      <w:pPr>
        <w:numPr>
          <w:ilvl w:val="0"/>
          <w:numId w:val="34"/>
        </w:numPr>
        <w:tabs>
          <w:tab w:val="left" w:pos="8356"/>
        </w:tabs>
        <w:spacing w:line="360" w:lineRule="auto"/>
        <w:jc w:val="both"/>
        <w:rPr>
          <w:rFonts w:ascii="Arial" w:hAnsi="Arial" w:cs="Arial"/>
          <w:b/>
          <w:bCs/>
        </w:rPr>
      </w:pPr>
      <w:r w:rsidRPr="00BB05DB">
        <w:rPr>
          <w:rFonts w:ascii="Arial" w:hAnsi="Arial" w:cs="Arial"/>
        </w:rPr>
        <w:t>Sebanyak 66 ibu (80%) berhasil memberikan ASI eksklusif, dan 16 ibu (20%) belum melaksanakannya secara penuh.</w:t>
      </w:r>
    </w:p>
    <w:p w14:paraId="5F296CE8" w14:textId="77777777" w:rsidR="00C331B8" w:rsidRPr="00BB05DB" w:rsidRDefault="00C331B8" w:rsidP="00BB05DB">
      <w:pPr>
        <w:numPr>
          <w:ilvl w:val="0"/>
          <w:numId w:val="34"/>
        </w:numPr>
        <w:spacing w:line="360" w:lineRule="auto"/>
        <w:jc w:val="both"/>
        <w:rPr>
          <w:rFonts w:ascii="Arial" w:hAnsi="Arial" w:cs="Arial"/>
        </w:rPr>
      </w:pPr>
      <w:r w:rsidRPr="00BB05DB">
        <w:rPr>
          <w:rFonts w:ascii="Arial" w:hAnsi="Arial" w:cs="Arial"/>
        </w:rPr>
        <w:t>Hasil ini menunjukkan bahwa tingginya dukungan keluarga berperan besar dalam keberhasilan pemberian ASI eksklusif. Dukungan yang diberikan keluarga—baik berupa perhatian, bantuan praktis, pemberian informasi, maupun penghargaan—membantu meningkatkan kenyamanan, motivasi, dan kepercayaan diri ibu dalam menyusui.</w:t>
      </w:r>
    </w:p>
    <w:p w14:paraId="0ADAC6B9" w14:textId="3D620AA9" w:rsidR="00C331B8" w:rsidRPr="00BB05DB" w:rsidRDefault="00C331B8" w:rsidP="00BB05DB">
      <w:pPr>
        <w:numPr>
          <w:ilvl w:val="0"/>
          <w:numId w:val="34"/>
        </w:numPr>
        <w:spacing w:line="360" w:lineRule="auto"/>
        <w:jc w:val="both"/>
        <w:rPr>
          <w:rFonts w:ascii="Arial" w:hAnsi="Arial" w:cs="Arial"/>
        </w:rPr>
      </w:pPr>
      <w:r w:rsidRPr="00BB05DB">
        <w:rPr>
          <w:rFonts w:ascii="Arial" w:hAnsi="Arial" w:cs="Arial"/>
        </w:rPr>
        <w:t>Secara keseluruhan, dapat disimpulkan bahwa semakin baik dukungan keluarga, semakin besar kemungkinan ibu berhasil memberikan ASI eksklusif kepada bayinya. Dukungan ini menjadi faktor penguat utama dalam keberhasilan program ASI eksklusif di wilayah kerja Puskesmas Kayon Kota Palangka Raya.</w:t>
      </w:r>
    </w:p>
    <w:p w14:paraId="70899A64" w14:textId="77777777" w:rsidR="00BB05DB" w:rsidRPr="00BB05DB" w:rsidRDefault="002B327D" w:rsidP="00BB05DB">
      <w:pPr>
        <w:numPr>
          <w:ilvl w:val="0"/>
          <w:numId w:val="30"/>
        </w:numPr>
        <w:tabs>
          <w:tab w:val="left" w:pos="8356"/>
        </w:tabs>
        <w:spacing w:line="360" w:lineRule="auto"/>
        <w:rPr>
          <w:rFonts w:ascii="Arial" w:hAnsi="Arial" w:cs="Arial"/>
          <w:b/>
          <w:bCs/>
        </w:rPr>
      </w:pPr>
      <w:r w:rsidRPr="00BB05DB">
        <w:rPr>
          <w:rFonts w:ascii="Arial" w:hAnsi="Arial" w:cs="Arial"/>
          <w:b/>
          <w:bCs/>
        </w:rPr>
        <w:t>Saran</w:t>
      </w:r>
    </w:p>
    <w:p w14:paraId="446EC079" w14:textId="77777777" w:rsidR="00BB05DB" w:rsidRPr="00BB05DB" w:rsidRDefault="00BB05DB" w:rsidP="00BB05DB">
      <w:pPr>
        <w:numPr>
          <w:ilvl w:val="0"/>
          <w:numId w:val="35"/>
        </w:numPr>
        <w:tabs>
          <w:tab w:val="left" w:pos="8356"/>
        </w:tabs>
        <w:spacing w:line="360" w:lineRule="auto"/>
        <w:jc w:val="both"/>
        <w:rPr>
          <w:rFonts w:ascii="Arial" w:hAnsi="Arial" w:cs="Arial"/>
          <w:b/>
          <w:bCs/>
        </w:rPr>
      </w:pPr>
      <w:r w:rsidRPr="00A00281">
        <w:rPr>
          <w:rFonts w:ascii="Arial" w:hAnsi="Arial" w:cs="Arial"/>
        </w:rPr>
        <w:t>B</w:t>
      </w:r>
      <w:r w:rsidR="00C331B8" w:rsidRPr="00BB05DB">
        <w:rPr>
          <w:rFonts w:ascii="Arial" w:hAnsi="Arial" w:cs="Arial"/>
        </w:rPr>
        <w:t>agi Ibu Menyusui</w:t>
      </w:r>
    </w:p>
    <w:p w14:paraId="59E6E3D0" w14:textId="4150663B" w:rsidR="00BB05DB" w:rsidRPr="00BB05DB" w:rsidRDefault="00C331B8" w:rsidP="00BB05DB">
      <w:pPr>
        <w:tabs>
          <w:tab w:val="left" w:pos="8356"/>
        </w:tabs>
        <w:spacing w:line="360" w:lineRule="auto"/>
        <w:ind w:left="1080"/>
        <w:jc w:val="both"/>
        <w:rPr>
          <w:rFonts w:ascii="Arial" w:hAnsi="Arial" w:cs="Arial"/>
          <w:b/>
          <w:bCs/>
        </w:rPr>
      </w:pPr>
      <w:r w:rsidRPr="00BB05DB">
        <w:rPr>
          <w:rFonts w:ascii="Arial" w:hAnsi="Arial" w:cs="Arial"/>
        </w:rPr>
        <w:t>Diharapkan ibu dapat lebih memahami berbagai bentuk dukungan keluarga yang diperlukan selama proses menyusui, serta memanfaatkan dukungan tersebut untuk meningkatkan motivasi dan kemampuan dalam memberikan ASI eksklusif. Ibu juga disarankan untuk terus mencari informasi yang benar mengenai manfaat dan teknik menyusui agar keberhasilan ASI eksklusif dapat tercapai</w:t>
      </w:r>
    </w:p>
    <w:p w14:paraId="553CAB36" w14:textId="77777777" w:rsidR="00BB05DB" w:rsidRPr="00BB05DB" w:rsidRDefault="00C331B8" w:rsidP="00BB05DB">
      <w:pPr>
        <w:numPr>
          <w:ilvl w:val="0"/>
          <w:numId w:val="35"/>
        </w:numPr>
        <w:tabs>
          <w:tab w:val="left" w:pos="8356"/>
        </w:tabs>
        <w:spacing w:line="360" w:lineRule="auto"/>
        <w:jc w:val="both"/>
        <w:rPr>
          <w:rFonts w:ascii="Arial" w:hAnsi="Arial" w:cs="Arial"/>
          <w:b/>
          <w:bCs/>
        </w:rPr>
      </w:pPr>
      <w:r w:rsidRPr="00BB05DB">
        <w:rPr>
          <w:rFonts w:ascii="Arial" w:hAnsi="Arial" w:cs="Arial"/>
        </w:rPr>
        <w:t>Bagi Keluarga</w:t>
      </w:r>
    </w:p>
    <w:p w14:paraId="4CA102CC" w14:textId="77777777" w:rsidR="00DA1E95" w:rsidRDefault="00C331B8" w:rsidP="00BB05DB">
      <w:pPr>
        <w:tabs>
          <w:tab w:val="left" w:pos="8356"/>
        </w:tabs>
        <w:spacing w:line="360" w:lineRule="auto"/>
        <w:ind w:left="1080"/>
        <w:jc w:val="both"/>
        <w:rPr>
          <w:rFonts w:ascii="Arial" w:hAnsi="Arial" w:cs="Arial"/>
        </w:rPr>
        <w:sectPr w:rsidR="00DA1E95" w:rsidSect="00DA1E95">
          <w:headerReference w:type="default" r:id="rId37"/>
          <w:footerReference w:type="default" r:id="rId38"/>
          <w:pgSz w:w="11910" w:h="16840"/>
          <w:pgMar w:top="1701" w:right="1701" w:bottom="1701" w:left="2268" w:header="0" w:footer="744" w:gutter="0"/>
          <w:pgNumType w:start="32"/>
          <w:cols w:space="720"/>
        </w:sectPr>
      </w:pPr>
      <w:r w:rsidRPr="00BB05DB">
        <w:rPr>
          <w:rFonts w:ascii="Arial" w:hAnsi="Arial" w:cs="Arial"/>
        </w:rPr>
        <w:t xml:space="preserve">Keluarga diharapkan dapat meningkatkan perannya dalam mendukung </w:t>
      </w:r>
    </w:p>
    <w:p w14:paraId="107DF761" w14:textId="26C41D33" w:rsidR="00BB05DB" w:rsidRPr="00BB05DB" w:rsidRDefault="00C331B8" w:rsidP="00BB05DB">
      <w:pPr>
        <w:tabs>
          <w:tab w:val="left" w:pos="8356"/>
        </w:tabs>
        <w:spacing w:line="360" w:lineRule="auto"/>
        <w:ind w:left="1080"/>
        <w:jc w:val="both"/>
        <w:rPr>
          <w:rFonts w:ascii="Arial" w:hAnsi="Arial" w:cs="Arial"/>
          <w:b/>
          <w:bCs/>
        </w:rPr>
      </w:pPr>
      <w:r w:rsidRPr="00BB05DB">
        <w:rPr>
          <w:rFonts w:ascii="Arial" w:hAnsi="Arial" w:cs="Arial"/>
        </w:rPr>
        <w:lastRenderedPageBreak/>
        <w:t>ibu menyusui, baik melalui dukungan emosional, bantuan fisik, maupun pemberian informasi yang tepat. Dukungan keluarga yang konsisten sangat penting dalam membantu ibu mempertahankan pemberian ASI eksklusif selama enam bulan pertama kehidupan bayi.</w:t>
      </w:r>
    </w:p>
    <w:p w14:paraId="2EB6988E" w14:textId="77777777" w:rsidR="00BB05DB" w:rsidRPr="00BB05DB" w:rsidRDefault="00C331B8" w:rsidP="00BB05DB">
      <w:pPr>
        <w:numPr>
          <w:ilvl w:val="0"/>
          <w:numId w:val="35"/>
        </w:numPr>
        <w:tabs>
          <w:tab w:val="left" w:pos="8356"/>
        </w:tabs>
        <w:spacing w:line="360" w:lineRule="auto"/>
        <w:jc w:val="both"/>
        <w:rPr>
          <w:rFonts w:ascii="Arial" w:hAnsi="Arial" w:cs="Arial"/>
          <w:b/>
          <w:bCs/>
        </w:rPr>
      </w:pPr>
      <w:r w:rsidRPr="00BB05DB">
        <w:rPr>
          <w:rFonts w:ascii="Arial" w:hAnsi="Arial" w:cs="Arial"/>
        </w:rPr>
        <w:t>Bagi Petugas Kesehatan</w:t>
      </w:r>
    </w:p>
    <w:p w14:paraId="31A69EF1" w14:textId="5A529F50" w:rsidR="00BB05DB" w:rsidRPr="00BB05DB" w:rsidRDefault="00C331B8" w:rsidP="00BB05DB">
      <w:pPr>
        <w:tabs>
          <w:tab w:val="left" w:pos="8356"/>
        </w:tabs>
        <w:spacing w:line="360" w:lineRule="auto"/>
        <w:ind w:left="1080"/>
        <w:jc w:val="both"/>
        <w:rPr>
          <w:rFonts w:ascii="Arial" w:hAnsi="Arial" w:cs="Arial"/>
          <w:b/>
          <w:bCs/>
        </w:rPr>
      </w:pPr>
      <w:r w:rsidRPr="00BB05DB">
        <w:rPr>
          <w:rFonts w:ascii="Arial" w:hAnsi="Arial" w:cs="Arial"/>
        </w:rPr>
        <w:t>Petugas kesehatan disarankan untuk memperkuat strategi edukasi yang melibatkan keluarga sebagai bagian penting dalam keberhasilan ASI eksklusif. Hasil penelitian ini dapat menjadi dasar bagi petugas kesehatan dalam menyusun materi penyuluhan dan intervensi yang menekankan pentingnya peran keluarga dalam pemberian ASI eksklusif.</w:t>
      </w:r>
    </w:p>
    <w:p w14:paraId="5A021176" w14:textId="77777777" w:rsidR="00BB05DB" w:rsidRPr="00BB05DB" w:rsidRDefault="00C331B8" w:rsidP="00BB05DB">
      <w:pPr>
        <w:numPr>
          <w:ilvl w:val="0"/>
          <w:numId w:val="35"/>
        </w:numPr>
        <w:tabs>
          <w:tab w:val="left" w:pos="8356"/>
        </w:tabs>
        <w:spacing w:line="360" w:lineRule="auto"/>
        <w:jc w:val="both"/>
        <w:rPr>
          <w:rFonts w:ascii="Arial" w:hAnsi="Arial" w:cs="Arial"/>
          <w:b/>
          <w:bCs/>
        </w:rPr>
      </w:pPr>
      <w:r w:rsidRPr="00BB05DB">
        <w:rPr>
          <w:rFonts w:ascii="Arial" w:hAnsi="Arial" w:cs="Arial"/>
        </w:rPr>
        <w:t>Bagi Puskesmas Kayon Palangka Raya</w:t>
      </w:r>
    </w:p>
    <w:p w14:paraId="40B537E8" w14:textId="68387C36" w:rsidR="00BB05DB" w:rsidRPr="00BB05DB" w:rsidRDefault="00C331B8" w:rsidP="00BB05DB">
      <w:pPr>
        <w:tabs>
          <w:tab w:val="left" w:pos="8356"/>
        </w:tabs>
        <w:spacing w:line="360" w:lineRule="auto"/>
        <w:ind w:left="1080"/>
        <w:jc w:val="both"/>
        <w:rPr>
          <w:rFonts w:ascii="Arial" w:hAnsi="Arial" w:cs="Arial"/>
          <w:b/>
          <w:bCs/>
        </w:rPr>
      </w:pPr>
      <w:r w:rsidRPr="00BB05DB">
        <w:rPr>
          <w:rFonts w:ascii="Arial" w:hAnsi="Arial" w:cs="Arial"/>
        </w:rPr>
        <w:t>Diharapkan Puskesmas dapat mengembangkan program kesehatan yang lebih komprehensif terkait ASI eksklusif dengan melibatkan keluarga secara aktif. Kegiatan penyuluhan, pendampingan ibu menyusui, dan penguatan program posyandu perlu ditingkatkan agar keluarga memiliki pemahaman dan keterampilan yang lebih baik dalam mendukung ibu menyusui.</w:t>
      </w:r>
    </w:p>
    <w:p w14:paraId="7A413D05" w14:textId="77777777" w:rsidR="00BB05DB" w:rsidRPr="00BB05DB" w:rsidRDefault="00C331B8" w:rsidP="00BB05DB">
      <w:pPr>
        <w:numPr>
          <w:ilvl w:val="0"/>
          <w:numId w:val="35"/>
        </w:numPr>
        <w:tabs>
          <w:tab w:val="left" w:pos="8356"/>
        </w:tabs>
        <w:spacing w:line="360" w:lineRule="auto"/>
        <w:jc w:val="both"/>
        <w:rPr>
          <w:rFonts w:ascii="Arial" w:hAnsi="Arial" w:cs="Arial"/>
          <w:b/>
          <w:bCs/>
        </w:rPr>
      </w:pPr>
      <w:r w:rsidRPr="00BB05DB">
        <w:rPr>
          <w:rFonts w:ascii="Arial" w:hAnsi="Arial" w:cs="Arial"/>
        </w:rPr>
        <w:t>Bagi Pengembangan Ilmu (Manfaat Teoritis)</w:t>
      </w:r>
    </w:p>
    <w:p w14:paraId="2F907E95" w14:textId="4BDB807A" w:rsidR="00C331B8" w:rsidRPr="00BB05DB" w:rsidRDefault="00C331B8" w:rsidP="00BB05DB">
      <w:pPr>
        <w:tabs>
          <w:tab w:val="left" w:pos="8356"/>
        </w:tabs>
        <w:spacing w:line="360" w:lineRule="auto"/>
        <w:ind w:left="1080"/>
        <w:jc w:val="both"/>
        <w:rPr>
          <w:rFonts w:ascii="Arial" w:hAnsi="Arial" w:cs="Arial"/>
          <w:b/>
          <w:bCs/>
          <w:lang w:val="en-US"/>
        </w:rPr>
      </w:pPr>
      <w:r w:rsidRPr="00BB05DB">
        <w:rPr>
          <w:rFonts w:ascii="Arial" w:hAnsi="Arial" w:cs="Arial"/>
        </w:rPr>
        <w:t>Hasil penelitian ini diharapkan dapat menjadi referensi dan bahan kajian bagi penelitian selanjutnya mengenai peran keluarga dalam pemberian ASI eksklusif. Peneliti berikutnya disarankan menambahkan variabel lain, seperti faktor budaya, sosial ekonomi, atau dukungan tenaga kesehatan, untuk memperkaya penelitian di bidang kesehatan ibu da</w:t>
      </w:r>
      <w:r w:rsidR="00BB05DB" w:rsidRPr="00BB05DB">
        <w:rPr>
          <w:rFonts w:ascii="Arial" w:hAnsi="Arial" w:cs="Arial"/>
          <w:lang w:val="en-US"/>
        </w:rPr>
        <w:t>n anak</w:t>
      </w:r>
    </w:p>
    <w:p w14:paraId="465B702D" w14:textId="77777777" w:rsidR="00C331B8" w:rsidRPr="00BB05DB" w:rsidRDefault="00C331B8" w:rsidP="00BB05DB">
      <w:pPr>
        <w:tabs>
          <w:tab w:val="left" w:pos="8356"/>
        </w:tabs>
        <w:spacing w:line="360" w:lineRule="auto"/>
        <w:ind w:left="360"/>
        <w:jc w:val="both"/>
        <w:rPr>
          <w:rFonts w:ascii="Arial" w:hAnsi="Arial" w:cs="Arial"/>
          <w:b/>
          <w:bCs/>
        </w:rPr>
      </w:pPr>
    </w:p>
    <w:p w14:paraId="32CCE800" w14:textId="77777777" w:rsidR="002B327D" w:rsidRPr="00BB05DB" w:rsidRDefault="002B327D" w:rsidP="00BB05DB">
      <w:pPr>
        <w:tabs>
          <w:tab w:val="left" w:pos="8356"/>
        </w:tabs>
        <w:spacing w:line="360" w:lineRule="auto"/>
        <w:jc w:val="both"/>
        <w:rPr>
          <w:rFonts w:ascii="Arial" w:hAnsi="Arial" w:cs="Arial"/>
        </w:rPr>
      </w:pPr>
    </w:p>
    <w:p w14:paraId="16132AFE" w14:textId="77777777" w:rsidR="002B327D" w:rsidRPr="00BB05DB" w:rsidRDefault="002B327D" w:rsidP="00BB05DB">
      <w:pPr>
        <w:tabs>
          <w:tab w:val="left" w:pos="8356"/>
        </w:tabs>
        <w:spacing w:line="360" w:lineRule="auto"/>
        <w:jc w:val="both"/>
        <w:rPr>
          <w:rFonts w:ascii="Arial" w:hAnsi="Arial" w:cs="Arial"/>
        </w:rPr>
      </w:pPr>
    </w:p>
    <w:p w14:paraId="5701E3C4" w14:textId="77777777" w:rsidR="002B327D" w:rsidRPr="00BB05DB" w:rsidRDefault="002B327D" w:rsidP="00BB05DB">
      <w:pPr>
        <w:tabs>
          <w:tab w:val="left" w:pos="8356"/>
        </w:tabs>
        <w:spacing w:line="360" w:lineRule="auto"/>
        <w:jc w:val="both"/>
        <w:rPr>
          <w:rFonts w:ascii="Arial" w:hAnsi="Arial" w:cs="Arial"/>
        </w:rPr>
      </w:pPr>
    </w:p>
    <w:p w14:paraId="50A55F64" w14:textId="77777777" w:rsidR="002B327D" w:rsidRPr="00BB05DB" w:rsidRDefault="002B327D" w:rsidP="00BB05DB">
      <w:pPr>
        <w:tabs>
          <w:tab w:val="left" w:pos="8356"/>
        </w:tabs>
        <w:spacing w:line="360" w:lineRule="auto"/>
        <w:jc w:val="both"/>
        <w:rPr>
          <w:rFonts w:ascii="Arial" w:hAnsi="Arial" w:cs="Arial"/>
        </w:rPr>
      </w:pPr>
    </w:p>
    <w:p w14:paraId="609B1088" w14:textId="77777777" w:rsidR="002B327D" w:rsidRDefault="002B327D" w:rsidP="00D406F7">
      <w:pPr>
        <w:tabs>
          <w:tab w:val="left" w:pos="8356"/>
        </w:tabs>
        <w:spacing w:line="360" w:lineRule="auto"/>
        <w:jc w:val="both"/>
        <w:rPr>
          <w:rFonts w:ascii="Arial" w:hAnsi="Arial" w:cs="Arial"/>
          <w:sz w:val="24"/>
        </w:rPr>
      </w:pPr>
    </w:p>
    <w:p w14:paraId="2C9F1D59" w14:textId="77777777" w:rsidR="002B327D" w:rsidRDefault="002B327D" w:rsidP="00D406F7">
      <w:pPr>
        <w:tabs>
          <w:tab w:val="left" w:pos="8356"/>
        </w:tabs>
        <w:spacing w:line="360" w:lineRule="auto"/>
        <w:jc w:val="both"/>
        <w:rPr>
          <w:rFonts w:ascii="Arial" w:hAnsi="Arial" w:cs="Arial"/>
          <w:sz w:val="24"/>
        </w:rPr>
      </w:pPr>
    </w:p>
    <w:p w14:paraId="7A89649A" w14:textId="77777777" w:rsidR="002B327D" w:rsidRDefault="002B327D" w:rsidP="00D406F7">
      <w:pPr>
        <w:tabs>
          <w:tab w:val="left" w:pos="8356"/>
        </w:tabs>
        <w:spacing w:line="360" w:lineRule="auto"/>
        <w:jc w:val="both"/>
        <w:rPr>
          <w:rFonts w:ascii="Arial" w:hAnsi="Arial" w:cs="Arial"/>
          <w:sz w:val="24"/>
        </w:rPr>
      </w:pPr>
    </w:p>
    <w:p w14:paraId="1271D036" w14:textId="77777777" w:rsidR="002B327D" w:rsidRDefault="002B327D" w:rsidP="00D406F7">
      <w:pPr>
        <w:tabs>
          <w:tab w:val="left" w:pos="8356"/>
        </w:tabs>
        <w:spacing w:line="360" w:lineRule="auto"/>
        <w:rPr>
          <w:rFonts w:ascii="Arial" w:hAnsi="Arial" w:cs="Arial"/>
          <w:sz w:val="24"/>
        </w:rPr>
      </w:pPr>
    </w:p>
    <w:p w14:paraId="00B34EF3" w14:textId="77777777" w:rsidR="004479B7" w:rsidRPr="00145753" w:rsidRDefault="004479B7" w:rsidP="005F376F">
      <w:pPr>
        <w:tabs>
          <w:tab w:val="left" w:pos="8356"/>
        </w:tabs>
        <w:rPr>
          <w:rFonts w:ascii="Arial" w:hAnsi="Arial" w:cs="Arial"/>
          <w:sz w:val="24"/>
        </w:rPr>
      </w:pPr>
    </w:p>
    <w:p w14:paraId="044A02BA" w14:textId="77777777" w:rsidR="00547B98" w:rsidRPr="00145753" w:rsidRDefault="0027081F" w:rsidP="005F376F">
      <w:pPr>
        <w:pStyle w:val="Heading1"/>
        <w:spacing w:before="0"/>
        <w:ind w:left="535"/>
        <w:jc w:val="center"/>
        <w:rPr>
          <w:spacing w:val="-2"/>
        </w:rPr>
      </w:pPr>
      <w:r w:rsidRPr="00145753">
        <w:rPr>
          <w:spacing w:val="-2"/>
        </w:rPr>
        <w:lastRenderedPageBreak/>
        <w:t>DAFTAR</w:t>
      </w:r>
      <w:r w:rsidRPr="00145753">
        <w:rPr>
          <w:spacing w:val="-12"/>
        </w:rPr>
        <w:t xml:space="preserve"> </w:t>
      </w:r>
      <w:r w:rsidRPr="00145753">
        <w:rPr>
          <w:spacing w:val="-2"/>
        </w:rPr>
        <w:t>PUSTAKA</w:t>
      </w:r>
    </w:p>
    <w:p w14:paraId="1BF87787" w14:textId="77777777" w:rsidR="002B0BE4" w:rsidRPr="00145753" w:rsidRDefault="002B0BE4" w:rsidP="005F376F">
      <w:pPr>
        <w:pStyle w:val="Heading1"/>
        <w:spacing w:before="0"/>
        <w:ind w:left="535"/>
        <w:jc w:val="center"/>
      </w:pPr>
    </w:p>
    <w:p w14:paraId="26BD1EF5" w14:textId="77777777" w:rsidR="00BB05DB" w:rsidRPr="009160AF" w:rsidRDefault="00BB05DB" w:rsidP="009160AF">
      <w:pPr>
        <w:spacing w:before="1" w:line="360" w:lineRule="auto"/>
        <w:ind w:left="1048" w:hanging="481"/>
        <w:jc w:val="both"/>
        <w:rPr>
          <w:rFonts w:ascii="Arial" w:hAnsi="Arial" w:cs="Arial"/>
        </w:rPr>
      </w:pPr>
    </w:p>
    <w:p w14:paraId="40596E3B" w14:textId="77777777" w:rsidR="00BB05DB" w:rsidRPr="00145753" w:rsidRDefault="00BB05DB" w:rsidP="005F376F">
      <w:pPr>
        <w:spacing w:before="139" w:line="360" w:lineRule="auto"/>
        <w:ind w:left="1053" w:hanging="485"/>
        <w:jc w:val="both"/>
        <w:rPr>
          <w:rFonts w:ascii="Arial" w:hAnsi="Arial" w:cs="Arial"/>
        </w:rPr>
      </w:pPr>
      <w:r w:rsidRPr="00145753">
        <w:rPr>
          <w:rFonts w:ascii="Arial" w:hAnsi="Arial" w:cs="Arial"/>
        </w:rPr>
        <w:t xml:space="preserve">Eksadela, M., Syukri, M., &amp; Fitri, A. (2021). Dukungan Keluarga dan Petugas Kesehatan Berhubungan dengan Pemberian ASI Eksklusif. </w:t>
      </w:r>
      <w:r w:rsidRPr="00145753">
        <w:rPr>
          <w:rFonts w:ascii="Arial" w:hAnsi="Arial" w:cs="Arial"/>
          <w:i/>
        </w:rPr>
        <w:t>Jurnal Bidan Cerdas</w:t>
      </w:r>
      <w:r w:rsidRPr="00145753">
        <w:rPr>
          <w:rFonts w:ascii="Arial" w:hAnsi="Arial" w:cs="Arial"/>
        </w:rPr>
        <w:t xml:space="preserve">, </w:t>
      </w:r>
      <w:r w:rsidRPr="00145753">
        <w:rPr>
          <w:rFonts w:ascii="Arial" w:hAnsi="Arial" w:cs="Arial"/>
          <w:i/>
        </w:rPr>
        <w:t>3</w:t>
      </w:r>
      <w:r w:rsidRPr="00145753">
        <w:rPr>
          <w:rFonts w:ascii="Arial" w:hAnsi="Arial" w:cs="Arial"/>
        </w:rPr>
        <w:t>(3), 119–128. https://doi.org/10.33860/jbc.v3i3.468</w:t>
      </w:r>
    </w:p>
    <w:p w14:paraId="41E69404" w14:textId="77777777" w:rsidR="00BB05DB" w:rsidRPr="003416BA" w:rsidRDefault="00BB05DB" w:rsidP="003416BA">
      <w:pPr>
        <w:spacing w:before="1" w:line="360" w:lineRule="auto"/>
        <w:ind w:left="1048" w:hanging="481"/>
        <w:jc w:val="both"/>
        <w:rPr>
          <w:rFonts w:ascii="Arial" w:hAnsi="Arial" w:cs="Arial"/>
        </w:rPr>
      </w:pPr>
      <w:r w:rsidRPr="003416BA">
        <w:rPr>
          <w:rFonts w:ascii="Arial" w:hAnsi="Arial" w:cs="Arial"/>
        </w:rPr>
        <w:t>Fitriani, N. (2023). Faktor-faktor yang mempengaruhi pemberian ASI eksklusif di lingkungan perkotaan.</w:t>
      </w:r>
    </w:p>
    <w:p w14:paraId="45C93B57" w14:textId="77777777" w:rsidR="00BB05DB" w:rsidRPr="009160AF" w:rsidRDefault="00BB05DB" w:rsidP="009160AF">
      <w:pPr>
        <w:spacing w:before="1" w:line="360" w:lineRule="auto"/>
        <w:ind w:left="1048" w:hanging="481"/>
        <w:jc w:val="both"/>
        <w:rPr>
          <w:rFonts w:ascii="Arial" w:hAnsi="Arial" w:cs="Arial"/>
        </w:rPr>
      </w:pPr>
      <w:r w:rsidRPr="009160AF">
        <w:rPr>
          <w:rFonts w:ascii="Arial" w:hAnsi="Arial" w:cs="Arial"/>
        </w:rPr>
        <w:t>Friedman, M. M., Bowden, V. R., &amp; Jones, E. G. (2020). Family Nursing: Theory, Research, and Practice. Pearson.</w:t>
      </w:r>
    </w:p>
    <w:p w14:paraId="53F642EF" w14:textId="77777777" w:rsidR="00BB05DB" w:rsidRPr="003416BA" w:rsidRDefault="00BB05DB" w:rsidP="003416BA">
      <w:pPr>
        <w:spacing w:before="1" w:line="360" w:lineRule="auto"/>
        <w:ind w:left="1048" w:hanging="481"/>
        <w:jc w:val="both"/>
        <w:rPr>
          <w:rFonts w:ascii="Arial" w:hAnsi="Arial" w:cs="Arial"/>
        </w:rPr>
      </w:pPr>
      <w:r w:rsidRPr="003416BA">
        <w:rPr>
          <w:rFonts w:ascii="Arial" w:hAnsi="Arial" w:cs="Arial"/>
        </w:rPr>
        <w:t>Handayani, S. (2022). Pengetahuan kader posyandu terhadap edukasi ASI eksklusif.</w:t>
      </w:r>
    </w:p>
    <w:p w14:paraId="2972ABDC" w14:textId="77777777" w:rsidR="00BB05DB" w:rsidRDefault="00BB05DB" w:rsidP="009160AF">
      <w:pPr>
        <w:spacing w:before="1" w:line="360" w:lineRule="auto"/>
        <w:ind w:left="1048" w:hanging="481"/>
        <w:jc w:val="both"/>
        <w:rPr>
          <w:rFonts w:ascii="Arial" w:hAnsi="Arial" w:cs="Arial"/>
        </w:rPr>
      </w:pPr>
      <w:r w:rsidRPr="009160AF">
        <w:rPr>
          <w:rFonts w:ascii="Arial" w:hAnsi="Arial" w:cs="Arial"/>
        </w:rPr>
        <w:t>Hastuti, E., &amp; Fadilah, N. (2023). Pengaruh dukungan keluarga terhadap perilaku menyusui pada ibu postpartum. Jurnal Keperawatan Indonesia, 11(2), 89–97.</w:t>
      </w:r>
    </w:p>
    <w:p w14:paraId="2F37D304" w14:textId="77777777" w:rsidR="00BB05DB" w:rsidRPr="00145753" w:rsidRDefault="00BB05DB" w:rsidP="005F376F">
      <w:pPr>
        <w:spacing w:before="2" w:line="360" w:lineRule="auto"/>
        <w:ind w:left="1053" w:hanging="485"/>
        <w:jc w:val="both"/>
        <w:rPr>
          <w:rFonts w:ascii="Arial" w:hAnsi="Arial" w:cs="Arial"/>
        </w:rPr>
      </w:pPr>
      <w:r w:rsidRPr="00145753">
        <w:rPr>
          <w:rFonts w:ascii="Arial" w:hAnsi="Arial" w:cs="Arial"/>
        </w:rPr>
        <w:t xml:space="preserve">Jemmy, J., Ningsih, F., &amp; Ovany, R. (2023). Hubungan Pengetahuan Ibu Terhadap Pemberian ASI Eksklusif di Wilayah Kerja Puskesmas Menteng Kota Palangka Raya. </w:t>
      </w:r>
      <w:r w:rsidRPr="00145753">
        <w:rPr>
          <w:rFonts w:ascii="Arial" w:hAnsi="Arial" w:cs="Arial"/>
          <w:i/>
        </w:rPr>
        <w:t>Jurnal Surya Medika</w:t>
      </w:r>
      <w:r w:rsidRPr="00145753">
        <w:rPr>
          <w:rFonts w:ascii="Arial" w:hAnsi="Arial" w:cs="Arial"/>
        </w:rPr>
        <w:t xml:space="preserve">, </w:t>
      </w:r>
      <w:r w:rsidRPr="00145753">
        <w:rPr>
          <w:rFonts w:ascii="Arial" w:hAnsi="Arial" w:cs="Arial"/>
          <w:i/>
        </w:rPr>
        <w:t>9</w:t>
      </w:r>
      <w:r w:rsidRPr="00145753">
        <w:rPr>
          <w:rFonts w:ascii="Arial" w:hAnsi="Arial" w:cs="Arial"/>
        </w:rPr>
        <w:t xml:space="preserve">(2), 1–10. </w:t>
      </w:r>
      <w:r w:rsidRPr="00145753">
        <w:rPr>
          <w:rFonts w:ascii="Arial" w:hAnsi="Arial" w:cs="Arial"/>
          <w:spacing w:val="-2"/>
        </w:rPr>
        <w:t>https://doi.org/10.33084/jsm.v9i2.5660</w:t>
      </w:r>
    </w:p>
    <w:p w14:paraId="0BA70DDC" w14:textId="77777777" w:rsidR="00BB05DB" w:rsidRPr="009160AF" w:rsidRDefault="00BB05DB" w:rsidP="009160AF">
      <w:pPr>
        <w:spacing w:before="1" w:line="360" w:lineRule="auto"/>
        <w:ind w:left="1048" w:hanging="481"/>
        <w:jc w:val="both"/>
        <w:rPr>
          <w:rFonts w:ascii="Arial" w:hAnsi="Arial" w:cs="Arial"/>
        </w:rPr>
      </w:pPr>
      <w:r w:rsidRPr="009160AF">
        <w:rPr>
          <w:rFonts w:ascii="Arial" w:hAnsi="Arial" w:cs="Arial"/>
        </w:rPr>
        <w:t>Kemenkes RI. (2021). Pedoman Pelaksanaan Menyusui dan ASI Eksklusif. Kementerian Kesehatan Republik Indonesia.</w:t>
      </w:r>
    </w:p>
    <w:p w14:paraId="22CB5663" w14:textId="77777777" w:rsidR="00BB05DB" w:rsidRPr="00145753" w:rsidRDefault="00BB05DB" w:rsidP="002B0BE4">
      <w:pPr>
        <w:tabs>
          <w:tab w:val="left" w:pos="993"/>
          <w:tab w:val="left" w:pos="2156"/>
          <w:tab w:val="left" w:pos="3089"/>
          <w:tab w:val="left" w:pos="3956"/>
          <w:tab w:val="left" w:pos="5158"/>
          <w:tab w:val="left" w:pos="6821"/>
        </w:tabs>
        <w:spacing w:before="2" w:line="360" w:lineRule="auto"/>
        <w:ind w:firstLine="567"/>
        <w:rPr>
          <w:rFonts w:ascii="Arial" w:hAnsi="Arial" w:cs="Arial"/>
        </w:rPr>
      </w:pPr>
      <w:r w:rsidRPr="00145753">
        <w:rPr>
          <w:rFonts w:ascii="Arial" w:hAnsi="Arial" w:cs="Arial"/>
          <w:spacing w:val="-2"/>
        </w:rPr>
        <w:t>Kemenkes</w:t>
      </w:r>
      <w:r w:rsidRPr="00145753">
        <w:rPr>
          <w:rFonts w:ascii="Arial" w:hAnsi="Arial" w:cs="Arial"/>
        </w:rPr>
        <w:tab/>
      </w:r>
      <w:r w:rsidRPr="00145753">
        <w:rPr>
          <w:rFonts w:ascii="Arial" w:hAnsi="Arial" w:cs="Arial"/>
          <w:spacing w:val="-4"/>
        </w:rPr>
        <w:t>BKPK.</w:t>
      </w:r>
      <w:r w:rsidRPr="00145753">
        <w:rPr>
          <w:rFonts w:ascii="Arial" w:hAnsi="Arial" w:cs="Arial"/>
        </w:rPr>
        <w:tab/>
      </w:r>
      <w:r w:rsidRPr="00145753">
        <w:rPr>
          <w:rFonts w:ascii="Arial" w:hAnsi="Arial" w:cs="Arial"/>
          <w:spacing w:val="-2"/>
        </w:rPr>
        <w:t>(2023).</w:t>
      </w:r>
      <w:r w:rsidRPr="00145753">
        <w:rPr>
          <w:rFonts w:ascii="Arial" w:hAnsi="Arial" w:cs="Arial"/>
        </w:rPr>
        <w:tab/>
      </w:r>
      <w:r w:rsidRPr="00145753">
        <w:rPr>
          <w:rFonts w:ascii="Arial" w:hAnsi="Arial" w:cs="Arial"/>
          <w:i/>
          <w:spacing w:val="-4"/>
        </w:rPr>
        <w:t>Badan</w:t>
      </w:r>
      <w:r w:rsidRPr="00145753">
        <w:rPr>
          <w:rFonts w:ascii="Arial" w:hAnsi="Arial" w:cs="Arial"/>
          <w:i/>
        </w:rPr>
        <w:tab/>
      </w:r>
      <w:r w:rsidRPr="00145753">
        <w:rPr>
          <w:rFonts w:ascii="Arial" w:hAnsi="Arial" w:cs="Arial"/>
          <w:i/>
          <w:spacing w:val="-2"/>
        </w:rPr>
        <w:t>Kebijakan</w:t>
      </w:r>
      <w:r w:rsidRPr="00145753">
        <w:rPr>
          <w:rFonts w:ascii="Arial" w:hAnsi="Arial" w:cs="Arial"/>
          <w:i/>
        </w:rPr>
        <w:t xml:space="preserve"> </w:t>
      </w:r>
      <w:r w:rsidRPr="00145753">
        <w:rPr>
          <w:rFonts w:ascii="Arial" w:hAnsi="Arial" w:cs="Arial"/>
          <w:i/>
          <w:spacing w:val="-2"/>
        </w:rPr>
        <w:t>Pembangunan</w:t>
      </w:r>
      <w:r w:rsidRPr="00145753">
        <w:rPr>
          <w:rFonts w:ascii="Arial" w:hAnsi="Arial" w:cs="Arial"/>
          <w:i/>
        </w:rPr>
        <w:tab/>
      </w:r>
      <w:r w:rsidRPr="00145753">
        <w:rPr>
          <w:rFonts w:ascii="Arial" w:hAnsi="Arial" w:cs="Arial"/>
          <w:i/>
          <w:spacing w:val="-2"/>
        </w:rPr>
        <w:t>Kesehatan</w:t>
      </w:r>
      <w:r w:rsidRPr="00145753">
        <w:rPr>
          <w:rFonts w:ascii="Arial" w:hAnsi="Arial" w:cs="Arial"/>
          <w:spacing w:val="-2"/>
        </w:rPr>
        <w:t>.</w:t>
      </w:r>
    </w:p>
    <w:p w14:paraId="6DBDE6E8" w14:textId="2C324166" w:rsidR="00BB05DB" w:rsidRPr="00145753" w:rsidRDefault="00BB05DB" w:rsidP="002B0BE4">
      <w:pPr>
        <w:spacing w:before="1" w:line="360" w:lineRule="auto"/>
        <w:ind w:left="1048" w:hanging="481"/>
        <w:jc w:val="both"/>
        <w:rPr>
          <w:rFonts w:ascii="Arial" w:hAnsi="Arial" w:cs="Arial"/>
          <w:noProof/>
        </w:rPr>
      </w:pPr>
      <w:r w:rsidRPr="00145753">
        <w:rPr>
          <w:rFonts w:ascii="Arial" w:hAnsi="Arial" w:cs="Arial"/>
          <w:noProof/>
        </w:rPr>
        <w:t xml:space="preserve">Kementerian Kesehatan RI. (2024). </w:t>
      </w:r>
      <w:r w:rsidRPr="00145753">
        <w:rPr>
          <w:rFonts w:ascii="Arial" w:hAnsi="Arial" w:cs="Arial"/>
          <w:i/>
          <w:iCs/>
          <w:noProof/>
        </w:rPr>
        <w:t>Faktor-Faktor yang Mempengaruhi Kegagalan Ibu Dalam Memberikan Asi Eksklusif</w:t>
      </w:r>
      <w:r w:rsidRPr="00145753">
        <w:rPr>
          <w:rFonts w:ascii="Arial" w:hAnsi="Arial" w:cs="Arial"/>
          <w:noProof/>
        </w:rPr>
        <w:t>. https://keslan.kemkes.go.id/view_artikel/3694/faktor-faktor-yang-mempengaruhi-kegagalan-ibu-dalam-memberikan-asi-eksklusif</w:t>
      </w:r>
    </w:p>
    <w:p w14:paraId="29505568" w14:textId="1F03C3B8" w:rsidR="00BB05DB" w:rsidRPr="00145753" w:rsidRDefault="00BB05DB" w:rsidP="005F376F">
      <w:pPr>
        <w:spacing w:before="1" w:line="360" w:lineRule="auto"/>
        <w:ind w:left="1048" w:hanging="481"/>
        <w:jc w:val="both"/>
        <w:rPr>
          <w:rFonts w:ascii="Arial" w:hAnsi="Arial" w:cs="Arial"/>
          <w:noProof/>
        </w:rPr>
      </w:pPr>
      <w:r w:rsidRPr="00145753">
        <w:rPr>
          <w:rFonts w:ascii="Arial" w:hAnsi="Arial" w:cs="Arial"/>
          <w:noProof/>
        </w:rPr>
        <w:t xml:space="preserve">Kementerian Kesehatan RI. (2024). Profil Kesehatan Indonesia 2023. In </w:t>
      </w:r>
      <w:r w:rsidRPr="00145753">
        <w:rPr>
          <w:rFonts w:ascii="Arial" w:hAnsi="Arial" w:cs="Arial"/>
          <w:i/>
          <w:iCs/>
          <w:noProof/>
        </w:rPr>
        <w:t>Kementerian Kesehatan RI</w:t>
      </w:r>
      <w:r w:rsidRPr="00145753">
        <w:rPr>
          <w:rFonts w:ascii="Arial" w:hAnsi="Arial" w:cs="Arial"/>
          <w:noProof/>
        </w:rPr>
        <w:t>. https://www.kemkes.go.id/downloads/resources/download/pusdatin/profil-kesehatan-indonesia/Profil-Kesehatan-2021.pdf</w:t>
      </w:r>
    </w:p>
    <w:p w14:paraId="09E94BD4" w14:textId="7C518AF6" w:rsidR="00BB05DB" w:rsidRDefault="00BB05DB" w:rsidP="009160AF">
      <w:pPr>
        <w:spacing w:before="1" w:line="360" w:lineRule="auto"/>
        <w:ind w:left="1048" w:hanging="481"/>
        <w:jc w:val="both"/>
        <w:rPr>
          <w:rFonts w:ascii="Arial" w:hAnsi="Arial" w:cs="Arial"/>
        </w:rPr>
      </w:pPr>
      <w:r w:rsidRPr="009160AF">
        <w:rPr>
          <w:rFonts w:ascii="Arial" w:hAnsi="Arial" w:cs="Arial"/>
        </w:rPr>
        <w:t>Kinasih, P. (2017). Hubungan Dukungan Keluarga dengan Pemberian ASI Eksklusif pada Ibu Menyusui. Skripsi. Fakultas Kesehatan, Universitas X.</w:t>
      </w:r>
    </w:p>
    <w:p w14:paraId="5F4CF634" w14:textId="77777777" w:rsidR="00DA1E95" w:rsidRPr="009160AF" w:rsidRDefault="00DA1E95" w:rsidP="009160AF">
      <w:pPr>
        <w:spacing w:before="1" w:line="360" w:lineRule="auto"/>
        <w:ind w:left="1048" w:hanging="481"/>
        <w:jc w:val="both"/>
        <w:rPr>
          <w:rFonts w:ascii="Arial" w:hAnsi="Arial" w:cs="Arial"/>
        </w:rPr>
      </w:pPr>
    </w:p>
    <w:p w14:paraId="560EBDB6" w14:textId="77777777" w:rsidR="00BB05DB" w:rsidRPr="00145753" w:rsidRDefault="00BB05DB" w:rsidP="005F376F">
      <w:pPr>
        <w:spacing w:before="1" w:line="360" w:lineRule="auto"/>
        <w:ind w:left="1048" w:hanging="481"/>
        <w:jc w:val="both"/>
        <w:rPr>
          <w:rFonts w:ascii="Arial" w:hAnsi="Arial" w:cs="Arial"/>
          <w:noProof/>
        </w:rPr>
      </w:pPr>
      <w:r w:rsidRPr="00145753">
        <w:rPr>
          <w:rFonts w:ascii="Arial" w:hAnsi="Arial" w:cs="Arial"/>
          <w:noProof/>
        </w:rPr>
        <w:lastRenderedPageBreak/>
        <w:t xml:space="preserve">Kurniawati, D., Hardiani, R. S., &amp; Rahmawati, I. (2020). Buku Saku Air Susu Ibu. In </w:t>
      </w:r>
      <w:r w:rsidRPr="00145753">
        <w:rPr>
          <w:rFonts w:ascii="Arial" w:hAnsi="Arial" w:cs="Arial"/>
          <w:i/>
          <w:iCs/>
          <w:noProof/>
        </w:rPr>
        <w:t>KHD Production</w:t>
      </w:r>
      <w:r w:rsidRPr="00145753">
        <w:rPr>
          <w:rFonts w:ascii="Arial" w:hAnsi="Arial" w:cs="Arial"/>
          <w:noProof/>
        </w:rPr>
        <w:t xml:space="preserve"> (Vol. 42, Issue 4).</w:t>
      </w:r>
    </w:p>
    <w:p w14:paraId="0E90C3B7" w14:textId="77777777" w:rsidR="00BB05DB" w:rsidRPr="00145753" w:rsidRDefault="00BB05DB" w:rsidP="005F376F">
      <w:pPr>
        <w:spacing w:before="127" w:line="360" w:lineRule="auto"/>
        <w:ind w:left="1053" w:hanging="485"/>
        <w:jc w:val="both"/>
        <w:rPr>
          <w:rFonts w:ascii="Arial" w:hAnsi="Arial" w:cs="Arial"/>
        </w:rPr>
      </w:pPr>
      <w:r w:rsidRPr="00145753">
        <w:rPr>
          <w:rFonts w:ascii="Arial" w:hAnsi="Arial" w:cs="Arial"/>
        </w:rPr>
        <w:t xml:space="preserve">Lindawati, Sipasulta, G. C., &amp; Palin, Y. (2023). Hubungan Dukungan Keluarga Terhadap keberhasilan ASI Eksklusif Pada Bayi 6-12 Bulan Di Puskesmas Muara Komam. </w:t>
      </w:r>
      <w:r w:rsidRPr="00145753">
        <w:rPr>
          <w:rFonts w:ascii="Arial" w:hAnsi="Arial" w:cs="Arial"/>
          <w:i/>
        </w:rPr>
        <w:t>Jurnal Ilmiah Multi Disiplin Indonesia</w:t>
      </w:r>
      <w:r w:rsidRPr="00145753">
        <w:rPr>
          <w:rFonts w:ascii="Arial" w:hAnsi="Arial" w:cs="Arial"/>
        </w:rPr>
        <w:t xml:space="preserve">, </w:t>
      </w:r>
      <w:r w:rsidRPr="00145753">
        <w:rPr>
          <w:rFonts w:ascii="Arial" w:hAnsi="Arial" w:cs="Arial"/>
          <w:i/>
        </w:rPr>
        <w:t>2</w:t>
      </w:r>
      <w:r w:rsidRPr="00145753">
        <w:rPr>
          <w:rFonts w:ascii="Arial" w:hAnsi="Arial" w:cs="Arial"/>
        </w:rPr>
        <w:t>(9), 1278–1285.</w:t>
      </w:r>
    </w:p>
    <w:p w14:paraId="62B0F9BA" w14:textId="77777777" w:rsidR="00BB05DB" w:rsidRPr="00145753" w:rsidRDefault="00BB05DB" w:rsidP="005F376F">
      <w:pPr>
        <w:spacing w:before="1" w:line="360" w:lineRule="auto"/>
        <w:ind w:left="1053" w:hanging="485"/>
        <w:jc w:val="both"/>
        <w:rPr>
          <w:rFonts w:ascii="Arial" w:hAnsi="Arial" w:cs="Arial"/>
        </w:rPr>
      </w:pPr>
      <w:r w:rsidRPr="00145753">
        <w:rPr>
          <w:rFonts w:ascii="Arial" w:hAnsi="Arial" w:cs="Arial"/>
        </w:rPr>
        <w:t xml:space="preserve">Mayasari, A. C., Rochmah, L., Syadiyah, H., Kirana, S. A. C., Mutyah, D., &amp; Poddar, S. (2022). Relationship between Family Support and Elderly Independence in Fulfilling Daily Activities. </w:t>
      </w:r>
      <w:r w:rsidRPr="00145753">
        <w:rPr>
          <w:rFonts w:ascii="Arial" w:hAnsi="Arial" w:cs="Arial"/>
          <w:i/>
        </w:rPr>
        <w:t>Malaysian Journal of Medical Research</w:t>
      </w:r>
      <w:r w:rsidRPr="00145753">
        <w:rPr>
          <w:rFonts w:ascii="Arial" w:hAnsi="Arial" w:cs="Arial"/>
        </w:rPr>
        <w:t xml:space="preserve">, </w:t>
      </w:r>
      <w:r w:rsidRPr="00145753">
        <w:rPr>
          <w:rFonts w:ascii="Arial" w:hAnsi="Arial" w:cs="Arial"/>
          <w:i/>
        </w:rPr>
        <w:t>06</w:t>
      </w:r>
      <w:r w:rsidRPr="00145753">
        <w:rPr>
          <w:rFonts w:ascii="Arial" w:hAnsi="Arial" w:cs="Arial"/>
        </w:rPr>
        <w:t>(04), 15–19. https://doi.org/10.31674/mjmr.2022.v06i04.003</w:t>
      </w:r>
    </w:p>
    <w:p w14:paraId="3A6941E4" w14:textId="77777777" w:rsidR="00BB05DB" w:rsidRDefault="00BB05DB" w:rsidP="009160AF">
      <w:pPr>
        <w:spacing w:before="1" w:line="360" w:lineRule="auto"/>
        <w:ind w:left="1048" w:hanging="481"/>
        <w:jc w:val="both"/>
        <w:rPr>
          <w:rFonts w:ascii="Arial" w:hAnsi="Arial" w:cs="Arial"/>
        </w:rPr>
      </w:pPr>
      <w:r w:rsidRPr="009160AF">
        <w:rPr>
          <w:rFonts w:ascii="Arial" w:hAnsi="Arial" w:cs="Arial"/>
        </w:rPr>
        <w:t>Meutiasari, F. E. (2023). Uji Validitas dan Reliabilitas Kuesioner Dukungan Keluarga terhadap Pemberian ASI Eksklusif. Jurnal Kebidanan dan Kesehatan Reproduksi, 8(2), 55–63.</w:t>
      </w:r>
    </w:p>
    <w:p w14:paraId="7311A230" w14:textId="77777777" w:rsidR="00BB05DB" w:rsidRPr="00145753" w:rsidRDefault="00BB05DB" w:rsidP="005F376F">
      <w:pPr>
        <w:spacing w:before="1" w:line="360" w:lineRule="auto"/>
        <w:ind w:left="1048" w:hanging="481"/>
        <w:jc w:val="both"/>
        <w:rPr>
          <w:rFonts w:ascii="Arial" w:hAnsi="Arial" w:cs="Arial"/>
          <w:noProof/>
        </w:rPr>
      </w:pPr>
      <w:r w:rsidRPr="00145753">
        <w:rPr>
          <w:rFonts w:ascii="Arial" w:hAnsi="Arial" w:cs="Arial"/>
          <w:noProof/>
        </w:rPr>
        <w:t xml:space="preserve">Ningsih, F., &amp; Ovany, R. (2023). Hubungan Pengetahuan Ibu Terhadap Pemberian ASI Eksklusif di Wilayah Kerja Puskesmas Menteng Kota Palangka Raya Correlation of Maternal Knowledge to Exclusive Breastfeeding in the Working Area of the Menteng Helath Center , Palangka Raya City. </w:t>
      </w:r>
      <w:r w:rsidRPr="00145753">
        <w:rPr>
          <w:rFonts w:ascii="Arial" w:hAnsi="Arial" w:cs="Arial"/>
          <w:i/>
          <w:iCs/>
          <w:noProof/>
        </w:rPr>
        <w:t>Jurnal Surya Medika (JSM)</w:t>
      </w:r>
      <w:r w:rsidRPr="00145753">
        <w:rPr>
          <w:rFonts w:ascii="Arial" w:hAnsi="Arial" w:cs="Arial"/>
          <w:noProof/>
        </w:rPr>
        <w:t xml:space="preserve">, </w:t>
      </w:r>
      <w:r w:rsidRPr="00145753">
        <w:rPr>
          <w:rFonts w:ascii="Arial" w:hAnsi="Arial" w:cs="Arial"/>
          <w:i/>
          <w:iCs/>
          <w:noProof/>
        </w:rPr>
        <w:t>9</w:t>
      </w:r>
      <w:r w:rsidRPr="00145753">
        <w:rPr>
          <w:rFonts w:ascii="Arial" w:hAnsi="Arial" w:cs="Arial"/>
          <w:noProof/>
        </w:rPr>
        <w:t>(2), 1–10.</w:t>
      </w:r>
    </w:p>
    <w:p w14:paraId="06880DE4" w14:textId="77777777" w:rsidR="00BB05DB" w:rsidRPr="00145753" w:rsidRDefault="00BB05DB" w:rsidP="005F376F">
      <w:pPr>
        <w:spacing w:before="124"/>
        <w:ind w:left="1053"/>
        <w:jc w:val="both"/>
        <w:rPr>
          <w:rFonts w:ascii="Arial" w:hAnsi="Arial" w:cs="Arial"/>
        </w:rPr>
      </w:pPr>
      <w:r w:rsidRPr="00145753">
        <w:rPr>
          <w:rFonts w:ascii="Arial" w:hAnsi="Arial" w:cs="Arial"/>
        </w:rPr>
        <w:t>Perpustakaan</w:t>
      </w:r>
      <w:r w:rsidRPr="00145753">
        <w:rPr>
          <w:rFonts w:ascii="Arial" w:hAnsi="Arial" w:cs="Arial"/>
          <w:spacing w:val="-8"/>
        </w:rPr>
        <w:t xml:space="preserve"> </w:t>
      </w:r>
      <w:r w:rsidRPr="00145753">
        <w:rPr>
          <w:rFonts w:ascii="Arial" w:hAnsi="Arial" w:cs="Arial"/>
          <w:spacing w:val="-4"/>
        </w:rPr>
        <w:t>BKPK.</w:t>
      </w:r>
    </w:p>
    <w:p w14:paraId="2C89A072" w14:textId="77777777" w:rsidR="00BB05DB" w:rsidRPr="003416BA" w:rsidRDefault="00BB05DB" w:rsidP="003416BA">
      <w:pPr>
        <w:spacing w:before="1" w:line="360" w:lineRule="auto"/>
        <w:ind w:left="1048" w:hanging="481"/>
        <w:jc w:val="both"/>
        <w:rPr>
          <w:rFonts w:ascii="Arial" w:hAnsi="Arial" w:cs="Arial"/>
        </w:rPr>
      </w:pPr>
      <w:r w:rsidRPr="003416BA">
        <w:rPr>
          <w:rFonts w:ascii="Arial" w:hAnsi="Arial" w:cs="Arial"/>
        </w:rPr>
        <w:t>Putri, D. F., &amp; Wahyuningsih, E. (2022). Dukungan keluarga dan keberhasilan ASI eksklusif.</w:t>
      </w:r>
    </w:p>
    <w:p w14:paraId="36DD0D3B" w14:textId="77777777" w:rsidR="00BB05DB" w:rsidRPr="00145753" w:rsidRDefault="00BB05DB" w:rsidP="005F376F">
      <w:pPr>
        <w:spacing w:before="1" w:line="360" w:lineRule="auto"/>
        <w:ind w:left="1048" w:hanging="481"/>
        <w:jc w:val="both"/>
        <w:rPr>
          <w:rFonts w:ascii="Arial" w:hAnsi="Arial" w:cs="Arial"/>
        </w:rPr>
      </w:pPr>
      <w:r w:rsidRPr="00145753">
        <w:rPr>
          <w:rFonts w:ascii="Arial" w:hAnsi="Arial" w:cs="Arial"/>
          <w:noProof/>
        </w:rPr>
        <w:t xml:space="preserve">Rahayu, S. (2021). </w:t>
      </w:r>
      <w:r w:rsidRPr="00145753">
        <w:rPr>
          <w:rFonts w:ascii="Arial" w:hAnsi="Arial" w:cs="Arial"/>
          <w:i/>
          <w:iCs/>
          <w:noProof/>
        </w:rPr>
        <w:t>Hubungan Dukungan Keluarga dengan Pemberian ASI Eksklusif</w:t>
      </w:r>
      <w:r w:rsidRPr="00145753">
        <w:rPr>
          <w:rFonts w:ascii="Arial" w:hAnsi="Arial" w:cs="Arial"/>
          <w:noProof/>
        </w:rPr>
        <w:t>. Universitas Brawijaya.</w:t>
      </w:r>
    </w:p>
    <w:p w14:paraId="595165C7" w14:textId="77777777" w:rsidR="00BB05DB" w:rsidRPr="009160AF" w:rsidRDefault="00BB05DB" w:rsidP="009160AF">
      <w:pPr>
        <w:spacing w:before="1" w:line="360" w:lineRule="auto"/>
        <w:ind w:left="1048" w:hanging="481"/>
        <w:jc w:val="both"/>
        <w:rPr>
          <w:rFonts w:ascii="Arial" w:hAnsi="Arial" w:cs="Arial"/>
        </w:rPr>
      </w:pPr>
      <w:r w:rsidRPr="009160AF">
        <w:rPr>
          <w:rFonts w:ascii="Arial" w:hAnsi="Arial" w:cs="Arial"/>
        </w:rPr>
        <w:t>Rahmawati, D., &amp; Putri, N. (2021). Dukungan keluarga terhadap keberhasilan pemberian ASI eksklusif. Jurnal Kesehatan Masyarakat, 9(2), 115–123.</w:t>
      </w:r>
    </w:p>
    <w:p w14:paraId="22BA58DD" w14:textId="77777777" w:rsidR="00BB05DB" w:rsidRPr="003416BA" w:rsidRDefault="00BB05DB" w:rsidP="003416BA">
      <w:pPr>
        <w:spacing w:before="1" w:line="360" w:lineRule="auto"/>
        <w:ind w:left="1048" w:hanging="481"/>
        <w:jc w:val="both"/>
        <w:rPr>
          <w:rFonts w:ascii="Arial" w:hAnsi="Arial" w:cs="Arial"/>
        </w:rPr>
      </w:pPr>
      <w:r w:rsidRPr="003416BA">
        <w:rPr>
          <w:rFonts w:ascii="Arial" w:hAnsi="Arial" w:cs="Arial"/>
        </w:rPr>
        <w:t>Siregar, M. (2021). Pengaruh dukungan suami terhadap keberhasilan ASI eksklusif di Kota Medan.</w:t>
      </w:r>
    </w:p>
    <w:p w14:paraId="61EFDA65" w14:textId="77777777" w:rsidR="00BB05DB" w:rsidRPr="00145753" w:rsidRDefault="00BB05DB" w:rsidP="009160AF">
      <w:pPr>
        <w:spacing w:before="1" w:line="360" w:lineRule="auto"/>
        <w:ind w:left="1048" w:hanging="481"/>
        <w:jc w:val="both"/>
        <w:rPr>
          <w:rFonts w:ascii="Arial" w:hAnsi="Arial" w:cs="Arial"/>
        </w:rPr>
        <w:sectPr w:rsidR="00BB05DB" w:rsidRPr="00145753" w:rsidSect="00DA1E95">
          <w:headerReference w:type="default" r:id="rId39"/>
          <w:footerReference w:type="default" r:id="rId40"/>
          <w:pgSz w:w="11910" w:h="16840"/>
          <w:pgMar w:top="1701" w:right="1701" w:bottom="1701" w:left="2268" w:header="0" w:footer="744" w:gutter="0"/>
          <w:pgNumType w:start="33"/>
          <w:cols w:space="720"/>
        </w:sectPr>
      </w:pPr>
      <w:r w:rsidRPr="009160AF">
        <w:rPr>
          <w:rFonts w:ascii="Arial" w:hAnsi="Arial" w:cs="Arial"/>
        </w:rPr>
        <w:t>Sugiyono. (2020). Metode Penelitian Kuantitatif, Kualitatif, dan R&amp;D. Bandung: Alfabeta.</w:t>
      </w:r>
    </w:p>
    <w:p w14:paraId="499A32CD" w14:textId="77777777" w:rsidR="00BB05DB" w:rsidRPr="00145753" w:rsidRDefault="00BB05DB" w:rsidP="005F376F">
      <w:pPr>
        <w:spacing w:line="360" w:lineRule="auto"/>
        <w:ind w:left="1053" w:hanging="485"/>
        <w:jc w:val="both"/>
        <w:rPr>
          <w:rFonts w:ascii="Arial" w:hAnsi="Arial" w:cs="Arial"/>
        </w:rPr>
      </w:pPr>
      <w:r w:rsidRPr="00145753">
        <w:rPr>
          <w:rFonts w:ascii="Arial" w:hAnsi="Arial" w:cs="Arial"/>
        </w:rPr>
        <w:lastRenderedPageBreak/>
        <w:t>Sulistyowati,</w:t>
      </w:r>
      <w:r w:rsidRPr="00145753">
        <w:rPr>
          <w:rFonts w:ascii="Arial" w:hAnsi="Arial" w:cs="Arial"/>
          <w:spacing w:val="-1"/>
        </w:rPr>
        <w:t xml:space="preserve"> </w:t>
      </w:r>
      <w:r w:rsidRPr="00145753">
        <w:rPr>
          <w:rFonts w:ascii="Arial" w:hAnsi="Arial" w:cs="Arial"/>
        </w:rPr>
        <w:t>I.,</w:t>
      </w:r>
      <w:r w:rsidRPr="00145753">
        <w:rPr>
          <w:rFonts w:ascii="Arial" w:hAnsi="Arial" w:cs="Arial"/>
          <w:spacing w:val="-1"/>
        </w:rPr>
        <w:t xml:space="preserve"> </w:t>
      </w:r>
      <w:r w:rsidRPr="00145753">
        <w:rPr>
          <w:rFonts w:ascii="Arial" w:hAnsi="Arial" w:cs="Arial"/>
        </w:rPr>
        <w:t>Cahyaningsih,</w:t>
      </w:r>
      <w:r w:rsidRPr="00145753">
        <w:rPr>
          <w:rFonts w:ascii="Arial" w:hAnsi="Arial" w:cs="Arial"/>
          <w:spacing w:val="-1"/>
        </w:rPr>
        <w:t xml:space="preserve"> </w:t>
      </w:r>
      <w:r w:rsidRPr="00145753">
        <w:rPr>
          <w:rFonts w:ascii="Arial" w:hAnsi="Arial" w:cs="Arial"/>
        </w:rPr>
        <w:t>O.,</w:t>
      </w:r>
      <w:r w:rsidRPr="00145753">
        <w:rPr>
          <w:rFonts w:ascii="Arial" w:hAnsi="Arial" w:cs="Arial"/>
          <w:spacing w:val="-1"/>
        </w:rPr>
        <w:t xml:space="preserve"> </w:t>
      </w:r>
      <w:r w:rsidRPr="00145753">
        <w:rPr>
          <w:rFonts w:ascii="Arial" w:hAnsi="Arial" w:cs="Arial"/>
        </w:rPr>
        <w:t>&amp;</w:t>
      </w:r>
      <w:r w:rsidRPr="00145753">
        <w:rPr>
          <w:rFonts w:ascii="Arial" w:hAnsi="Arial" w:cs="Arial"/>
          <w:spacing w:val="-2"/>
        </w:rPr>
        <w:t xml:space="preserve"> </w:t>
      </w:r>
      <w:r w:rsidRPr="00145753">
        <w:rPr>
          <w:rFonts w:ascii="Arial" w:hAnsi="Arial" w:cs="Arial"/>
        </w:rPr>
        <w:t>Alfiani,</w:t>
      </w:r>
      <w:r w:rsidRPr="00145753">
        <w:rPr>
          <w:rFonts w:ascii="Arial" w:hAnsi="Arial" w:cs="Arial"/>
          <w:spacing w:val="-1"/>
        </w:rPr>
        <w:t xml:space="preserve"> </w:t>
      </w:r>
      <w:r w:rsidRPr="00145753">
        <w:rPr>
          <w:rFonts w:ascii="Arial" w:hAnsi="Arial" w:cs="Arial"/>
        </w:rPr>
        <w:t>N.</w:t>
      </w:r>
      <w:r w:rsidRPr="00145753">
        <w:rPr>
          <w:rFonts w:ascii="Arial" w:hAnsi="Arial" w:cs="Arial"/>
          <w:spacing w:val="-1"/>
        </w:rPr>
        <w:t xml:space="preserve"> </w:t>
      </w:r>
      <w:r w:rsidRPr="00145753">
        <w:rPr>
          <w:rFonts w:ascii="Arial" w:hAnsi="Arial" w:cs="Arial"/>
        </w:rPr>
        <w:t>(2020).</w:t>
      </w:r>
      <w:r w:rsidRPr="00145753">
        <w:rPr>
          <w:rFonts w:ascii="Arial" w:hAnsi="Arial" w:cs="Arial"/>
          <w:spacing w:val="-1"/>
        </w:rPr>
        <w:t xml:space="preserve"> </w:t>
      </w:r>
      <w:r w:rsidRPr="00145753">
        <w:rPr>
          <w:rFonts w:ascii="Arial" w:hAnsi="Arial" w:cs="Arial"/>
        </w:rPr>
        <w:t>Dukungan</w:t>
      </w:r>
      <w:r w:rsidRPr="00145753">
        <w:rPr>
          <w:rFonts w:ascii="Arial" w:hAnsi="Arial" w:cs="Arial"/>
          <w:spacing w:val="-2"/>
        </w:rPr>
        <w:t xml:space="preserve"> </w:t>
      </w:r>
      <w:r w:rsidRPr="00145753">
        <w:rPr>
          <w:rFonts w:ascii="Arial" w:hAnsi="Arial" w:cs="Arial"/>
        </w:rPr>
        <w:t>Keluarga</w:t>
      </w:r>
      <w:r w:rsidRPr="00145753">
        <w:rPr>
          <w:rFonts w:ascii="Arial" w:hAnsi="Arial" w:cs="Arial"/>
          <w:spacing w:val="-2"/>
        </w:rPr>
        <w:t xml:space="preserve"> </w:t>
      </w:r>
      <w:r w:rsidRPr="00145753">
        <w:rPr>
          <w:rFonts w:ascii="Arial" w:hAnsi="Arial" w:cs="Arial"/>
        </w:rPr>
        <w:t xml:space="preserve">dalam Pemberian ASI Eksklusif. </w:t>
      </w:r>
      <w:r w:rsidRPr="00145753">
        <w:rPr>
          <w:rFonts w:ascii="Arial" w:hAnsi="Arial" w:cs="Arial"/>
          <w:i/>
        </w:rPr>
        <w:t>Jurnal SMART Kebidanan</w:t>
      </w:r>
      <w:r w:rsidRPr="00145753">
        <w:rPr>
          <w:rFonts w:ascii="Arial" w:hAnsi="Arial" w:cs="Arial"/>
        </w:rPr>
        <w:t xml:space="preserve">, </w:t>
      </w:r>
      <w:r w:rsidRPr="00145753">
        <w:rPr>
          <w:rFonts w:ascii="Arial" w:hAnsi="Arial" w:cs="Arial"/>
          <w:i/>
        </w:rPr>
        <w:t>7</w:t>
      </w:r>
      <w:r w:rsidRPr="00145753">
        <w:rPr>
          <w:rFonts w:ascii="Arial" w:hAnsi="Arial" w:cs="Arial"/>
        </w:rPr>
        <w:t xml:space="preserve">(1), 47. </w:t>
      </w:r>
      <w:r w:rsidRPr="00145753">
        <w:rPr>
          <w:rFonts w:ascii="Arial" w:hAnsi="Arial" w:cs="Arial"/>
          <w:spacing w:val="-2"/>
        </w:rPr>
        <w:t>https://doi.org/10.34310/sjkb.v7i1.326</w:t>
      </w:r>
    </w:p>
    <w:p w14:paraId="3B9BC1B5" w14:textId="77777777" w:rsidR="00BB05DB" w:rsidRPr="009160AF" w:rsidRDefault="00BB05DB" w:rsidP="009160AF">
      <w:pPr>
        <w:spacing w:before="1" w:line="360" w:lineRule="auto"/>
        <w:ind w:left="1048" w:hanging="481"/>
        <w:jc w:val="both"/>
        <w:rPr>
          <w:rFonts w:ascii="Arial" w:hAnsi="Arial" w:cs="Arial"/>
        </w:rPr>
      </w:pPr>
      <w:r w:rsidRPr="009160AF">
        <w:rPr>
          <w:rFonts w:ascii="Arial" w:hAnsi="Arial" w:cs="Arial"/>
        </w:rPr>
        <w:t>Suryani, A., &amp; Lestari, R. (2022). Faktor-faktor yang memengaruhi praktik ASI eksklusif pada ibu menyusui. Jurnal Kebidanan Indonesia, 13(1), 45–52.</w:t>
      </w:r>
    </w:p>
    <w:p w14:paraId="6163116C" w14:textId="77777777" w:rsidR="00BB05DB" w:rsidRPr="00145753" w:rsidRDefault="00BB05DB" w:rsidP="005F376F">
      <w:pPr>
        <w:spacing w:before="1" w:line="360" w:lineRule="auto"/>
        <w:ind w:left="1053" w:hanging="485"/>
        <w:jc w:val="both"/>
        <w:rPr>
          <w:rFonts w:ascii="Arial" w:hAnsi="Arial" w:cs="Arial"/>
        </w:rPr>
      </w:pPr>
      <w:r w:rsidRPr="00145753">
        <w:rPr>
          <w:rFonts w:ascii="Arial" w:hAnsi="Arial" w:cs="Arial"/>
        </w:rPr>
        <w:t xml:space="preserve">UNICEF dan WHO. (2020). </w:t>
      </w:r>
      <w:r w:rsidRPr="00145753">
        <w:rPr>
          <w:rFonts w:ascii="Arial" w:hAnsi="Arial" w:cs="Arial"/>
          <w:i/>
        </w:rPr>
        <w:t>Pekan Menyusui Dunia: UNICEF dan WHO menyerukan Pemerintah dan Pemangku Kepentingan agar mendukung semua ibu menyusui di Indonesia selama COVID-19</w:t>
      </w:r>
      <w:r w:rsidRPr="00145753">
        <w:rPr>
          <w:rFonts w:ascii="Arial" w:hAnsi="Arial" w:cs="Arial"/>
        </w:rPr>
        <w:t xml:space="preserve">. Word Health </w:t>
      </w:r>
      <w:r w:rsidRPr="00145753">
        <w:rPr>
          <w:rFonts w:ascii="Arial" w:hAnsi="Arial" w:cs="Arial"/>
          <w:spacing w:val="-2"/>
        </w:rPr>
        <w:t>Organization.</w:t>
      </w:r>
    </w:p>
    <w:p w14:paraId="30A03FD1" w14:textId="77777777" w:rsidR="00BB05DB" w:rsidRPr="00145753" w:rsidRDefault="00BB05DB" w:rsidP="005F376F">
      <w:pPr>
        <w:spacing w:line="360" w:lineRule="auto"/>
        <w:ind w:left="1053" w:hanging="485"/>
        <w:jc w:val="both"/>
        <w:rPr>
          <w:rFonts w:ascii="Arial" w:hAnsi="Arial" w:cs="Arial"/>
        </w:rPr>
      </w:pPr>
      <w:r w:rsidRPr="00145753">
        <w:rPr>
          <w:rFonts w:ascii="Arial" w:hAnsi="Arial" w:cs="Arial"/>
        </w:rPr>
        <w:t xml:space="preserve">Veysel Can, Mehmet Bulduk, Emine Kurt Can, N. A. (2025). Impact of Social Support on Breastfeeding Success. </w:t>
      </w:r>
      <w:r w:rsidRPr="00145753">
        <w:rPr>
          <w:rFonts w:ascii="Arial" w:hAnsi="Arial" w:cs="Arial"/>
          <w:i/>
        </w:rPr>
        <w:t>Reproductive Health</w:t>
      </w:r>
      <w:r w:rsidRPr="00145753">
        <w:rPr>
          <w:rFonts w:ascii="Arial" w:hAnsi="Arial" w:cs="Arial"/>
        </w:rPr>
        <w:t xml:space="preserve">, </w:t>
      </w:r>
      <w:r w:rsidRPr="00145753">
        <w:rPr>
          <w:rFonts w:ascii="Arial" w:hAnsi="Arial" w:cs="Arial"/>
          <w:i/>
        </w:rPr>
        <w:t>22</w:t>
      </w:r>
      <w:r w:rsidRPr="00145753">
        <w:rPr>
          <w:rFonts w:ascii="Arial" w:hAnsi="Arial" w:cs="Arial"/>
        </w:rPr>
        <w:t>.</w:t>
      </w:r>
    </w:p>
    <w:p w14:paraId="0EBCF7C4" w14:textId="77777777" w:rsidR="00BB05DB" w:rsidRPr="009160AF" w:rsidRDefault="00BB05DB" w:rsidP="009160AF">
      <w:pPr>
        <w:spacing w:before="1" w:line="360" w:lineRule="auto"/>
        <w:ind w:left="1048" w:hanging="481"/>
        <w:jc w:val="both"/>
        <w:rPr>
          <w:rFonts w:ascii="Arial" w:hAnsi="Arial" w:cs="Arial"/>
        </w:rPr>
      </w:pPr>
      <w:r w:rsidRPr="009160AF">
        <w:rPr>
          <w:rFonts w:ascii="Arial" w:hAnsi="Arial" w:cs="Arial"/>
        </w:rPr>
        <w:t>Wulandari, A. (2022). Analisis faktor pendukung pemberian ASI eksklusif pada ibu menyusui. Jurnal Kebidanan dan Kesehatan Reproduksi, 7(1), 33–40.</w:t>
      </w:r>
    </w:p>
    <w:p w14:paraId="0279CE95" w14:textId="77777777" w:rsidR="00BB05DB" w:rsidRPr="00145753" w:rsidRDefault="00BB05DB" w:rsidP="005F376F">
      <w:pPr>
        <w:spacing w:line="360" w:lineRule="auto"/>
        <w:ind w:left="1053" w:hanging="485"/>
        <w:jc w:val="both"/>
        <w:rPr>
          <w:rFonts w:ascii="Arial" w:hAnsi="Arial" w:cs="Arial"/>
        </w:rPr>
      </w:pPr>
      <w:r w:rsidRPr="00145753">
        <w:rPr>
          <w:rFonts w:ascii="Arial" w:hAnsi="Arial" w:cs="Arial"/>
        </w:rPr>
        <w:t xml:space="preserve">Wulandari, H. (2022). </w:t>
      </w:r>
      <w:r w:rsidRPr="00145753">
        <w:rPr>
          <w:rFonts w:ascii="Arial" w:hAnsi="Arial" w:cs="Arial"/>
          <w:i/>
        </w:rPr>
        <w:t xml:space="preserve">Pemberian ASI ekslusif Berbasis Faktor Pemudah, Faktor Penguat, faktor Paling DominanNo Title </w:t>
      </w:r>
      <w:r w:rsidRPr="00145753">
        <w:rPr>
          <w:rFonts w:ascii="Arial" w:hAnsi="Arial" w:cs="Arial"/>
        </w:rPr>
        <w:t>(Issue February).</w:t>
      </w:r>
    </w:p>
    <w:p w14:paraId="15F6DC55" w14:textId="77777777" w:rsidR="00BB05DB" w:rsidRDefault="00BB05DB" w:rsidP="003416BA">
      <w:pPr>
        <w:spacing w:before="1" w:line="360" w:lineRule="auto"/>
        <w:ind w:left="1048" w:hanging="481"/>
        <w:jc w:val="both"/>
        <w:rPr>
          <w:rFonts w:ascii="Arial" w:hAnsi="Arial" w:cs="Arial"/>
        </w:rPr>
      </w:pPr>
      <w:r w:rsidRPr="00145753">
        <w:rPr>
          <w:rFonts w:ascii="Arial" w:hAnsi="Arial" w:cs="Arial"/>
        </w:rPr>
        <w:t xml:space="preserve">Yanti, Herlina, S., &amp; Susilawati, E. (2022). Sosial Support Keberhasilan Asi Buku Monograf. </w:t>
      </w:r>
      <w:r w:rsidRPr="00145753">
        <w:rPr>
          <w:rFonts w:ascii="Arial" w:hAnsi="Arial" w:cs="Arial"/>
          <w:i/>
        </w:rPr>
        <w:t>Buku</w:t>
      </w:r>
      <w:r w:rsidRPr="00145753">
        <w:rPr>
          <w:rFonts w:ascii="Arial" w:hAnsi="Arial" w:cs="Arial"/>
        </w:rPr>
        <w:t>, 13–1</w:t>
      </w:r>
    </w:p>
    <w:p w14:paraId="3A6F772F" w14:textId="77777777" w:rsidR="00BB05DB" w:rsidRDefault="00BB05DB" w:rsidP="003416BA">
      <w:pPr>
        <w:spacing w:before="1" w:line="360" w:lineRule="auto"/>
        <w:ind w:left="1048" w:hanging="481"/>
        <w:jc w:val="both"/>
        <w:rPr>
          <w:rFonts w:ascii="Arial" w:hAnsi="Arial" w:cs="Arial"/>
        </w:rPr>
      </w:pPr>
      <w:r w:rsidRPr="003416BA">
        <w:rPr>
          <w:rFonts w:ascii="Arial" w:hAnsi="Arial" w:cs="Arial"/>
        </w:rPr>
        <w:t>Yuliani, N., &amp; Hastuti, I. (2021). Hubungan dukungan keluarga dengan pemberian ASI eksklusif pada ibu menyusui.</w:t>
      </w:r>
    </w:p>
    <w:p w14:paraId="1AA13106" w14:textId="3144FB3E" w:rsidR="002B0BE4" w:rsidRDefault="002B0BE4" w:rsidP="00145753">
      <w:pPr>
        <w:tabs>
          <w:tab w:val="left" w:pos="3544"/>
        </w:tabs>
        <w:spacing w:line="360" w:lineRule="auto"/>
        <w:rPr>
          <w:rFonts w:ascii="Arial" w:hAnsi="Arial" w:cs="Arial"/>
          <w:b/>
          <w:spacing w:val="-10"/>
          <w:sz w:val="80"/>
        </w:rPr>
      </w:pPr>
    </w:p>
    <w:p w14:paraId="3E673B50" w14:textId="195B31F9" w:rsidR="00BB05DB" w:rsidRDefault="00BB05DB" w:rsidP="00145753">
      <w:pPr>
        <w:tabs>
          <w:tab w:val="left" w:pos="3544"/>
        </w:tabs>
        <w:spacing w:line="360" w:lineRule="auto"/>
        <w:rPr>
          <w:rFonts w:ascii="Arial" w:hAnsi="Arial" w:cs="Arial"/>
          <w:b/>
          <w:spacing w:val="-10"/>
          <w:sz w:val="80"/>
        </w:rPr>
      </w:pPr>
    </w:p>
    <w:p w14:paraId="5A98E2FD" w14:textId="77777777" w:rsidR="00BB05DB" w:rsidRPr="00145753" w:rsidRDefault="00BB05DB" w:rsidP="00145753">
      <w:pPr>
        <w:tabs>
          <w:tab w:val="left" w:pos="3544"/>
        </w:tabs>
        <w:spacing w:line="360" w:lineRule="auto"/>
        <w:rPr>
          <w:rFonts w:ascii="Arial" w:hAnsi="Arial" w:cs="Arial"/>
          <w:b/>
          <w:spacing w:val="-10"/>
          <w:sz w:val="80"/>
        </w:rPr>
      </w:pPr>
    </w:p>
    <w:p w14:paraId="4EBAC83C" w14:textId="66804192" w:rsidR="00556FCF" w:rsidRPr="00145753" w:rsidRDefault="0027081F" w:rsidP="00145753">
      <w:pPr>
        <w:tabs>
          <w:tab w:val="left" w:pos="3544"/>
        </w:tabs>
        <w:ind w:left="3544" w:hanging="3209"/>
        <w:jc w:val="center"/>
        <w:rPr>
          <w:rFonts w:ascii="Arial" w:hAnsi="Arial" w:cs="Arial"/>
          <w:b/>
          <w:spacing w:val="-10"/>
          <w:sz w:val="120"/>
          <w:szCs w:val="120"/>
        </w:rPr>
      </w:pPr>
      <w:r w:rsidRPr="00145753">
        <w:rPr>
          <w:rFonts w:ascii="Arial" w:hAnsi="Arial" w:cs="Arial"/>
          <w:b/>
          <w:spacing w:val="-10"/>
          <w:sz w:val="120"/>
          <w:szCs w:val="120"/>
        </w:rPr>
        <w:lastRenderedPageBreak/>
        <w:t>L</w:t>
      </w:r>
    </w:p>
    <w:p w14:paraId="1F6CD4F5" w14:textId="61605A20" w:rsidR="00556FCF" w:rsidRPr="00145753" w:rsidRDefault="0027081F" w:rsidP="00145753">
      <w:pPr>
        <w:tabs>
          <w:tab w:val="left" w:pos="3544"/>
        </w:tabs>
        <w:ind w:left="3544" w:hanging="3209"/>
        <w:jc w:val="center"/>
        <w:rPr>
          <w:rFonts w:ascii="Arial" w:hAnsi="Arial" w:cs="Arial"/>
          <w:b/>
          <w:spacing w:val="-10"/>
          <w:sz w:val="120"/>
          <w:szCs w:val="120"/>
        </w:rPr>
      </w:pPr>
      <w:r w:rsidRPr="00145753">
        <w:rPr>
          <w:rFonts w:ascii="Arial" w:hAnsi="Arial" w:cs="Arial"/>
          <w:b/>
          <w:spacing w:val="-10"/>
          <w:sz w:val="120"/>
          <w:szCs w:val="120"/>
        </w:rPr>
        <w:t>A</w:t>
      </w:r>
    </w:p>
    <w:p w14:paraId="043525CE" w14:textId="486E6088" w:rsidR="00556FCF" w:rsidRPr="00145753" w:rsidRDefault="0027081F" w:rsidP="00145753">
      <w:pPr>
        <w:tabs>
          <w:tab w:val="left" w:pos="3544"/>
        </w:tabs>
        <w:ind w:left="3544" w:hanging="3209"/>
        <w:jc w:val="center"/>
        <w:rPr>
          <w:rFonts w:ascii="Arial" w:hAnsi="Arial" w:cs="Arial"/>
          <w:b/>
          <w:spacing w:val="-10"/>
          <w:sz w:val="120"/>
          <w:szCs w:val="120"/>
        </w:rPr>
      </w:pPr>
      <w:r w:rsidRPr="00145753">
        <w:rPr>
          <w:rFonts w:ascii="Arial" w:hAnsi="Arial" w:cs="Arial"/>
          <w:b/>
          <w:spacing w:val="-10"/>
          <w:sz w:val="120"/>
          <w:szCs w:val="120"/>
        </w:rPr>
        <w:t>M</w:t>
      </w:r>
    </w:p>
    <w:p w14:paraId="180295F6" w14:textId="77777777" w:rsidR="00556FCF" w:rsidRPr="00145753" w:rsidRDefault="0027081F" w:rsidP="00145753">
      <w:pPr>
        <w:tabs>
          <w:tab w:val="left" w:pos="3544"/>
        </w:tabs>
        <w:ind w:left="3119" w:firstLine="709"/>
        <w:rPr>
          <w:rFonts w:ascii="Arial" w:hAnsi="Arial" w:cs="Arial"/>
          <w:b/>
          <w:spacing w:val="-10"/>
          <w:sz w:val="120"/>
          <w:szCs w:val="120"/>
        </w:rPr>
      </w:pPr>
      <w:r w:rsidRPr="00145753">
        <w:rPr>
          <w:rFonts w:ascii="Arial" w:hAnsi="Arial" w:cs="Arial"/>
          <w:b/>
          <w:spacing w:val="-10"/>
          <w:sz w:val="120"/>
          <w:szCs w:val="120"/>
        </w:rPr>
        <w:t>P</w:t>
      </w:r>
    </w:p>
    <w:p w14:paraId="43EA04E6" w14:textId="5F1B2113" w:rsidR="00556FCF" w:rsidRPr="00145753" w:rsidRDefault="0027081F" w:rsidP="00145753">
      <w:pPr>
        <w:tabs>
          <w:tab w:val="left" w:pos="3544"/>
        </w:tabs>
        <w:ind w:left="3261" w:hanging="3119"/>
        <w:jc w:val="center"/>
        <w:rPr>
          <w:rFonts w:ascii="Arial" w:hAnsi="Arial" w:cs="Arial"/>
          <w:b/>
          <w:spacing w:val="-10"/>
          <w:sz w:val="120"/>
          <w:szCs w:val="120"/>
        </w:rPr>
      </w:pPr>
      <w:r w:rsidRPr="00145753">
        <w:rPr>
          <w:rFonts w:ascii="Arial" w:hAnsi="Arial" w:cs="Arial"/>
          <w:b/>
          <w:spacing w:val="-10"/>
          <w:sz w:val="120"/>
          <w:szCs w:val="120"/>
        </w:rPr>
        <w:t>I</w:t>
      </w:r>
    </w:p>
    <w:p w14:paraId="1781A8A8" w14:textId="77777777" w:rsidR="00556FCF" w:rsidRPr="00145753" w:rsidRDefault="0027081F" w:rsidP="00145753">
      <w:pPr>
        <w:tabs>
          <w:tab w:val="left" w:pos="3544"/>
        </w:tabs>
        <w:ind w:left="4202" w:hanging="4060"/>
        <w:jc w:val="center"/>
        <w:rPr>
          <w:rFonts w:ascii="Arial" w:hAnsi="Arial" w:cs="Arial"/>
          <w:b/>
          <w:spacing w:val="-10"/>
          <w:sz w:val="120"/>
          <w:szCs w:val="120"/>
        </w:rPr>
      </w:pPr>
      <w:r w:rsidRPr="00145753">
        <w:rPr>
          <w:rFonts w:ascii="Arial" w:hAnsi="Arial" w:cs="Arial"/>
          <w:b/>
          <w:spacing w:val="-10"/>
          <w:sz w:val="120"/>
          <w:szCs w:val="120"/>
        </w:rPr>
        <w:t>R</w:t>
      </w:r>
    </w:p>
    <w:p w14:paraId="1DC68B97" w14:textId="1C006380" w:rsidR="00556FCF" w:rsidRPr="00145753" w:rsidRDefault="0027081F" w:rsidP="00145753">
      <w:pPr>
        <w:tabs>
          <w:tab w:val="left" w:pos="3544"/>
        </w:tabs>
        <w:ind w:left="4202" w:hanging="4060"/>
        <w:jc w:val="center"/>
        <w:rPr>
          <w:rFonts w:ascii="Arial" w:hAnsi="Arial" w:cs="Arial"/>
          <w:b/>
          <w:spacing w:val="-10"/>
          <w:sz w:val="120"/>
          <w:szCs w:val="120"/>
        </w:rPr>
      </w:pPr>
      <w:r w:rsidRPr="00145753">
        <w:rPr>
          <w:rFonts w:ascii="Arial" w:hAnsi="Arial" w:cs="Arial"/>
          <w:b/>
          <w:spacing w:val="-10"/>
          <w:sz w:val="120"/>
          <w:szCs w:val="120"/>
        </w:rPr>
        <w:t>A</w:t>
      </w:r>
    </w:p>
    <w:p w14:paraId="4A2787B6" w14:textId="49EEB8B6" w:rsidR="00547B98" w:rsidRPr="00D406F7" w:rsidRDefault="0027081F" w:rsidP="00D406F7">
      <w:pPr>
        <w:tabs>
          <w:tab w:val="left" w:pos="3544"/>
        </w:tabs>
        <w:ind w:left="4202" w:hanging="4060"/>
        <w:jc w:val="center"/>
        <w:rPr>
          <w:rFonts w:ascii="Arial" w:hAnsi="Arial" w:cs="Arial"/>
          <w:b/>
          <w:sz w:val="142"/>
          <w:szCs w:val="142"/>
        </w:rPr>
        <w:sectPr w:rsidR="00547B98" w:rsidRPr="00D406F7" w:rsidSect="00DA1E95">
          <w:headerReference w:type="default" r:id="rId41"/>
          <w:pgSz w:w="11910" w:h="16840"/>
          <w:pgMar w:top="1701" w:right="1701" w:bottom="1701" w:left="2268" w:header="0" w:footer="0" w:gutter="0"/>
          <w:pgNumType w:start="36"/>
          <w:cols w:space="720"/>
        </w:sectPr>
      </w:pPr>
      <w:r w:rsidRPr="00145753">
        <w:rPr>
          <w:rFonts w:ascii="Arial" w:hAnsi="Arial" w:cs="Arial"/>
          <w:b/>
          <w:spacing w:val="-10"/>
          <w:sz w:val="142"/>
          <w:szCs w:val="142"/>
        </w:rPr>
        <w:t>N</w:t>
      </w:r>
    </w:p>
    <w:p w14:paraId="698E245C" w14:textId="54C4EAA0" w:rsidR="00547B98" w:rsidRPr="00BB05DB" w:rsidRDefault="00BB05DB" w:rsidP="005F376F">
      <w:pPr>
        <w:rPr>
          <w:rFonts w:ascii="Arial" w:hAnsi="Arial" w:cs="Arial"/>
          <w:b/>
          <w:lang w:val="en-US"/>
        </w:rPr>
      </w:pPr>
      <w:r>
        <w:rPr>
          <w:rFonts w:ascii="Arial" w:hAnsi="Arial" w:cs="Arial"/>
          <w:b/>
          <w:lang w:val="en-US"/>
        </w:rPr>
        <w:lastRenderedPageBreak/>
        <w:t>Lampiran 1</w:t>
      </w:r>
    </w:p>
    <w:p w14:paraId="0D15D60F" w14:textId="77777777" w:rsidR="00547B98" w:rsidRPr="00145753" w:rsidRDefault="00547B98" w:rsidP="005F376F">
      <w:pPr>
        <w:spacing w:before="32"/>
        <w:rPr>
          <w:rFonts w:ascii="Arial" w:hAnsi="Arial" w:cs="Arial"/>
          <w:b/>
        </w:rPr>
      </w:pPr>
    </w:p>
    <w:p w14:paraId="19C1C1DD" w14:textId="77777777" w:rsidR="00547B98" w:rsidRPr="00145753" w:rsidRDefault="0027081F" w:rsidP="005F376F">
      <w:pPr>
        <w:spacing w:before="1"/>
        <w:ind w:left="670"/>
        <w:jc w:val="center"/>
        <w:rPr>
          <w:rFonts w:ascii="Arial" w:hAnsi="Arial" w:cs="Arial"/>
          <w:b/>
        </w:rPr>
      </w:pPr>
      <w:r w:rsidRPr="00145753">
        <w:rPr>
          <w:rFonts w:ascii="Arial" w:hAnsi="Arial" w:cs="Arial"/>
          <w:b/>
          <w:u w:val="single"/>
        </w:rPr>
        <w:t>PERMOHONAN</w:t>
      </w:r>
      <w:r w:rsidRPr="00145753">
        <w:rPr>
          <w:rFonts w:ascii="Arial" w:hAnsi="Arial" w:cs="Arial"/>
          <w:b/>
          <w:spacing w:val="-16"/>
          <w:u w:val="single"/>
        </w:rPr>
        <w:t xml:space="preserve"> </w:t>
      </w:r>
      <w:r w:rsidRPr="00145753">
        <w:rPr>
          <w:rFonts w:ascii="Arial" w:hAnsi="Arial" w:cs="Arial"/>
          <w:b/>
          <w:u w:val="single"/>
        </w:rPr>
        <w:t>KESEDIAAN</w:t>
      </w:r>
      <w:r w:rsidRPr="00145753">
        <w:rPr>
          <w:rFonts w:ascii="Arial" w:hAnsi="Arial" w:cs="Arial"/>
          <w:b/>
          <w:spacing w:val="-14"/>
          <w:u w:val="single"/>
        </w:rPr>
        <w:t xml:space="preserve"> </w:t>
      </w:r>
      <w:r w:rsidRPr="00145753">
        <w:rPr>
          <w:rFonts w:ascii="Arial" w:hAnsi="Arial" w:cs="Arial"/>
          <w:b/>
          <w:u w:val="single"/>
        </w:rPr>
        <w:t>SEBAGAI</w:t>
      </w:r>
      <w:r w:rsidRPr="00145753">
        <w:rPr>
          <w:rFonts w:ascii="Arial" w:hAnsi="Arial" w:cs="Arial"/>
          <w:b/>
          <w:spacing w:val="-15"/>
          <w:u w:val="single"/>
        </w:rPr>
        <w:t xml:space="preserve"> </w:t>
      </w:r>
      <w:r w:rsidRPr="00145753">
        <w:rPr>
          <w:rFonts w:ascii="Arial" w:hAnsi="Arial" w:cs="Arial"/>
          <w:b/>
          <w:spacing w:val="-2"/>
          <w:u w:val="single"/>
        </w:rPr>
        <w:t>RESPONDEN</w:t>
      </w:r>
    </w:p>
    <w:p w14:paraId="3936E88B" w14:textId="77777777" w:rsidR="00547B98" w:rsidRPr="00145753" w:rsidRDefault="00547B98" w:rsidP="005F376F">
      <w:pPr>
        <w:spacing w:before="264"/>
        <w:rPr>
          <w:rFonts w:ascii="Arial" w:hAnsi="Arial" w:cs="Arial"/>
          <w:b/>
          <w:sz w:val="24"/>
        </w:rPr>
      </w:pPr>
    </w:p>
    <w:p w14:paraId="0A83EB40" w14:textId="77777777" w:rsidR="00547B98" w:rsidRPr="00145753" w:rsidRDefault="0027081F" w:rsidP="005F376F">
      <w:pPr>
        <w:ind w:left="568"/>
        <w:rPr>
          <w:rFonts w:ascii="Arial" w:hAnsi="Arial" w:cs="Arial"/>
          <w:sz w:val="24"/>
        </w:rPr>
      </w:pPr>
      <w:r w:rsidRPr="00145753">
        <w:rPr>
          <w:rFonts w:ascii="Arial" w:hAnsi="Arial" w:cs="Arial"/>
          <w:sz w:val="24"/>
        </w:rPr>
        <w:t>Saya</w:t>
      </w:r>
      <w:r w:rsidRPr="00145753">
        <w:rPr>
          <w:rFonts w:ascii="Arial" w:hAnsi="Arial" w:cs="Arial"/>
          <w:spacing w:val="-4"/>
          <w:sz w:val="24"/>
        </w:rPr>
        <w:t xml:space="preserve"> </w:t>
      </w:r>
      <w:r w:rsidRPr="00145753">
        <w:rPr>
          <w:rFonts w:ascii="Arial" w:hAnsi="Arial" w:cs="Arial"/>
          <w:sz w:val="24"/>
        </w:rPr>
        <w:t>yang</w:t>
      </w:r>
      <w:r w:rsidRPr="00145753">
        <w:rPr>
          <w:rFonts w:ascii="Arial" w:hAnsi="Arial" w:cs="Arial"/>
          <w:spacing w:val="-4"/>
          <w:sz w:val="24"/>
        </w:rPr>
        <w:t xml:space="preserve"> </w:t>
      </w:r>
      <w:r w:rsidRPr="00145753">
        <w:rPr>
          <w:rFonts w:ascii="Arial" w:hAnsi="Arial" w:cs="Arial"/>
          <w:sz w:val="24"/>
        </w:rPr>
        <w:t>bertandatangan</w:t>
      </w:r>
      <w:r w:rsidRPr="00145753">
        <w:rPr>
          <w:rFonts w:ascii="Arial" w:hAnsi="Arial" w:cs="Arial"/>
          <w:spacing w:val="-4"/>
          <w:sz w:val="24"/>
        </w:rPr>
        <w:t xml:space="preserve"> </w:t>
      </w:r>
      <w:r w:rsidRPr="00145753">
        <w:rPr>
          <w:rFonts w:ascii="Arial" w:hAnsi="Arial" w:cs="Arial"/>
          <w:sz w:val="24"/>
        </w:rPr>
        <w:t>dibawah</w:t>
      </w:r>
      <w:r w:rsidRPr="00145753">
        <w:rPr>
          <w:rFonts w:ascii="Arial" w:hAnsi="Arial" w:cs="Arial"/>
          <w:spacing w:val="-3"/>
          <w:sz w:val="24"/>
        </w:rPr>
        <w:t xml:space="preserve"> </w:t>
      </w:r>
      <w:r w:rsidRPr="00145753">
        <w:rPr>
          <w:rFonts w:ascii="Arial" w:hAnsi="Arial" w:cs="Arial"/>
          <w:spacing w:val="-4"/>
          <w:sz w:val="24"/>
        </w:rPr>
        <w:t>ini:</w:t>
      </w:r>
    </w:p>
    <w:p w14:paraId="01E4A60F" w14:textId="77777777" w:rsidR="00547B98" w:rsidRPr="00145753" w:rsidRDefault="0027081F" w:rsidP="005F376F">
      <w:pPr>
        <w:tabs>
          <w:tab w:val="left" w:pos="1288"/>
        </w:tabs>
        <w:spacing w:before="136" w:line="362" w:lineRule="auto"/>
        <w:ind w:left="568"/>
        <w:rPr>
          <w:rFonts w:ascii="Arial" w:hAnsi="Arial" w:cs="Arial"/>
          <w:sz w:val="24"/>
        </w:rPr>
      </w:pPr>
      <w:r w:rsidRPr="00145753">
        <w:rPr>
          <w:rFonts w:ascii="Arial" w:hAnsi="Arial" w:cs="Arial"/>
          <w:sz w:val="24"/>
        </w:rPr>
        <w:t xml:space="preserve">Nama : WINANDA </w:t>
      </w:r>
      <w:r w:rsidRPr="00145753">
        <w:rPr>
          <w:rFonts w:ascii="Arial" w:hAnsi="Arial" w:cs="Arial"/>
          <w:spacing w:val="-4"/>
          <w:sz w:val="24"/>
        </w:rPr>
        <w:t>NIM</w:t>
      </w:r>
      <w:r w:rsidRPr="00145753">
        <w:rPr>
          <w:rFonts w:ascii="Arial" w:hAnsi="Arial" w:cs="Arial"/>
          <w:sz w:val="24"/>
        </w:rPr>
        <w:tab/>
      </w:r>
      <w:r w:rsidRPr="00145753">
        <w:rPr>
          <w:rFonts w:ascii="Arial" w:hAnsi="Arial" w:cs="Arial"/>
          <w:spacing w:val="-4"/>
          <w:sz w:val="24"/>
        </w:rPr>
        <w:t>:</w:t>
      </w:r>
      <w:r w:rsidRPr="00145753">
        <w:rPr>
          <w:rFonts w:ascii="Arial" w:hAnsi="Arial" w:cs="Arial"/>
          <w:spacing w:val="-13"/>
          <w:sz w:val="24"/>
        </w:rPr>
        <w:t xml:space="preserve"> </w:t>
      </w:r>
      <w:r w:rsidRPr="00145753">
        <w:rPr>
          <w:rFonts w:ascii="Arial" w:hAnsi="Arial" w:cs="Arial"/>
          <w:spacing w:val="-4"/>
          <w:sz w:val="24"/>
        </w:rPr>
        <w:t>111407622033</w:t>
      </w:r>
    </w:p>
    <w:p w14:paraId="3BC33C94" w14:textId="77777777" w:rsidR="00547B98" w:rsidRPr="00145753" w:rsidRDefault="0027081F" w:rsidP="005F376F">
      <w:pPr>
        <w:tabs>
          <w:tab w:val="left" w:pos="2008"/>
          <w:tab w:val="left" w:pos="2425"/>
          <w:tab w:val="left" w:pos="3713"/>
          <w:tab w:val="left" w:pos="5217"/>
          <w:tab w:val="left" w:pos="6328"/>
          <w:tab w:val="left" w:pos="7020"/>
        </w:tabs>
        <w:spacing w:line="362" w:lineRule="auto"/>
        <w:ind w:left="568"/>
        <w:rPr>
          <w:rFonts w:ascii="Arial" w:hAnsi="Arial" w:cs="Arial"/>
          <w:sz w:val="24"/>
        </w:rPr>
      </w:pPr>
      <w:r w:rsidRPr="00145753">
        <w:rPr>
          <w:rFonts w:ascii="Arial" w:hAnsi="Arial" w:cs="Arial"/>
          <w:spacing w:val="-2"/>
          <w:sz w:val="24"/>
        </w:rPr>
        <w:t>Institusi</w:t>
      </w:r>
      <w:r w:rsidRPr="00145753">
        <w:rPr>
          <w:rFonts w:ascii="Arial" w:hAnsi="Arial" w:cs="Arial"/>
          <w:sz w:val="24"/>
        </w:rPr>
        <w:tab/>
      </w:r>
      <w:r w:rsidRPr="00145753">
        <w:rPr>
          <w:rFonts w:ascii="Arial" w:hAnsi="Arial" w:cs="Arial"/>
          <w:spacing w:val="-10"/>
          <w:sz w:val="24"/>
        </w:rPr>
        <w:t>:</w:t>
      </w:r>
      <w:r w:rsidRPr="00145753">
        <w:rPr>
          <w:rFonts w:ascii="Arial" w:hAnsi="Arial" w:cs="Arial"/>
          <w:sz w:val="24"/>
        </w:rPr>
        <w:tab/>
      </w:r>
      <w:r w:rsidRPr="00145753">
        <w:rPr>
          <w:rFonts w:ascii="Arial" w:hAnsi="Arial" w:cs="Arial"/>
          <w:spacing w:val="-2"/>
          <w:sz w:val="24"/>
        </w:rPr>
        <w:t>Akademi</w:t>
      </w:r>
      <w:r w:rsidRPr="00145753">
        <w:rPr>
          <w:rFonts w:ascii="Arial" w:hAnsi="Arial" w:cs="Arial"/>
          <w:sz w:val="24"/>
        </w:rPr>
        <w:tab/>
      </w:r>
      <w:r w:rsidRPr="00145753">
        <w:rPr>
          <w:rFonts w:ascii="Arial" w:hAnsi="Arial" w:cs="Arial"/>
          <w:spacing w:val="-2"/>
          <w:sz w:val="24"/>
        </w:rPr>
        <w:t>Kebidanan</w:t>
      </w:r>
      <w:r w:rsidRPr="00145753">
        <w:rPr>
          <w:rFonts w:ascii="Arial" w:hAnsi="Arial" w:cs="Arial"/>
          <w:sz w:val="24"/>
        </w:rPr>
        <w:tab/>
      </w:r>
      <w:r w:rsidRPr="00145753">
        <w:rPr>
          <w:rFonts w:ascii="Arial" w:hAnsi="Arial" w:cs="Arial"/>
          <w:spacing w:val="-2"/>
          <w:sz w:val="24"/>
        </w:rPr>
        <w:t>Betang</w:t>
      </w:r>
      <w:r w:rsidRPr="00145753">
        <w:rPr>
          <w:rFonts w:ascii="Arial" w:hAnsi="Arial" w:cs="Arial"/>
          <w:sz w:val="24"/>
        </w:rPr>
        <w:tab/>
      </w:r>
      <w:r w:rsidRPr="00145753">
        <w:rPr>
          <w:rFonts w:ascii="Arial" w:hAnsi="Arial" w:cs="Arial"/>
          <w:spacing w:val="-4"/>
          <w:sz w:val="24"/>
        </w:rPr>
        <w:t>Asi</w:t>
      </w:r>
      <w:r w:rsidRPr="00145753">
        <w:rPr>
          <w:rFonts w:ascii="Arial" w:hAnsi="Arial" w:cs="Arial"/>
          <w:sz w:val="24"/>
        </w:rPr>
        <w:tab/>
      </w:r>
      <w:r w:rsidRPr="00145753">
        <w:rPr>
          <w:rFonts w:ascii="Arial" w:hAnsi="Arial" w:cs="Arial"/>
          <w:spacing w:val="-4"/>
          <w:sz w:val="24"/>
        </w:rPr>
        <w:t xml:space="preserve">Raya </w:t>
      </w:r>
      <w:r w:rsidRPr="00145753">
        <w:rPr>
          <w:rFonts w:ascii="Arial" w:hAnsi="Arial" w:cs="Arial"/>
          <w:spacing w:val="-2"/>
          <w:sz w:val="24"/>
        </w:rPr>
        <w:t>Palangkaraya</w:t>
      </w:r>
    </w:p>
    <w:p w14:paraId="4BF7DD46" w14:textId="77777777" w:rsidR="00547B98" w:rsidRPr="00145753" w:rsidRDefault="0027081F" w:rsidP="005F376F">
      <w:pPr>
        <w:spacing w:line="360" w:lineRule="auto"/>
        <w:ind w:left="568" w:firstLine="720"/>
        <w:jc w:val="both"/>
        <w:rPr>
          <w:rFonts w:ascii="Arial" w:hAnsi="Arial" w:cs="Arial"/>
          <w:sz w:val="24"/>
        </w:rPr>
      </w:pPr>
      <w:r w:rsidRPr="00145753">
        <w:rPr>
          <w:rFonts w:ascii="Arial" w:hAnsi="Arial" w:cs="Arial"/>
          <w:sz w:val="24"/>
        </w:rPr>
        <w:t>Memohon ijin dan kesediaan responden dalam pengambilan data penelitian yang dilakukan kepada ibu yang memiliki bayi usia 6-12 bulan di wilayah kerja Puskesmas Kayon Kota Palangka Raya.</w:t>
      </w:r>
    </w:p>
    <w:p w14:paraId="7EF0994C" w14:textId="77777777" w:rsidR="00547B98" w:rsidRPr="00145753" w:rsidRDefault="0027081F" w:rsidP="005F376F">
      <w:pPr>
        <w:spacing w:line="360" w:lineRule="auto"/>
        <w:ind w:left="568" w:firstLine="720"/>
        <w:jc w:val="both"/>
        <w:rPr>
          <w:rFonts w:ascii="Arial" w:hAnsi="Arial" w:cs="Arial"/>
          <w:sz w:val="24"/>
        </w:rPr>
      </w:pPr>
      <w:r w:rsidRPr="00145753">
        <w:rPr>
          <w:rFonts w:ascii="Arial" w:hAnsi="Arial" w:cs="Arial"/>
          <w:sz w:val="24"/>
        </w:rPr>
        <w:t>Demikian permohonan ini saya buat dan saya harapkan dapat disetujui dan diberikan ijin untuk menjadikan Bapak</w:t>
      </w:r>
      <w:r w:rsidRPr="00145753">
        <w:rPr>
          <w:rFonts w:ascii="Arial" w:hAnsi="Arial" w:cs="Arial"/>
          <w:spacing w:val="40"/>
          <w:sz w:val="24"/>
        </w:rPr>
        <w:t xml:space="preserve"> </w:t>
      </w:r>
      <w:r w:rsidRPr="00145753">
        <w:rPr>
          <w:rFonts w:ascii="Arial" w:hAnsi="Arial" w:cs="Arial"/>
          <w:sz w:val="24"/>
        </w:rPr>
        <w:t>sebagai responden dalam penelitian saya Atas kerjasamanya saya ucapkan terima kasih.</w:t>
      </w:r>
    </w:p>
    <w:p w14:paraId="6F35F4C3" w14:textId="77777777" w:rsidR="00547B98" w:rsidRPr="00145753" w:rsidRDefault="00547B98" w:rsidP="005F376F">
      <w:pPr>
        <w:rPr>
          <w:rFonts w:ascii="Arial" w:hAnsi="Arial" w:cs="Arial"/>
          <w:sz w:val="24"/>
        </w:rPr>
      </w:pPr>
    </w:p>
    <w:p w14:paraId="03FBDC4C" w14:textId="77777777" w:rsidR="00547B98" w:rsidRPr="00145753" w:rsidRDefault="00547B98" w:rsidP="005F376F">
      <w:pPr>
        <w:rPr>
          <w:rFonts w:ascii="Arial" w:hAnsi="Arial" w:cs="Arial"/>
          <w:sz w:val="24"/>
        </w:rPr>
      </w:pPr>
    </w:p>
    <w:p w14:paraId="703F0209" w14:textId="77777777" w:rsidR="00547B98" w:rsidRPr="00145753" w:rsidRDefault="00547B98" w:rsidP="005F376F">
      <w:pPr>
        <w:rPr>
          <w:rFonts w:ascii="Arial" w:hAnsi="Arial" w:cs="Arial"/>
          <w:sz w:val="24"/>
        </w:rPr>
      </w:pPr>
    </w:p>
    <w:p w14:paraId="3C3DF67A" w14:textId="77777777" w:rsidR="00547B98" w:rsidRPr="00145753" w:rsidRDefault="00547B98" w:rsidP="005F376F">
      <w:pPr>
        <w:rPr>
          <w:rFonts w:ascii="Arial" w:hAnsi="Arial" w:cs="Arial"/>
          <w:sz w:val="24"/>
        </w:rPr>
      </w:pPr>
    </w:p>
    <w:p w14:paraId="30256CAE" w14:textId="77777777" w:rsidR="00547B98" w:rsidRPr="00145753" w:rsidRDefault="00547B98" w:rsidP="005F376F">
      <w:pPr>
        <w:spacing w:before="111"/>
        <w:rPr>
          <w:rFonts w:ascii="Arial" w:hAnsi="Arial" w:cs="Arial"/>
          <w:sz w:val="24"/>
        </w:rPr>
      </w:pPr>
    </w:p>
    <w:p w14:paraId="26C71831" w14:textId="0B298DA6" w:rsidR="00547B98" w:rsidRPr="00145753" w:rsidRDefault="0027081F" w:rsidP="005F376F">
      <w:pPr>
        <w:tabs>
          <w:tab w:val="left" w:pos="6114"/>
        </w:tabs>
        <w:spacing w:before="1" w:line="357" w:lineRule="auto"/>
        <w:ind w:left="4554" w:hanging="232"/>
        <w:rPr>
          <w:rFonts w:ascii="Arial" w:hAnsi="Arial" w:cs="Arial"/>
          <w:sz w:val="24"/>
        </w:rPr>
      </w:pPr>
      <w:r w:rsidRPr="00145753">
        <w:rPr>
          <w:rFonts w:ascii="Arial" w:hAnsi="Arial" w:cs="Arial"/>
          <w:spacing w:val="-2"/>
          <w:sz w:val="24"/>
        </w:rPr>
        <w:t>Palangka</w:t>
      </w:r>
      <w:r w:rsidR="00145753" w:rsidRPr="00145753">
        <w:rPr>
          <w:rFonts w:ascii="Arial" w:hAnsi="Arial" w:cs="Arial"/>
          <w:spacing w:val="-2"/>
          <w:sz w:val="24"/>
        </w:rPr>
        <w:t xml:space="preserve"> R</w:t>
      </w:r>
      <w:r w:rsidRPr="00145753">
        <w:rPr>
          <w:rFonts w:ascii="Arial" w:hAnsi="Arial" w:cs="Arial"/>
          <w:spacing w:val="-2"/>
          <w:sz w:val="24"/>
        </w:rPr>
        <w:t>aya,</w:t>
      </w:r>
      <w:r w:rsidRPr="00145753">
        <w:rPr>
          <w:rFonts w:ascii="Arial" w:hAnsi="Arial" w:cs="Arial"/>
          <w:sz w:val="24"/>
        </w:rPr>
        <w:tab/>
      </w:r>
      <w:r w:rsidR="00145753" w:rsidRPr="00145753">
        <w:rPr>
          <w:rFonts w:ascii="Arial" w:hAnsi="Arial" w:cs="Arial"/>
          <w:sz w:val="24"/>
        </w:rPr>
        <w:t>Oktober</w:t>
      </w:r>
      <w:r w:rsidRPr="00145753">
        <w:rPr>
          <w:rFonts w:ascii="Arial" w:hAnsi="Arial" w:cs="Arial"/>
          <w:spacing w:val="-17"/>
          <w:sz w:val="24"/>
        </w:rPr>
        <w:t xml:space="preserve"> </w:t>
      </w:r>
      <w:r w:rsidRPr="00145753">
        <w:rPr>
          <w:rFonts w:ascii="Arial" w:hAnsi="Arial" w:cs="Arial"/>
          <w:sz w:val="24"/>
        </w:rPr>
        <w:t>2025 Yang</w:t>
      </w:r>
      <w:r w:rsidRPr="00145753">
        <w:rPr>
          <w:rFonts w:ascii="Arial" w:hAnsi="Arial" w:cs="Arial"/>
          <w:spacing w:val="-15"/>
          <w:sz w:val="24"/>
        </w:rPr>
        <w:t xml:space="preserve"> </w:t>
      </w:r>
      <w:r w:rsidRPr="00145753">
        <w:rPr>
          <w:rFonts w:ascii="Arial" w:hAnsi="Arial" w:cs="Arial"/>
          <w:sz w:val="24"/>
        </w:rPr>
        <w:t>membuat</w:t>
      </w:r>
      <w:r w:rsidRPr="00145753">
        <w:rPr>
          <w:rFonts w:ascii="Arial" w:hAnsi="Arial" w:cs="Arial"/>
          <w:spacing w:val="-11"/>
          <w:sz w:val="24"/>
        </w:rPr>
        <w:t xml:space="preserve"> </w:t>
      </w:r>
      <w:r w:rsidRPr="00145753">
        <w:rPr>
          <w:rFonts w:ascii="Arial" w:hAnsi="Arial" w:cs="Arial"/>
          <w:spacing w:val="-2"/>
          <w:sz w:val="24"/>
        </w:rPr>
        <w:t>permohonan</w:t>
      </w:r>
    </w:p>
    <w:p w14:paraId="0865A4E4" w14:textId="77777777" w:rsidR="002B0BE4" w:rsidRPr="00145753" w:rsidRDefault="002B0BE4" w:rsidP="002B0BE4">
      <w:pPr>
        <w:pStyle w:val="Heading1"/>
        <w:spacing w:before="1" w:line="357" w:lineRule="auto"/>
        <w:ind w:left="5430"/>
        <w:rPr>
          <w:spacing w:val="-2"/>
          <w:u w:val="single"/>
        </w:rPr>
      </w:pPr>
    </w:p>
    <w:p w14:paraId="61DDC92B" w14:textId="77777777" w:rsidR="002B0BE4" w:rsidRPr="00145753" w:rsidRDefault="002B0BE4" w:rsidP="002B0BE4">
      <w:pPr>
        <w:pStyle w:val="Heading1"/>
        <w:spacing w:before="1" w:line="357" w:lineRule="auto"/>
        <w:ind w:left="5430"/>
        <w:rPr>
          <w:spacing w:val="-2"/>
          <w:u w:val="single"/>
        </w:rPr>
      </w:pPr>
    </w:p>
    <w:p w14:paraId="70730F4B" w14:textId="77777777" w:rsidR="002B0BE4" w:rsidRPr="00145753" w:rsidRDefault="0027081F" w:rsidP="002B0BE4">
      <w:pPr>
        <w:pStyle w:val="Heading1"/>
        <w:spacing w:before="1" w:line="357" w:lineRule="auto"/>
        <w:ind w:left="5430"/>
        <w:rPr>
          <w:spacing w:val="-2"/>
        </w:rPr>
      </w:pPr>
      <w:r w:rsidRPr="00145753">
        <w:rPr>
          <w:spacing w:val="-2"/>
          <w:u w:val="single"/>
        </w:rPr>
        <w:t>WINANDA</w:t>
      </w:r>
      <w:r w:rsidRPr="00145753">
        <w:rPr>
          <w:spacing w:val="-2"/>
        </w:rPr>
        <w:t xml:space="preserve"> </w:t>
      </w:r>
    </w:p>
    <w:p w14:paraId="7733C349" w14:textId="3E7382F0" w:rsidR="00547B98" w:rsidRPr="00145753" w:rsidRDefault="0027081F" w:rsidP="002B0BE4">
      <w:pPr>
        <w:pStyle w:val="Heading1"/>
        <w:spacing w:before="1" w:line="357" w:lineRule="auto"/>
        <w:ind w:left="4962"/>
      </w:pPr>
      <w:r w:rsidRPr="00145753">
        <w:t>ΝΙΜ.</w:t>
      </w:r>
      <w:r w:rsidRPr="00145753">
        <w:rPr>
          <w:spacing w:val="2"/>
        </w:rPr>
        <w:t xml:space="preserve"> </w:t>
      </w:r>
      <w:r w:rsidRPr="00145753">
        <w:rPr>
          <w:spacing w:val="-5"/>
        </w:rPr>
        <w:t>111407622033</w:t>
      </w:r>
    </w:p>
    <w:p w14:paraId="17D7B418" w14:textId="77777777" w:rsidR="00547B98" w:rsidRPr="00145753" w:rsidRDefault="00547B98" w:rsidP="005F376F">
      <w:pPr>
        <w:pStyle w:val="Heading1"/>
        <w:spacing w:line="357" w:lineRule="auto"/>
        <w:sectPr w:rsidR="00547B98" w:rsidRPr="00145753" w:rsidSect="00DA1E95">
          <w:headerReference w:type="default" r:id="rId42"/>
          <w:pgSz w:w="11910" w:h="16840"/>
          <w:pgMar w:top="1701" w:right="1701" w:bottom="1701" w:left="2268" w:header="709" w:footer="0" w:gutter="0"/>
          <w:pgNumType w:start="38"/>
          <w:cols w:space="720"/>
        </w:sectPr>
      </w:pPr>
    </w:p>
    <w:p w14:paraId="4924B7D6" w14:textId="77777777" w:rsidR="00547B98" w:rsidRPr="00145753" w:rsidRDefault="00547B98" w:rsidP="005F376F">
      <w:pPr>
        <w:rPr>
          <w:rFonts w:ascii="Arial" w:hAnsi="Arial" w:cs="Arial"/>
          <w:b/>
        </w:rPr>
      </w:pPr>
    </w:p>
    <w:p w14:paraId="20AD72A6" w14:textId="77777777" w:rsidR="00547B98" w:rsidRPr="00145753" w:rsidRDefault="00547B98" w:rsidP="005F376F">
      <w:pPr>
        <w:spacing w:before="1"/>
        <w:rPr>
          <w:rFonts w:ascii="Arial" w:hAnsi="Arial" w:cs="Arial"/>
          <w:b/>
        </w:rPr>
      </w:pPr>
    </w:p>
    <w:p w14:paraId="3913FEFB" w14:textId="77777777" w:rsidR="00547B98" w:rsidRPr="00145753" w:rsidRDefault="0027081F" w:rsidP="005F376F">
      <w:pPr>
        <w:ind w:left="1841"/>
        <w:rPr>
          <w:rFonts w:ascii="Arial" w:hAnsi="Arial" w:cs="Arial"/>
          <w:b/>
        </w:rPr>
      </w:pPr>
      <w:r w:rsidRPr="00145753">
        <w:rPr>
          <w:rFonts w:ascii="Arial" w:hAnsi="Arial" w:cs="Arial"/>
          <w:b/>
          <w:u w:val="single"/>
        </w:rPr>
        <w:t>PERNYATAAN</w:t>
      </w:r>
      <w:r w:rsidRPr="00145753">
        <w:rPr>
          <w:rFonts w:ascii="Arial" w:hAnsi="Arial" w:cs="Arial"/>
          <w:b/>
          <w:spacing w:val="-14"/>
          <w:u w:val="single"/>
        </w:rPr>
        <w:t xml:space="preserve"> </w:t>
      </w:r>
      <w:r w:rsidRPr="00145753">
        <w:rPr>
          <w:rFonts w:ascii="Arial" w:hAnsi="Arial" w:cs="Arial"/>
          <w:b/>
          <w:u w:val="single"/>
        </w:rPr>
        <w:t>KESEDIAAN</w:t>
      </w:r>
      <w:r w:rsidRPr="00145753">
        <w:rPr>
          <w:rFonts w:ascii="Arial" w:hAnsi="Arial" w:cs="Arial"/>
          <w:b/>
          <w:spacing w:val="-13"/>
          <w:u w:val="single"/>
        </w:rPr>
        <w:t xml:space="preserve"> </w:t>
      </w:r>
      <w:r w:rsidRPr="00145753">
        <w:rPr>
          <w:rFonts w:ascii="Arial" w:hAnsi="Arial" w:cs="Arial"/>
          <w:b/>
          <w:u w:val="single"/>
        </w:rPr>
        <w:t>MENJADI</w:t>
      </w:r>
      <w:r w:rsidRPr="00145753">
        <w:rPr>
          <w:rFonts w:ascii="Arial" w:hAnsi="Arial" w:cs="Arial"/>
          <w:b/>
          <w:spacing w:val="-15"/>
          <w:u w:val="single"/>
        </w:rPr>
        <w:t xml:space="preserve"> </w:t>
      </w:r>
      <w:r w:rsidRPr="00145753">
        <w:rPr>
          <w:rFonts w:ascii="Arial" w:hAnsi="Arial" w:cs="Arial"/>
          <w:b/>
          <w:spacing w:val="-2"/>
          <w:u w:val="single"/>
        </w:rPr>
        <w:t>RESPONDEN</w:t>
      </w:r>
    </w:p>
    <w:p w14:paraId="4F29B142" w14:textId="77777777" w:rsidR="00547B98" w:rsidRPr="00145753" w:rsidRDefault="00547B98" w:rsidP="005F376F">
      <w:pPr>
        <w:spacing w:before="224"/>
        <w:rPr>
          <w:rFonts w:ascii="Arial" w:hAnsi="Arial" w:cs="Arial"/>
          <w:b/>
          <w:sz w:val="24"/>
        </w:rPr>
      </w:pPr>
    </w:p>
    <w:p w14:paraId="0D821529" w14:textId="77777777" w:rsidR="00547B98" w:rsidRPr="00145753" w:rsidRDefault="0027081F" w:rsidP="005F376F">
      <w:pPr>
        <w:ind w:left="568"/>
        <w:jc w:val="both"/>
        <w:rPr>
          <w:rFonts w:ascii="Arial" w:hAnsi="Arial" w:cs="Arial"/>
          <w:sz w:val="24"/>
        </w:rPr>
      </w:pPr>
      <w:r w:rsidRPr="00145753">
        <w:rPr>
          <w:rFonts w:ascii="Arial" w:hAnsi="Arial" w:cs="Arial"/>
          <w:sz w:val="24"/>
        </w:rPr>
        <w:t>Saya</w:t>
      </w:r>
      <w:r w:rsidRPr="00145753">
        <w:rPr>
          <w:rFonts w:ascii="Arial" w:hAnsi="Arial" w:cs="Arial"/>
          <w:spacing w:val="-5"/>
          <w:sz w:val="24"/>
        </w:rPr>
        <w:t xml:space="preserve"> </w:t>
      </w:r>
      <w:r w:rsidRPr="00145753">
        <w:rPr>
          <w:rFonts w:ascii="Arial" w:hAnsi="Arial" w:cs="Arial"/>
          <w:sz w:val="24"/>
        </w:rPr>
        <w:t>yang</w:t>
      </w:r>
      <w:r w:rsidRPr="00145753">
        <w:rPr>
          <w:rFonts w:ascii="Arial" w:hAnsi="Arial" w:cs="Arial"/>
          <w:spacing w:val="-5"/>
          <w:sz w:val="24"/>
        </w:rPr>
        <w:t xml:space="preserve"> </w:t>
      </w:r>
      <w:r w:rsidRPr="00145753">
        <w:rPr>
          <w:rFonts w:ascii="Arial" w:hAnsi="Arial" w:cs="Arial"/>
          <w:sz w:val="24"/>
        </w:rPr>
        <w:t>bertandatangan</w:t>
      </w:r>
      <w:r w:rsidRPr="00145753">
        <w:rPr>
          <w:rFonts w:ascii="Arial" w:hAnsi="Arial" w:cs="Arial"/>
          <w:spacing w:val="-5"/>
          <w:sz w:val="24"/>
        </w:rPr>
        <w:t xml:space="preserve"> </w:t>
      </w:r>
      <w:r w:rsidRPr="00145753">
        <w:rPr>
          <w:rFonts w:ascii="Arial" w:hAnsi="Arial" w:cs="Arial"/>
          <w:sz w:val="24"/>
        </w:rPr>
        <w:t>dibawah</w:t>
      </w:r>
      <w:r w:rsidRPr="00145753">
        <w:rPr>
          <w:rFonts w:ascii="Arial" w:hAnsi="Arial" w:cs="Arial"/>
          <w:spacing w:val="-4"/>
          <w:sz w:val="24"/>
        </w:rPr>
        <w:t xml:space="preserve"> ini:</w:t>
      </w:r>
    </w:p>
    <w:p w14:paraId="527273C0" w14:textId="77777777" w:rsidR="00547B98" w:rsidRPr="00145753" w:rsidRDefault="0027081F" w:rsidP="005F376F">
      <w:pPr>
        <w:tabs>
          <w:tab w:val="left" w:pos="2008"/>
        </w:tabs>
        <w:spacing w:before="140"/>
        <w:ind w:left="568"/>
        <w:jc w:val="both"/>
        <w:rPr>
          <w:rFonts w:ascii="Arial" w:hAnsi="Arial" w:cs="Arial"/>
          <w:sz w:val="24"/>
        </w:rPr>
      </w:pPr>
      <w:r w:rsidRPr="00145753">
        <w:rPr>
          <w:rFonts w:ascii="Arial" w:hAnsi="Arial" w:cs="Arial"/>
          <w:spacing w:val="-4"/>
          <w:sz w:val="24"/>
        </w:rPr>
        <w:t>Nama</w:t>
      </w:r>
      <w:r w:rsidRPr="00145753">
        <w:rPr>
          <w:rFonts w:ascii="Arial" w:hAnsi="Arial" w:cs="Arial"/>
          <w:sz w:val="24"/>
        </w:rPr>
        <w:tab/>
        <w:t>:</w:t>
      </w:r>
      <w:r w:rsidRPr="00145753">
        <w:rPr>
          <w:rFonts w:ascii="Arial" w:hAnsi="Arial" w:cs="Arial"/>
          <w:spacing w:val="2"/>
          <w:sz w:val="24"/>
        </w:rPr>
        <w:t xml:space="preserve"> </w:t>
      </w:r>
      <w:r w:rsidRPr="00145753">
        <w:rPr>
          <w:rFonts w:ascii="Arial" w:hAnsi="Arial" w:cs="Arial"/>
          <w:spacing w:val="-2"/>
          <w:sz w:val="24"/>
        </w:rPr>
        <w:t>(Inisial):</w:t>
      </w:r>
    </w:p>
    <w:p w14:paraId="0BCF6CE3" w14:textId="77777777" w:rsidR="00547B98" w:rsidRPr="00145753" w:rsidRDefault="0027081F" w:rsidP="005F376F">
      <w:pPr>
        <w:tabs>
          <w:tab w:val="left" w:pos="2008"/>
        </w:tabs>
        <w:spacing w:before="136"/>
        <w:ind w:left="568"/>
        <w:jc w:val="both"/>
        <w:rPr>
          <w:rFonts w:ascii="Arial" w:hAnsi="Arial" w:cs="Arial"/>
          <w:sz w:val="24"/>
        </w:rPr>
      </w:pPr>
      <w:r w:rsidRPr="00145753">
        <w:rPr>
          <w:rFonts w:ascii="Arial" w:hAnsi="Arial" w:cs="Arial"/>
          <w:spacing w:val="-4"/>
          <w:sz w:val="24"/>
        </w:rPr>
        <w:t>Usia</w:t>
      </w:r>
      <w:r w:rsidRPr="00145753">
        <w:rPr>
          <w:rFonts w:ascii="Arial" w:hAnsi="Arial" w:cs="Arial"/>
          <w:sz w:val="24"/>
        </w:rPr>
        <w:tab/>
      </w:r>
      <w:r w:rsidRPr="00145753">
        <w:rPr>
          <w:rFonts w:ascii="Arial" w:hAnsi="Arial" w:cs="Arial"/>
          <w:spacing w:val="-10"/>
          <w:sz w:val="24"/>
        </w:rPr>
        <w:t>:</w:t>
      </w:r>
    </w:p>
    <w:p w14:paraId="2F90F5AA" w14:textId="77777777" w:rsidR="00547B98" w:rsidRPr="00145753" w:rsidRDefault="0027081F" w:rsidP="005F376F">
      <w:pPr>
        <w:spacing w:before="141"/>
        <w:ind w:left="568"/>
        <w:jc w:val="both"/>
        <w:rPr>
          <w:rFonts w:ascii="Arial" w:hAnsi="Arial" w:cs="Arial"/>
          <w:sz w:val="24"/>
        </w:rPr>
      </w:pPr>
      <w:r w:rsidRPr="00145753">
        <w:rPr>
          <w:rFonts w:ascii="Arial" w:hAnsi="Arial" w:cs="Arial"/>
          <w:sz w:val="24"/>
        </w:rPr>
        <w:t>Alamat</w:t>
      </w:r>
      <w:r w:rsidRPr="00145753">
        <w:rPr>
          <w:rFonts w:ascii="Arial" w:hAnsi="Arial" w:cs="Arial"/>
          <w:spacing w:val="72"/>
          <w:w w:val="150"/>
          <w:sz w:val="24"/>
        </w:rPr>
        <w:t xml:space="preserve">    </w:t>
      </w:r>
      <w:r w:rsidRPr="00145753">
        <w:rPr>
          <w:rFonts w:ascii="Arial" w:hAnsi="Arial" w:cs="Arial"/>
          <w:spacing w:val="-10"/>
          <w:sz w:val="24"/>
        </w:rPr>
        <w:t>:</w:t>
      </w:r>
    </w:p>
    <w:p w14:paraId="672D533F" w14:textId="7D6C387F" w:rsidR="00547B98" w:rsidRPr="00145753" w:rsidRDefault="0027081F" w:rsidP="005F376F">
      <w:pPr>
        <w:spacing w:before="136" w:line="360" w:lineRule="auto"/>
        <w:ind w:left="568" w:firstLine="720"/>
        <w:jc w:val="both"/>
        <w:rPr>
          <w:rFonts w:ascii="Arial" w:hAnsi="Arial" w:cs="Arial"/>
          <w:sz w:val="24"/>
        </w:rPr>
      </w:pPr>
      <w:r w:rsidRPr="00145753">
        <w:rPr>
          <w:rFonts w:ascii="Arial" w:hAnsi="Arial" w:cs="Arial"/>
          <w:sz w:val="24"/>
        </w:rPr>
        <w:t>Menyatakan kesediaan saya berpartisipasi dalam Pengambilan</w:t>
      </w:r>
      <w:r w:rsidRPr="00145753">
        <w:rPr>
          <w:rFonts w:ascii="Arial" w:hAnsi="Arial" w:cs="Arial"/>
          <w:spacing w:val="40"/>
          <w:sz w:val="24"/>
        </w:rPr>
        <w:t xml:space="preserve"> </w:t>
      </w:r>
      <w:r w:rsidRPr="00145753">
        <w:rPr>
          <w:rFonts w:ascii="Arial" w:hAnsi="Arial" w:cs="Arial"/>
          <w:sz w:val="24"/>
        </w:rPr>
        <w:t xml:space="preserve">data penelitian yang dilakukan oleh Mahasiswi Kebidanan Betang Asi Raya Palangka Raya atas nama </w:t>
      </w:r>
      <w:r w:rsidR="006A7F82" w:rsidRPr="00145753">
        <w:rPr>
          <w:rFonts w:ascii="Arial" w:hAnsi="Arial" w:cs="Arial"/>
          <w:sz w:val="24"/>
        </w:rPr>
        <w:t>Winanda</w:t>
      </w:r>
      <w:r w:rsidRPr="00145753">
        <w:rPr>
          <w:rFonts w:ascii="Arial" w:hAnsi="Arial" w:cs="Arial"/>
          <w:sz w:val="24"/>
        </w:rPr>
        <w:t xml:space="preserve"> dengan judul Gambaran Dukungan</w:t>
      </w:r>
      <w:r w:rsidRPr="00145753">
        <w:rPr>
          <w:rFonts w:ascii="Arial" w:hAnsi="Arial" w:cs="Arial"/>
          <w:spacing w:val="-2"/>
          <w:sz w:val="24"/>
        </w:rPr>
        <w:t xml:space="preserve"> </w:t>
      </w:r>
      <w:r w:rsidR="004315BB" w:rsidRPr="00145753">
        <w:rPr>
          <w:rFonts w:ascii="Arial" w:hAnsi="Arial" w:cs="Arial"/>
          <w:sz w:val="24"/>
        </w:rPr>
        <w:t xml:space="preserve">Keluarga Terhadap </w:t>
      </w:r>
      <w:r w:rsidRPr="00145753">
        <w:rPr>
          <w:rFonts w:ascii="Arial" w:hAnsi="Arial" w:cs="Arial"/>
          <w:sz w:val="24"/>
        </w:rPr>
        <w:t>Pemberian</w:t>
      </w:r>
      <w:r w:rsidRPr="00145753">
        <w:rPr>
          <w:rFonts w:ascii="Arial" w:hAnsi="Arial" w:cs="Arial"/>
          <w:spacing w:val="-2"/>
          <w:sz w:val="24"/>
        </w:rPr>
        <w:t xml:space="preserve"> </w:t>
      </w:r>
      <w:r w:rsidRPr="00145753">
        <w:rPr>
          <w:rFonts w:ascii="Arial" w:hAnsi="Arial" w:cs="Arial"/>
          <w:sz w:val="24"/>
        </w:rPr>
        <w:t>Asi</w:t>
      </w:r>
      <w:r w:rsidRPr="00145753">
        <w:rPr>
          <w:rFonts w:ascii="Arial" w:hAnsi="Arial" w:cs="Arial"/>
          <w:spacing w:val="-2"/>
          <w:sz w:val="24"/>
        </w:rPr>
        <w:t xml:space="preserve"> </w:t>
      </w:r>
      <w:r w:rsidRPr="00145753">
        <w:rPr>
          <w:rFonts w:ascii="Arial" w:hAnsi="Arial" w:cs="Arial"/>
          <w:sz w:val="24"/>
        </w:rPr>
        <w:t>Ekslusif</w:t>
      </w:r>
      <w:r w:rsidR="004315BB" w:rsidRPr="00145753">
        <w:rPr>
          <w:rFonts w:ascii="Arial" w:hAnsi="Arial" w:cs="Arial"/>
          <w:sz w:val="24"/>
        </w:rPr>
        <w:t xml:space="preserve"> </w:t>
      </w:r>
      <w:r w:rsidRPr="00145753">
        <w:rPr>
          <w:rFonts w:ascii="Arial" w:hAnsi="Arial" w:cs="Arial"/>
          <w:sz w:val="24"/>
        </w:rPr>
        <w:t>Di</w:t>
      </w:r>
      <w:r w:rsidR="006A7F82" w:rsidRPr="00145753">
        <w:rPr>
          <w:rFonts w:ascii="Arial" w:hAnsi="Arial" w:cs="Arial"/>
          <w:sz w:val="24"/>
        </w:rPr>
        <w:t xml:space="preserve"> Wilayah Kerja P</w:t>
      </w:r>
      <w:r w:rsidRPr="00145753">
        <w:rPr>
          <w:rFonts w:ascii="Arial" w:hAnsi="Arial" w:cs="Arial"/>
          <w:sz w:val="24"/>
        </w:rPr>
        <w:t xml:space="preserve">uskesmas </w:t>
      </w:r>
      <w:r w:rsidR="006A7F82" w:rsidRPr="00145753">
        <w:rPr>
          <w:rFonts w:ascii="Arial" w:hAnsi="Arial" w:cs="Arial"/>
          <w:sz w:val="24"/>
        </w:rPr>
        <w:t>Kayon.</w:t>
      </w:r>
    </w:p>
    <w:p w14:paraId="50DF8595" w14:textId="77777777" w:rsidR="00547B98" w:rsidRPr="00145753" w:rsidRDefault="0027081F" w:rsidP="005F376F">
      <w:pPr>
        <w:spacing w:before="2" w:line="357" w:lineRule="auto"/>
        <w:ind w:left="568" w:firstLine="720"/>
        <w:jc w:val="both"/>
        <w:rPr>
          <w:rFonts w:ascii="Arial" w:hAnsi="Arial" w:cs="Arial"/>
          <w:sz w:val="24"/>
        </w:rPr>
      </w:pPr>
      <w:r w:rsidRPr="00145753">
        <w:rPr>
          <w:rFonts w:ascii="Arial" w:hAnsi="Arial" w:cs="Arial"/>
          <w:sz w:val="24"/>
        </w:rPr>
        <w:t>Demikian pernyataan ini saya buat dengar sebenarnya-benarnya tanpa ada paksaan maupun tekanan dari pihak manapun.</w:t>
      </w:r>
    </w:p>
    <w:p w14:paraId="2A147BF9" w14:textId="77777777" w:rsidR="00547B98" w:rsidRPr="00145753" w:rsidRDefault="00547B98" w:rsidP="005F376F">
      <w:pPr>
        <w:rPr>
          <w:rFonts w:ascii="Arial" w:hAnsi="Arial" w:cs="Arial"/>
          <w:sz w:val="24"/>
        </w:rPr>
      </w:pPr>
    </w:p>
    <w:p w14:paraId="6EE4C6F0" w14:textId="77777777" w:rsidR="00547B98" w:rsidRPr="00145753" w:rsidRDefault="00547B98" w:rsidP="005F376F">
      <w:pPr>
        <w:rPr>
          <w:rFonts w:ascii="Arial" w:hAnsi="Arial" w:cs="Arial"/>
          <w:sz w:val="24"/>
        </w:rPr>
      </w:pPr>
    </w:p>
    <w:p w14:paraId="59B0C9F7" w14:textId="77777777" w:rsidR="00547B98" w:rsidRPr="00145753" w:rsidRDefault="00547B98" w:rsidP="005F376F">
      <w:pPr>
        <w:spacing w:before="6"/>
        <w:rPr>
          <w:rFonts w:ascii="Arial" w:hAnsi="Arial" w:cs="Arial"/>
          <w:sz w:val="24"/>
        </w:rPr>
      </w:pPr>
    </w:p>
    <w:p w14:paraId="1D4C7EEE" w14:textId="64469114" w:rsidR="002B0BE4" w:rsidRPr="00145753" w:rsidRDefault="0027081F" w:rsidP="002B0BE4">
      <w:pPr>
        <w:spacing w:line="357" w:lineRule="auto"/>
        <w:ind w:left="5586" w:hanging="1617"/>
        <w:rPr>
          <w:rFonts w:ascii="Arial" w:hAnsi="Arial" w:cs="Arial"/>
          <w:sz w:val="24"/>
        </w:rPr>
      </w:pPr>
      <w:r w:rsidRPr="00145753">
        <w:rPr>
          <w:rFonts w:ascii="Arial" w:hAnsi="Arial" w:cs="Arial"/>
          <w:sz w:val="24"/>
        </w:rPr>
        <w:t>Palangka</w:t>
      </w:r>
      <w:r w:rsidRPr="00145753">
        <w:rPr>
          <w:rFonts w:ascii="Arial" w:hAnsi="Arial" w:cs="Arial"/>
          <w:spacing w:val="-11"/>
          <w:sz w:val="24"/>
        </w:rPr>
        <w:t xml:space="preserve"> </w:t>
      </w:r>
      <w:r w:rsidRPr="00145753">
        <w:rPr>
          <w:rFonts w:ascii="Arial" w:hAnsi="Arial" w:cs="Arial"/>
          <w:sz w:val="24"/>
        </w:rPr>
        <w:t>Raya,</w:t>
      </w:r>
      <w:r w:rsidRPr="00145753">
        <w:rPr>
          <w:rFonts w:ascii="Arial" w:hAnsi="Arial" w:cs="Arial"/>
          <w:spacing w:val="40"/>
          <w:sz w:val="24"/>
        </w:rPr>
        <w:t xml:space="preserve"> </w:t>
      </w:r>
      <w:r w:rsidR="00145753" w:rsidRPr="00145753">
        <w:rPr>
          <w:rFonts w:ascii="Arial" w:hAnsi="Arial" w:cs="Arial"/>
          <w:sz w:val="24"/>
        </w:rPr>
        <w:t>Oktober</w:t>
      </w:r>
      <w:r w:rsidRPr="00145753">
        <w:rPr>
          <w:rFonts w:ascii="Arial" w:hAnsi="Arial" w:cs="Arial"/>
          <w:spacing w:val="-9"/>
          <w:sz w:val="24"/>
        </w:rPr>
        <w:t xml:space="preserve"> </w:t>
      </w:r>
      <w:r w:rsidRPr="00145753">
        <w:rPr>
          <w:rFonts w:ascii="Arial" w:hAnsi="Arial" w:cs="Arial"/>
          <w:sz w:val="24"/>
        </w:rPr>
        <w:t xml:space="preserve">2025 </w:t>
      </w:r>
    </w:p>
    <w:p w14:paraId="6E40EE68" w14:textId="5C6EAF6B" w:rsidR="00547B98" w:rsidRPr="00145753" w:rsidRDefault="0027081F" w:rsidP="002B0BE4">
      <w:pPr>
        <w:spacing w:line="357" w:lineRule="auto"/>
        <w:ind w:left="5586" w:hanging="1617"/>
        <w:rPr>
          <w:rFonts w:ascii="Arial" w:hAnsi="Arial" w:cs="Arial"/>
          <w:sz w:val="24"/>
        </w:rPr>
      </w:pPr>
      <w:r w:rsidRPr="00145753">
        <w:rPr>
          <w:rFonts w:ascii="Arial" w:hAnsi="Arial" w:cs="Arial"/>
          <w:sz w:val="24"/>
        </w:rPr>
        <w:t>Yang</w:t>
      </w:r>
      <w:r w:rsidRPr="00145753">
        <w:rPr>
          <w:rFonts w:ascii="Arial" w:hAnsi="Arial" w:cs="Arial"/>
          <w:spacing w:val="-7"/>
          <w:sz w:val="24"/>
        </w:rPr>
        <w:t xml:space="preserve"> </w:t>
      </w:r>
      <w:r w:rsidRPr="00145753">
        <w:rPr>
          <w:rFonts w:ascii="Arial" w:hAnsi="Arial" w:cs="Arial"/>
          <w:sz w:val="24"/>
        </w:rPr>
        <w:t>Membuat</w:t>
      </w:r>
      <w:r w:rsidRPr="00145753">
        <w:rPr>
          <w:rFonts w:ascii="Arial" w:hAnsi="Arial" w:cs="Arial"/>
          <w:spacing w:val="-2"/>
          <w:sz w:val="24"/>
        </w:rPr>
        <w:t xml:space="preserve"> Pernyataan</w:t>
      </w:r>
    </w:p>
    <w:p w14:paraId="25308AC1" w14:textId="77777777" w:rsidR="002B0BE4" w:rsidRPr="00145753" w:rsidRDefault="002B0BE4" w:rsidP="002B0BE4">
      <w:pPr>
        <w:spacing w:before="1"/>
        <w:ind w:left="1440" w:firstLine="720"/>
        <w:jc w:val="center"/>
        <w:rPr>
          <w:rFonts w:ascii="Arial" w:hAnsi="Arial" w:cs="Arial"/>
          <w:sz w:val="24"/>
        </w:rPr>
      </w:pPr>
      <w:r w:rsidRPr="00145753">
        <w:rPr>
          <w:rFonts w:ascii="Arial" w:hAnsi="Arial" w:cs="Arial"/>
          <w:sz w:val="24"/>
        </w:rPr>
        <w:t xml:space="preserve">           </w:t>
      </w:r>
    </w:p>
    <w:p w14:paraId="2B2D123A" w14:textId="77777777" w:rsidR="002B0BE4" w:rsidRPr="00145753" w:rsidRDefault="002B0BE4" w:rsidP="002B0BE4">
      <w:pPr>
        <w:spacing w:before="1"/>
        <w:ind w:left="1440" w:firstLine="720"/>
        <w:jc w:val="center"/>
        <w:rPr>
          <w:rFonts w:ascii="Arial" w:hAnsi="Arial" w:cs="Arial"/>
          <w:sz w:val="24"/>
        </w:rPr>
      </w:pPr>
    </w:p>
    <w:p w14:paraId="3F937BA9" w14:textId="77777777" w:rsidR="002B0BE4" w:rsidRPr="00145753" w:rsidRDefault="002B0BE4" w:rsidP="002B0BE4">
      <w:pPr>
        <w:spacing w:before="1"/>
        <w:ind w:left="1440" w:firstLine="720"/>
        <w:jc w:val="center"/>
        <w:rPr>
          <w:rFonts w:ascii="Arial" w:hAnsi="Arial" w:cs="Arial"/>
          <w:sz w:val="24"/>
        </w:rPr>
      </w:pPr>
    </w:p>
    <w:p w14:paraId="34F4B331" w14:textId="77777777" w:rsidR="002B0BE4" w:rsidRPr="00145753" w:rsidRDefault="002B0BE4" w:rsidP="002B0BE4">
      <w:pPr>
        <w:spacing w:before="1"/>
        <w:ind w:left="1440" w:firstLine="720"/>
        <w:jc w:val="center"/>
        <w:rPr>
          <w:rFonts w:ascii="Arial" w:hAnsi="Arial" w:cs="Arial"/>
          <w:sz w:val="24"/>
        </w:rPr>
      </w:pPr>
    </w:p>
    <w:p w14:paraId="20FAF232" w14:textId="4DE52D00" w:rsidR="00547B98" w:rsidRPr="00145753" w:rsidRDefault="002B0BE4" w:rsidP="002B0BE4">
      <w:pPr>
        <w:spacing w:before="1"/>
        <w:ind w:left="1440" w:firstLine="720"/>
        <w:jc w:val="center"/>
        <w:rPr>
          <w:rFonts w:ascii="Arial" w:hAnsi="Arial" w:cs="Arial"/>
          <w:sz w:val="24"/>
        </w:rPr>
      </w:pPr>
      <w:r w:rsidRPr="00145753">
        <w:rPr>
          <w:rFonts w:ascii="Arial" w:hAnsi="Arial" w:cs="Arial"/>
          <w:sz w:val="24"/>
        </w:rPr>
        <w:t xml:space="preserve">       TTD</w:t>
      </w:r>
      <w:r w:rsidRPr="00145753">
        <w:rPr>
          <w:rFonts w:ascii="Arial" w:hAnsi="Arial" w:cs="Arial"/>
          <w:spacing w:val="-1"/>
          <w:sz w:val="24"/>
        </w:rPr>
        <w:t xml:space="preserve"> </w:t>
      </w:r>
      <w:r w:rsidRPr="00145753">
        <w:rPr>
          <w:rFonts w:ascii="Arial" w:hAnsi="Arial" w:cs="Arial"/>
          <w:spacing w:val="-2"/>
          <w:sz w:val="24"/>
        </w:rPr>
        <w:t>Responden</w:t>
      </w:r>
    </w:p>
    <w:p w14:paraId="5AC2C3B5" w14:textId="77777777" w:rsidR="00547B98" w:rsidRDefault="00547B98" w:rsidP="002B0BE4">
      <w:pPr>
        <w:jc w:val="center"/>
        <w:rPr>
          <w:rFonts w:ascii="Arial" w:hAnsi="Arial" w:cs="Arial"/>
          <w:sz w:val="24"/>
        </w:rPr>
      </w:pPr>
    </w:p>
    <w:p w14:paraId="7615F41F" w14:textId="77777777" w:rsidR="003236B5" w:rsidRDefault="003236B5" w:rsidP="002B0BE4">
      <w:pPr>
        <w:jc w:val="center"/>
        <w:rPr>
          <w:rFonts w:ascii="Arial" w:hAnsi="Arial" w:cs="Arial"/>
          <w:sz w:val="24"/>
        </w:rPr>
      </w:pPr>
    </w:p>
    <w:p w14:paraId="0857A11E" w14:textId="77777777" w:rsidR="003236B5" w:rsidRDefault="003236B5" w:rsidP="002B0BE4">
      <w:pPr>
        <w:jc w:val="center"/>
        <w:rPr>
          <w:rFonts w:ascii="Arial" w:hAnsi="Arial" w:cs="Arial"/>
          <w:sz w:val="24"/>
        </w:rPr>
      </w:pPr>
    </w:p>
    <w:p w14:paraId="5C485DD9" w14:textId="77777777" w:rsidR="003236B5" w:rsidRDefault="003236B5" w:rsidP="002B0BE4">
      <w:pPr>
        <w:jc w:val="center"/>
        <w:rPr>
          <w:rFonts w:ascii="Arial" w:hAnsi="Arial" w:cs="Arial"/>
          <w:sz w:val="24"/>
        </w:rPr>
      </w:pPr>
    </w:p>
    <w:p w14:paraId="7AAB27AE" w14:textId="77777777" w:rsidR="003236B5" w:rsidRDefault="003236B5" w:rsidP="002B0BE4">
      <w:pPr>
        <w:jc w:val="center"/>
        <w:rPr>
          <w:rFonts w:ascii="Arial" w:hAnsi="Arial" w:cs="Arial"/>
          <w:sz w:val="24"/>
        </w:rPr>
      </w:pPr>
    </w:p>
    <w:p w14:paraId="08DA6B04" w14:textId="77777777" w:rsidR="003236B5" w:rsidRDefault="003236B5" w:rsidP="002B0BE4">
      <w:pPr>
        <w:jc w:val="center"/>
        <w:rPr>
          <w:rFonts w:ascii="Arial" w:hAnsi="Arial" w:cs="Arial"/>
          <w:sz w:val="24"/>
        </w:rPr>
      </w:pPr>
    </w:p>
    <w:p w14:paraId="72FDAD4B" w14:textId="77777777" w:rsidR="003236B5" w:rsidRDefault="003236B5" w:rsidP="002B0BE4">
      <w:pPr>
        <w:jc w:val="center"/>
        <w:rPr>
          <w:rFonts w:ascii="Arial" w:hAnsi="Arial" w:cs="Arial"/>
          <w:sz w:val="24"/>
        </w:rPr>
      </w:pPr>
    </w:p>
    <w:p w14:paraId="2DF78CF2" w14:textId="77777777" w:rsidR="003236B5" w:rsidRDefault="003236B5" w:rsidP="002B0BE4">
      <w:pPr>
        <w:jc w:val="center"/>
        <w:rPr>
          <w:rFonts w:ascii="Arial" w:hAnsi="Arial" w:cs="Arial"/>
          <w:sz w:val="24"/>
        </w:rPr>
      </w:pPr>
    </w:p>
    <w:p w14:paraId="12F15F55" w14:textId="77777777" w:rsidR="003236B5" w:rsidRDefault="003236B5" w:rsidP="002B0BE4">
      <w:pPr>
        <w:jc w:val="center"/>
        <w:rPr>
          <w:rFonts w:ascii="Arial" w:hAnsi="Arial" w:cs="Arial"/>
          <w:sz w:val="24"/>
        </w:rPr>
      </w:pPr>
    </w:p>
    <w:p w14:paraId="2FF780B4" w14:textId="77777777" w:rsidR="003236B5" w:rsidRDefault="003236B5" w:rsidP="002B0BE4">
      <w:pPr>
        <w:jc w:val="center"/>
        <w:rPr>
          <w:rFonts w:ascii="Arial" w:hAnsi="Arial" w:cs="Arial"/>
          <w:sz w:val="24"/>
        </w:rPr>
      </w:pPr>
    </w:p>
    <w:p w14:paraId="42098EC2" w14:textId="77777777" w:rsidR="003236B5" w:rsidRDefault="003236B5" w:rsidP="002B0BE4">
      <w:pPr>
        <w:jc w:val="center"/>
        <w:rPr>
          <w:rFonts w:ascii="Arial" w:hAnsi="Arial" w:cs="Arial"/>
          <w:sz w:val="24"/>
        </w:rPr>
      </w:pPr>
    </w:p>
    <w:p w14:paraId="0884B3B3" w14:textId="77777777" w:rsidR="003236B5" w:rsidRDefault="003236B5" w:rsidP="002B0BE4">
      <w:pPr>
        <w:jc w:val="center"/>
        <w:rPr>
          <w:rFonts w:ascii="Arial" w:hAnsi="Arial" w:cs="Arial"/>
          <w:sz w:val="24"/>
        </w:rPr>
      </w:pPr>
    </w:p>
    <w:p w14:paraId="0DF365CD" w14:textId="77777777" w:rsidR="003236B5" w:rsidRDefault="003236B5" w:rsidP="002B0BE4">
      <w:pPr>
        <w:jc w:val="center"/>
        <w:rPr>
          <w:rFonts w:ascii="Arial" w:hAnsi="Arial" w:cs="Arial"/>
          <w:sz w:val="24"/>
        </w:rPr>
      </w:pPr>
    </w:p>
    <w:p w14:paraId="70081F78" w14:textId="77777777" w:rsidR="003236B5" w:rsidRDefault="003236B5" w:rsidP="002B0BE4">
      <w:pPr>
        <w:jc w:val="center"/>
        <w:rPr>
          <w:rFonts w:ascii="Arial" w:hAnsi="Arial" w:cs="Arial"/>
          <w:sz w:val="24"/>
        </w:rPr>
      </w:pPr>
    </w:p>
    <w:p w14:paraId="214BB3F7" w14:textId="77777777" w:rsidR="003236B5" w:rsidRDefault="003236B5" w:rsidP="002B0BE4">
      <w:pPr>
        <w:jc w:val="center"/>
        <w:rPr>
          <w:rFonts w:ascii="Arial" w:hAnsi="Arial" w:cs="Arial"/>
          <w:sz w:val="24"/>
        </w:rPr>
      </w:pPr>
    </w:p>
    <w:p w14:paraId="7368EE78" w14:textId="77777777" w:rsidR="003236B5" w:rsidRDefault="003236B5" w:rsidP="002B0BE4">
      <w:pPr>
        <w:jc w:val="center"/>
        <w:rPr>
          <w:rFonts w:ascii="Arial" w:hAnsi="Arial" w:cs="Arial"/>
          <w:sz w:val="24"/>
        </w:rPr>
      </w:pPr>
    </w:p>
    <w:p w14:paraId="571EB093" w14:textId="77777777" w:rsidR="003236B5" w:rsidRDefault="003236B5" w:rsidP="003236B5">
      <w:pPr>
        <w:rPr>
          <w:rFonts w:ascii="Arial" w:hAnsi="Arial" w:cs="Arial"/>
          <w:sz w:val="24"/>
        </w:rPr>
      </w:pPr>
    </w:p>
    <w:p w14:paraId="5A8710FC" w14:textId="38A4D846" w:rsidR="003236B5" w:rsidRPr="00FF099C" w:rsidRDefault="003236B5" w:rsidP="003236B5">
      <w:pPr>
        <w:rPr>
          <w:rFonts w:ascii="Arial" w:hAnsi="Arial" w:cs="Arial"/>
          <w:b/>
          <w:bCs/>
          <w:lang w:val="en-US"/>
        </w:rPr>
      </w:pPr>
      <w:r w:rsidRPr="00FF099C">
        <w:rPr>
          <w:rFonts w:ascii="Arial" w:hAnsi="Arial" w:cs="Arial"/>
          <w:b/>
          <w:bCs/>
          <w:lang w:val="en-US"/>
        </w:rPr>
        <w:t>Lampiran 2</w:t>
      </w:r>
      <w:r w:rsidR="00FF099C">
        <w:rPr>
          <w:rFonts w:ascii="Arial" w:hAnsi="Arial" w:cs="Arial"/>
          <w:b/>
          <w:bCs/>
          <w:lang w:val="en-US"/>
        </w:rPr>
        <w:t>.</w:t>
      </w:r>
      <w:r w:rsidR="00FF099C" w:rsidRPr="00FF099C">
        <w:rPr>
          <w:rFonts w:ascii="Arial" w:hAnsi="Arial" w:cs="Arial"/>
          <w:b/>
          <w:bCs/>
          <w:lang w:val="en-US"/>
        </w:rPr>
        <w:t xml:space="preserve"> Surat ijin studi pendahuluan UPPM Akbid Betang Asi Raya</w:t>
      </w:r>
    </w:p>
    <w:p w14:paraId="3F2BCCA6" w14:textId="77777777" w:rsidR="00FF099C" w:rsidRDefault="00FF099C" w:rsidP="003236B5">
      <w:pPr>
        <w:rPr>
          <w:rFonts w:ascii="Arial" w:hAnsi="Arial" w:cs="Arial"/>
          <w:b/>
          <w:bCs/>
          <w:sz w:val="24"/>
          <w:lang w:val="en-US"/>
        </w:rPr>
      </w:pPr>
    </w:p>
    <w:p w14:paraId="31E596DA" w14:textId="77777777" w:rsidR="00FF099C" w:rsidRDefault="00FF099C" w:rsidP="003236B5">
      <w:pPr>
        <w:rPr>
          <w:rFonts w:ascii="Arial" w:hAnsi="Arial" w:cs="Arial"/>
          <w:b/>
          <w:bCs/>
          <w:noProof/>
          <w:sz w:val="24"/>
          <w:lang w:val="en-US"/>
        </w:rPr>
      </w:pPr>
      <w:r>
        <w:rPr>
          <w:rFonts w:ascii="Arial" w:hAnsi="Arial" w:cs="Arial"/>
          <w:b/>
          <w:bCs/>
          <w:noProof/>
          <w:sz w:val="24"/>
          <w:lang w:val="en-US"/>
        </w:rPr>
        <w:drawing>
          <wp:inline distT="0" distB="0" distL="0" distR="0" wp14:anchorId="1F35A3DC" wp14:editId="485FEE5D">
            <wp:extent cx="4266524" cy="6979778"/>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43">
                      <a:extLst>
                        <a:ext uri="{28A0092B-C50C-407E-A947-70E740481C1C}">
                          <a14:useLocalDpi xmlns:a14="http://schemas.microsoft.com/office/drawing/2010/main" val="0"/>
                        </a:ext>
                      </a:extLst>
                    </a:blip>
                    <a:stretch>
                      <a:fillRect/>
                    </a:stretch>
                  </pic:blipFill>
                  <pic:spPr>
                    <a:xfrm>
                      <a:off x="0" y="0"/>
                      <a:ext cx="4273069" cy="6990485"/>
                    </a:xfrm>
                    <a:prstGeom prst="rect">
                      <a:avLst/>
                    </a:prstGeom>
                  </pic:spPr>
                </pic:pic>
              </a:graphicData>
            </a:graphic>
          </wp:inline>
        </w:drawing>
      </w:r>
    </w:p>
    <w:p w14:paraId="50036839" w14:textId="4032C84F" w:rsidR="00FF099C" w:rsidRDefault="00FF099C" w:rsidP="00FF099C">
      <w:pPr>
        <w:rPr>
          <w:rFonts w:ascii="Arial" w:hAnsi="Arial" w:cs="Arial"/>
          <w:sz w:val="24"/>
          <w:lang w:val="en-US"/>
        </w:rPr>
      </w:pPr>
    </w:p>
    <w:p w14:paraId="773B57C9" w14:textId="77777777" w:rsidR="00FF099C" w:rsidRPr="00FF099C" w:rsidRDefault="00FF099C" w:rsidP="00FF099C">
      <w:pPr>
        <w:rPr>
          <w:rFonts w:ascii="Arial" w:hAnsi="Arial" w:cs="Arial"/>
          <w:sz w:val="24"/>
          <w:lang w:val="en-US"/>
        </w:rPr>
      </w:pPr>
    </w:p>
    <w:p w14:paraId="0BF796C3" w14:textId="77777777" w:rsidR="00FF099C" w:rsidRPr="00FF099C" w:rsidRDefault="00FF099C" w:rsidP="00FF099C">
      <w:pPr>
        <w:rPr>
          <w:rFonts w:ascii="Arial" w:hAnsi="Arial" w:cs="Arial"/>
          <w:sz w:val="24"/>
          <w:lang w:val="en-US"/>
        </w:rPr>
      </w:pPr>
    </w:p>
    <w:p w14:paraId="4A5F0408" w14:textId="77777777" w:rsidR="00FF099C" w:rsidRDefault="00FF099C" w:rsidP="00FF099C">
      <w:pPr>
        <w:rPr>
          <w:rFonts w:ascii="Arial" w:hAnsi="Arial" w:cs="Arial"/>
          <w:b/>
          <w:bCs/>
          <w:noProof/>
          <w:sz w:val="24"/>
          <w:lang w:val="en-US"/>
        </w:rPr>
      </w:pPr>
    </w:p>
    <w:p w14:paraId="0A0D42E9" w14:textId="03802AB7" w:rsidR="00FF099C" w:rsidRDefault="00FF099C" w:rsidP="00FF099C">
      <w:pPr>
        <w:tabs>
          <w:tab w:val="left" w:pos="3453"/>
        </w:tabs>
        <w:rPr>
          <w:rFonts w:ascii="Arial" w:hAnsi="Arial" w:cs="Arial"/>
          <w:b/>
          <w:bCs/>
          <w:noProof/>
          <w:sz w:val="24"/>
          <w:lang w:val="en-US"/>
        </w:rPr>
      </w:pPr>
      <w:r>
        <w:rPr>
          <w:rFonts w:ascii="Arial" w:hAnsi="Arial" w:cs="Arial"/>
          <w:b/>
          <w:bCs/>
          <w:noProof/>
          <w:sz w:val="24"/>
          <w:lang w:val="en-US"/>
        </w:rPr>
        <w:tab/>
      </w:r>
    </w:p>
    <w:p w14:paraId="66F358D0" w14:textId="20A31575" w:rsidR="00FF099C" w:rsidRDefault="00FF099C" w:rsidP="00FF099C">
      <w:pPr>
        <w:tabs>
          <w:tab w:val="left" w:pos="3453"/>
        </w:tabs>
        <w:rPr>
          <w:rFonts w:ascii="Arial" w:hAnsi="Arial" w:cs="Arial"/>
          <w:b/>
          <w:bCs/>
          <w:noProof/>
          <w:sz w:val="24"/>
          <w:lang w:val="en-US"/>
        </w:rPr>
      </w:pPr>
    </w:p>
    <w:p w14:paraId="0D14BC01" w14:textId="19729B49" w:rsidR="00FF099C" w:rsidRPr="00FF099C" w:rsidRDefault="00FF099C" w:rsidP="00FF099C">
      <w:pPr>
        <w:tabs>
          <w:tab w:val="left" w:pos="3453"/>
        </w:tabs>
        <w:rPr>
          <w:rFonts w:ascii="Arial" w:hAnsi="Arial" w:cs="Arial"/>
          <w:b/>
          <w:bCs/>
          <w:noProof/>
          <w:lang w:val="en-US"/>
        </w:rPr>
      </w:pPr>
      <w:r w:rsidRPr="00FF099C">
        <w:rPr>
          <w:rFonts w:ascii="Arial" w:hAnsi="Arial" w:cs="Arial"/>
          <w:b/>
          <w:bCs/>
          <w:noProof/>
          <w:lang w:val="en-US"/>
        </w:rPr>
        <w:t>Lampiran 3. Surat ijin penelitian di puskesmas kayon</w:t>
      </w:r>
    </w:p>
    <w:p w14:paraId="7A30A06E" w14:textId="0CB81AD6" w:rsidR="00FF099C" w:rsidRDefault="00FF099C" w:rsidP="00FF099C">
      <w:pPr>
        <w:tabs>
          <w:tab w:val="left" w:pos="3453"/>
        </w:tabs>
        <w:rPr>
          <w:rFonts w:ascii="Arial" w:hAnsi="Arial" w:cs="Arial"/>
          <w:b/>
          <w:bCs/>
          <w:noProof/>
          <w:sz w:val="24"/>
          <w:lang w:val="en-US"/>
        </w:rPr>
      </w:pPr>
      <w:r>
        <w:rPr>
          <w:rFonts w:ascii="Arial" w:hAnsi="Arial" w:cs="Arial"/>
          <w:b/>
          <w:bCs/>
          <w:noProof/>
          <w:sz w:val="24"/>
          <w:lang w:val="en-US"/>
        </w:rPr>
        <w:drawing>
          <wp:inline distT="0" distB="0" distL="0" distR="0" wp14:anchorId="0DEA41F0" wp14:editId="2F9B392F">
            <wp:extent cx="5042535" cy="7994015"/>
            <wp:effectExtent l="0" t="0" r="5715"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44">
                      <a:extLst>
                        <a:ext uri="{28A0092B-C50C-407E-A947-70E740481C1C}">
                          <a14:useLocalDpi xmlns:a14="http://schemas.microsoft.com/office/drawing/2010/main" val="0"/>
                        </a:ext>
                      </a:extLst>
                    </a:blip>
                    <a:stretch>
                      <a:fillRect/>
                    </a:stretch>
                  </pic:blipFill>
                  <pic:spPr>
                    <a:xfrm>
                      <a:off x="0" y="0"/>
                      <a:ext cx="5042535" cy="7994015"/>
                    </a:xfrm>
                    <a:prstGeom prst="rect">
                      <a:avLst/>
                    </a:prstGeom>
                  </pic:spPr>
                </pic:pic>
              </a:graphicData>
            </a:graphic>
          </wp:inline>
        </w:drawing>
      </w:r>
    </w:p>
    <w:p w14:paraId="562A3963" w14:textId="39CC90EE" w:rsidR="00FF099C" w:rsidRPr="00FF099C" w:rsidRDefault="00FF099C" w:rsidP="00FF099C">
      <w:pPr>
        <w:tabs>
          <w:tab w:val="left" w:pos="3453"/>
        </w:tabs>
        <w:rPr>
          <w:rFonts w:ascii="Arial" w:hAnsi="Arial" w:cs="Arial"/>
          <w:sz w:val="24"/>
          <w:lang w:val="en-US"/>
        </w:rPr>
        <w:sectPr w:rsidR="00FF099C" w:rsidRPr="00FF099C" w:rsidSect="00DA1E95">
          <w:headerReference w:type="default" r:id="rId45"/>
          <w:pgSz w:w="11910" w:h="16840"/>
          <w:pgMar w:top="1701" w:right="1701" w:bottom="1701" w:left="2268" w:header="709" w:footer="0" w:gutter="0"/>
          <w:pgNumType w:start="39"/>
          <w:cols w:space="720"/>
        </w:sectPr>
      </w:pPr>
      <w:r>
        <w:rPr>
          <w:rFonts w:ascii="Arial" w:hAnsi="Arial" w:cs="Arial"/>
          <w:sz w:val="24"/>
          <w:lang w:val="en-US"/>
        </w:rPr>
        <w:tab/>
      </w:r>
    </w:p>
    <w:p w14:paraId="23CF450B" w14:textId="77777777" w:rsidR="00FF099C" w:rsidRDefault="00FF099C" w:rsidP="005F376F">
      <w:pPr>
        <w:rPr>
          <w:rFonts w:ascii="Arial" w:hAnsi="Arial" w:cs="Arial"/>
        </w:rPr>
      </w:pPr>
    </w:p>
    <w:p w14:paraId="5E25E283" w14:textId="234832BD" w:rsidR="00365C4A" w:rsidRPr="00145753" w:rsidRDefault="00365C4A" w:rsidP="005F376F">
      <w:pPr>
        <w:rPr>
          <w:rFonts w:ascii="Arial" w:hAnsi="Arial" w:cs="Arial"/>
        </w:rPr>
      </w:pPr>
      <w:r w:rsidRPr="00145753">
        <w:rPr>
          <w:rFonts w:ascii="Arial" w:hAnsi="Arial" w:cs="Arial"/>
          <w:noProof/>
          <w:sz w:val="20"/>
        </w:rPr>
        <mc:AlternateContent>
          <mc:Choice Requires="wps">
            <w:drawing>
              <wp:anchor distT="0" distB="0" distL="0" distR="0" simplePos="0" relativeHeight="487600128" behindDoc="1" locked="0" layoutInCell="1" allowOverlap="1" wp14:anchorId="56771818" wp14:editId="77E4D32B">
                <wp:simplePos x="0" y="0"/>
                <wp:positionH relativeFrom="margin">
                  <wp:posOffset>1654208</wp:posOffset>
                </wp:positionH>
                <wp:positionV relativeFrom="margin">
                  <wp:posOffset>64169</wp:posOffset>
                </wp:positionV>
                <wp:extent cx="1863089" cy="196215"/>
                <wp:effectExtent l="0" t="0" r="0" b="0"/>
                <wp:wrapNone/>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3089" cy="196215"/>
                        </a:xfrm>
                        <a:prstGeom prst="rect">
                          <a:avLst/>
                        </a:prstGeom>
                      </wps:spPr>
                      <wps:txbx>
                        <w:txbxContent>
                          <w:p w14:paraId="6B9DB185" w14:textId="3A9FF07A" w:rsidR="002B0BE4" w:rsidRDefault="002B0BE4" w:rsidP="002B0BE4">
                            <w:pPr>
                              <w:spacing w:before="12"/>
                              <w:ind w:left="20"/>
                              <w:rPr>
                                <w:rFonts w:ascii="Arial"/>
                                <w:b/>
                                <w:sz w:val="24"/>
                              </w:rPr>
                            </w:pPr>
                          </w:p>
                        </w:txbxContent>
                      </wps:txbx>
                      <wps:bodyPr wrap="square" lIns="0" tIns="0" rIns="0" bIns="0" rtlCol="0">
                        <a:noAutofit/>
                      </wps:bodyPr>
                    </wps:wsp>
                  </a:graphicData>
                </a:graphic>
              </wp:anchor>
            </w:drawing>
          </mc:Choice>
          <mc:Fallback>
            <w:pict>
              <v:shape w14:anchorId="56771818" id="Textbox 69" o:spid="_x0000_s1036" type="#_x0000_t202" style="position:absolute;margin-left:130.25pt;margin-top:5.05pt;width:146.7pt;height:15.45pt;z-index:-15716352;visibility:visible;mso-wrap-style:square;mso-wrap-distance-left:0;mso-wrap-distance-top:0;mso-wrap-distance-right:0;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" filled="f" stroked="f">
                <v:textbox inset="0,0,0,0">
                  <w:txbxContent>
                    <w:p w14:paraId="6B9DB185" w14:textId="3A9FF07A" w:rsidR="002B0BE4" w:rsidRDefault="002B0BE4" w:rsidP="002B0BE4">
                      <w:pPr>
                        <w:spacing w:before="12"/>
                        <w:ind w:left="20"/>
                        <w:rPr>
                          <w:rFonts w:ascii="Arial"/>
                          <w:b/>
                          <w:sz w:val="24"/>
                        </w:rPr>
                      </w:pPr>
                    </w:p>
                  </w:txbxContent>
                </v:textbox>
                <w10:wrap anchorx="margin" anchory="margin"/>
              </v:shape>
            </w:pict>
          </mc:Fallback>
        </mc:AlternateContent>
      </w:r>
    </w:p>
    <w:p w14:paraId="6B21FC03" w14:textId="2AED75D5" w:rsidR="00547C38" w:rsidRPr="00145753" w:rsidRDefault="00365C4A" w:rsidP="00547C38">
      <w:pPr>
        <w:spacing w:before="4" w:line="360" w:lineRule="auto"/>
        <w:jc w:val="both"/>
        <w:rPr>
          <w:rFonts w:ascii="Arial" w:hAnsi="Arial" w:cs="Arial"/>
        </w:rPr>
      </w:pPr>
      <w:r w:rsidRPr="00145753">
        <w:rPr>
          <w:rFonts w:ascii="Arial" w:hAnsi="Arial" w:cs="Arial"/>
          <w:noProof/>
          <w:sz w:val="20"/>
        </w:rPr>
        <mc:AlternateContent>
          <mc:Choice Requires="wps">
            <w:drawing>
              <wp:anchor distT="0" distB="0" distL="0" distR="0" simplePos="0" relativeHeight="487602176" behindDoc="1" locked="0" layoutInCell="1" allowOverlap="1" wp14:anchorId="5413BC09" wp14:editId="01BAB3F5">
                <wp:simplePos x="0" y="0"/>
                <wp:positionH relativeFrom="margin">
                  <wp:posOffset>1635893</wp:posOffset>
                </wp:positionH>
                <wp:positionV relativeFrom="margin">
                  <wp:align>top</wp:align>
                </wp:positionV>
                <wp:extent cx="1863089" cy="196215"/>
                <wp:effectExtent l="0" t="0" r="0" b="0"/>
                <wp:wrapNone/>
                <wp:docPr id="1420438427"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3089" cy="196215"/>
                        </a:xfrm>
                        <a:prstGeom prst="rect">
                          <a:avLst/>
                        </a:prstGeom>
                      </wps:spPr>
                      <wps:txbx>
                        <w:txbxContent>
                          <w:p w14:paraId="5D736C49" w14:textId="77777777" w:rsidR="00547C38" w:rsidRDefault="00547C38" w:rsidP="00547C38">
                            <w:pPr>
                              <w:spacing w:before="12"/>
                              <w:ind w:left="20"/>
                              <w:rPr>
                                <w:rFonts w:ascii="Arial"/>
                                <w:b/>
                                <w:sz w:val="24"/>
                              </w:rPr>
                            </w:pPr>
                            <w:r>
                              <w:rPr>
                                <w:rFonts w:ascii="Arial"/>
                                <w:b/>
                                <w:spacing w:val="-2"/>
                                <w:sz w:val="24"/>
                              </w:rPr>
                              <w:t>KUESIONER</w:t>
                            </w:r>
                            <w:r>
                              <w:rPr>
                                <w:rFonts w:ascii="Arial"/>
                                <w:b/>
                                <w:spacing w:val="-5"/>
                                <w:sz w:val="24"/>
                              </w:rPr>
                              <w:t xml:space="preserve"> </w:t>
                            </w:r>
                            <w:r>
                              <w:rPr>
                                <w:rFonts w:ascii="Arial"/>
                                <w:b/>
                                <w:spacing w:val="-2"/>
                                <w:sz w:val="24"/>
                              </w:rPr>
                              <w:t>PENELITIAN</w:t>
                            </w:r>
                          </w:p>
                        </w:txbxContent>
                      </wps:txbx>
                      <wps:bodyPr wrap="square" lIns="0" tIns="0" rIns="0" bIns="0" rtlCol="0">
                        <a:noAutofit/>
                      </wps:bodyPr>
                    </wps:wsp>
                  </a:graphicData>
                </a:graphic>
              </wp:anchor>
            </w:drawing>
          </mc:Choice>
          <mc:Fallback>
            <w:pict>
              <v:shape w14:anchorId="5413BC09" id="_x0000_s1037" type="#_x0000_t202" style="position:absolute;left:0;text-align:left;margin-left:128.8pt;margin-top:0;width:146.7pt;height:15.45pt;z-index:-15714304;visibility:visible;mso-wrap-style:square;mso-wrap-distance-left:0;mso-wrap-distance-top:0;mso-wrap-distance-right:0;mso-wrap-distance-bottom:0;mso-position-horizontal:absolute;mso-position-horizontal-relative:margin;mso-position-vertical:top;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" filled="f" stroked="f">
                <v:textbox inset="0,0,0,0">
                  <w:txbxContent>
                    <w:p w14:paraId="5D736C49" w14:textId="77777777" w:rsidR="00547C38" w:rsidRDefault="00547C38" w:rsidP="00547C38">
                      <w:pPr>
                        <w:spacing w:before="12"/>
                        <w:ind w:left="20"/>
                        <w:rPr>
                          <w:rFonts w:ascii="Arial"/>
                          <w:b/>
                          <w:sz w:val="24"/>
                        </w:rPr>
                      </w:pPr>
                      <w:r>
                        <w:rPr>
                          <w:rFonts w:ascii="Arial"/>
                          <w:b/>
                          <w:spacing w:val="-2"/>
                          <w:sz w:val="24"/>
                        </w:rPr>
                        <w:t>KUESIONER</w:t>
                      </w:r>
                      <w:r>
                        <w:rPr>
                          <w:rFonts w:ascii="Arial"/>
                          <w:b/>
                          <w:spacing w:val="-5"/>
                          <w:sz w:val="24"/>
                        </w:rPr>
                        <w:t xml:space="preserve"> </w:t>
                      </w:r>
                      <w:r>
                        <w:rPr>
                          <w:rFonts w:ascii="Arial"/>
                          <w:b/>
                          <w:spacing w:val="-2"/>
                          <w:sz w:val="24"/>
                        </w:rPr>
                        <w:t>PENELITIAN</w:t>
                      </w:r>
                    </w:p>
                  </w:txbxContent>
                </v:textbox>
                <w10:wrap anchorx="margin" anchory="margin"/>
              </v:shape>
            </w:pict>
          </mc:Fallback>
        </mc:AlternateContent>
      </w:r>
    </w:p>
    <w:p w14:paraId="1B6D0259" w14:textId="5A1D062D" w:rsidR="00547C38" w:rsidRPr="00145753" w:rsidRDefault="00547C38" w:rsidP="00547C38">
      <w:pPr>
        <w:spacing w:before="4" w:line="360" w:lineRule="auto"/>
        <w:ind w:left="568"/>
        <w:jc w:val="both"/>
        <w:rPr>
          <w:rFonts w:ascii="Arial" w:hAnsi="Arial" w:cs="Arial"/>
        </w:rPr>
      </w:pPr>
      <w:r w:rsidRPr="00145753">
        <w:rPr>
          <w:rFonts w:ascii="Arial" w:hAnsi="Arial" w:cs="Arial"/>
        </w:rPr>
        <w:t>Identitas</w:t>
      </w:r>
      <w:r w:rsidRPr="00145753">
        <w:rPr>
          <w:rFonts w:ascii="Arial" w:hAnsi="Arial" w:cs="Arial"/>
          <w:spacing w:val="-4"/>
        </w:rPr>
        <w:t xml:space="preserve"> </w:t>
      </w:r>
      <w:r w:rsidRPr="00145753">
        <w:rPr>
          <w:rFonts w:ascii="Arial" w:hAnsi="Arial" w:cs="Arial"/>
          <w:spacing w:val="-2"/>
        </w:rPr>
        <w:t>Responden</w:t>
      </w:r>
    </w:p>
    <w:p w14:paraId="3FFFD63E" w14:textId="77777777" w:rsidR="00547C38" w:rsidRPr="00145753" w:rsidRDefault="00547C38" w:rsidP="00547C38">
      <w:pPr>
        <w:tabs>
          <w:tab w:val="left" w:leader="dot" w:pos="6573"/>
        </w:tabs>
        <w:spacing w:line="360" w:lineRule="auto"/>
        <w:ind w:left="568"/>
        <w:rPr>
          <w:rFonts w:ascii="Arial" w:hAnsi="Arial" w:cs="Arial"/>
        </w:rPr>
      </w:pPr>
      <w:r w:rsidRPr="00145753">
        <w:rPr>
          <w:rFonts w:ascii="Arial" w:hAnsi="Arial" w:cs="Arial"/>
          <w:spacing w:val="-2"/>
        </w:rPr>
        <w:t>Nomor</w:t>
      </w:r>
      <w:r w:rsidRPr="00145753">
        <w:rPr>
          <w:rFonts w:ascii="Arial" w:hAnsi="Arial" w:cs="Arial"/>
          <w:spacing w:val="-12"/>
        </w:rPr>
        <w:t xml:space="preserve"> </w:t>
      </w:r>
      <w:r w:rsidRPr="00145753">
        <w:rPr>
          <w:rFonts w:ascii="Arial" w:hAnsi="Arial" w:cs="Arial"/>
          <w:spacing w:val="-2"/>
        </w:rPr>
        <w:t>Responden</w:t>
      </w:r>
      <w:r w:rsidRPr="00145753">
        <w:rPr>
          <w:rFonts w:ascii="Arial" w:hAnsi="Arial" w:cs="Arial"/>
        </w:rPr>
        <w:t xml:space="preserve">      : </w:t>
      </w:r>
      <w:r w:rsidRPr="00145753">
        <w:rPr>
          <w:rFonts w:ascii="Arial" w:hAnsi="Arial" w:cs="Arial"/>
        </w:rPr>
        <w:tab/>
        <w:t>......................</w:t>
      </w:r>
      <w:r w:rsidRPr="00145753">
        <w:rPr>
          <w:rFonts w:ascii="Arial" w:hAnsi="Arial" w:cs="Arial"/>
        </w:rPr>
        <w:tab/>
      </w:r>
    </w:p>
    <w:p w14:paraId="54CACE0E" w14:textId="77777777" w:rsidR="00547C38" w:rsidRPr="00145753" w:rsidRDefault="00547C38" w:rsidP="00547C38">
      <w:pPr>
        <w:tabs>
          <w:tab w:val="left" w:leader="dot" w:pos="7657"/>
        </w:tabs>
        <w:spacing w:line="360" w:lineRule="auto"/>
        <w:ind w:left="568"/>
        <w:rPr>
          <w:rFonts w:ascii="Arial" w:hAnsi="Arial" w:cs="Arial"/>
        </w:rPr>
      </w:pPr>
      <w:r w:rsidRPr="00145753">
        <w:rPr>
          <w:rFonts w:ascii="Arial" w:hAnsi="Arial" w:cs="Arial"/>
        </w:rPr>
        <w:t xml:space="preserve">Nama </w:t>
      </w:r>
      <w:r w:rsidRPr="00145753">
        <w:rPr>
          <w:rFonts w:ascii="Arial" w:hAnsi="Arial" w:cs="Arial"/>
          <w:spacing w:val="-2"/>
        </w:rPr>
        <w:t>Responden</w:t>
      </w:r>
      <w:r w:rsidRPr="00145753">
        <w:rPr>
          <w:rFonts w:ascii="Arial" w:hAnsi="Arial" w:cs="Arial"/>
        </w:rPr>
        <w:t xml:space="preserve">      : </w:t>
      </w:r>
      <w:r w:rsidRPr="00145753">
        <w:rPr>
          <w:rFonts w:ascii="Arial" w:hAnsi="Arial" w:cs="Arial"/>
          <w:spacing w:val="-2"/>
        </w:rPr>
        <w:tab/>
        <w:t>....</w:t>
      </w:r>
    </w:p>
    <w:p w14:paraId="034FDE82" w14:textId="4BDDF1B7" w:rsidR="00547C38" w:rsidRPr="00145753" w:rsidRDefault="00547C38" w:rsidP="00547C38">
      <w:pPr>
        <w:tabs>
          <w:tab w:val="left" w:pos="2729"/>
        </w:tabs>
        <w:spacing w:line="360" w:lineRule="auto"/>
        <w:ind w:left="568"/>
        <w:jc w:val="both"/>
        <w:rPr>
          <w:rFonts w:ascii="Arial" w:hAnsi="Arial" w:cs="Arial"/>
        </w:rPr>
      </w:pPr>
      <w:r w:rsidRPr="00145753">
        <w:rPr>
          <w:rFonts w:ascii="Arial" w:hAnsi="Arial" w:cs="Arial"/>
          <w:spacing w:val="-2"/>
        </w:rPr>
        <w:t>Pekerjaan</w:t>
      </w:r>
      <w:r w:rsidRPr="00145753">
        <w:rPr>
          <w:rFonts w:ascii="Arial" w:hAnsi="Arial" w:cs="Arial"/>
        </w:rPr>
        <w:tab/>
        <w:t>:</w:t>
      </w:r>
      <w:r w:rsidRPr="00145753">
        <w:rPr>
          <w:rFonts w:ascii="Arial" w:hAnsi="Arial" w:cs="Arial"/>
          <w:spacing w:val="-15"/>
        </w:rPr>
        <w:t xml:space="preserve"> </w:t>
      </w:r>
      <w:r w:rsidRPr="00145753">
        <w:rPr>
          <w:rFonts w:ascii="Arial" w:hAnsi="Arial" w:cs="Arial"/>
        </w:rPr>
        <w:t>……………………………………………......................</w:t>
      </w:r>
    </w:p>
    <w:p w14:paraId="2A17D886" w14:textId="77777777" w:rsidR="00547C38" w:rsidRPr="00145753" w:rsidRDefault="00547C38" w:rsidP="00547C38">
      <w:pPr>
        <w:tabs>
          <w:tab w:val="left" w:pos="2729"/>
        </w:tabs>
        <w:spacing w:line="360" w:lineRule="auto"/>
        <w:ind w:left="568"/>
        <w:jc w:val="both"/>
        <w:rPr>
          <w:rFonts w:ascii="Arial" w:hAnsi="Arial" w:cs="Arial"/>
        </w:rPr>
      </w:pPr>
      <w:r w:rsidRPr="00145753">
        <w:rPr>
          <w:rFonts w:ascii="Arial" w:hAnsi="Arial" w:cs="Arial"/>
          <w:spacing w:val="-4"/>
        </w:rPr>
        <w:t>Usia</w:t>
      </w:r>
      <w:r w:rsidRPr="00145753">
        <w:rPr>
          <w:rFonts w:ascii="Arial" w:hAnsi="Arial" w:cs="Arial"/>
        </w:rPr>
        <w:tab/>
        <w:t>:</w:t>
      </w:r>
      <w:r w:rsidRPr="00145753">
        <w:rPr>
          <w:rFonts w:ascii="Arial" w:hAnsi="Arial" w:cs="Arial"/>
          <w:spacing w:val="-15"/>
        </w:rPr>
        <w:t xml:space="preserve"> </w:t>
      </w:r>
      <w:r w:rsidRPr="00145753">
        <w:rPr>
          <w:rFonts w:ascii="Arial" w:hAnsi="Arial" w:cs="Arial"/>
        </w:rPr>
        <w:t>…………………………………………………………....</w:t>
      </w:r>
    </w:p>
    <w:p w14:paraId="6FDA6877" w14:textId="7E939A8D" w:rsidR="00547C38" w:rsidRPr="00145753" w:rsidRDefault="00547C38" w:rsidP="00547C38">
      <w:pPr>
        <w:tabs>
          <w:tab w:val="left" w:pos="2729"/>
        </w:tabs>
        <w:spacing w:line="360" w:lineRule="auto"/>
        <w:ind w:left="568"/>
        <w:jc w:val="both"/>
        <w:rPr>
          <w:rFonts w:ascii="Arial" w:hAnsi="Arial" w:cs="Arial"/>
        </w:rPr>
      </w:pPr>
      <w:r w:rsidRPr="00145753">
        <w:rPr>
          <w:rFonts w:ascii="Arial" w:hAnsi="Arial" w:cs="Arial"/>
          <w:spacing w:val="-2"/>
        </w:rPr>
        <w:t>Pendidikan</w:t>
      </w:r>
      <w:r w:rsidRPr="00145753">
        <w:rPr>
          <w:rFonts w:ascii="Arial" w:hAnsi="Arial" w:cs="Arial"/>
        </w:rPr>
        <w:tab/>
        <w:t>: ……………………………………………………….......</w:t>
      </w:r>
    </w:p>
    <w:p w14:paraId="1D017836" w14:textId="0BD673F7" w:rsidR="00145753" w:rsidRPr="00145753" w:rsidRDefault="00145753" w:rsidP="00145753">
      <w:pPr>
        <w:tabs>
          <w:tab w:val="left" w:pos="2729"/>
          <w:tab w:val="left" w:pos="3405"/>
        </w:tabs>
        <w:spacing w:line="360" w:lineRule="auto"/>
        <w:ind w:left="568"/>
        <w:jc w:val="both"/>
        <w:rPr>
          <w:rFonts w:ascii="Arial" w:hAnsi="Arial" w:cs="Arial"/>
        </w:rPr>
      </w:pPr>
      <w:r w:rsidRPr="00145753">
        <w:rPr>
          <w:rFonts w:ascii="Arial" w:hAnsi="Arial" w:cs="Arial"/>
          <w:noProof/>
        </w:rPr>
        <mc:AlternateContent>
          <mc:Choice Requires="wps">
            <w:drawing>
              <wp:anchor distT="0" distB="0" distL="114300" distR="114300" simplePos="0" relativeHeight="487603200" behindDoc="0" locked="0" layoutInCell="1" allowOverlap="1" wp14:anchorId="7ECE1F78" wp14:editId="12322ADE">
                <wp:simplePos x="0" y="0"/>
                <wp:positionH relativeFrom="column">
                  <wp:posOffset>1902460</wp:posOffset>
                </wp:positionH>
                <wp:positionV relativeFrom="paragraph">
                  <wp:posOffset>10795</wp:posOffset>
                </wp:positionV>
                <wp:extent cx="142875" cy="142875"/>
                <wp:effectExtent l="0" t="0" r="28575" b="28575"/>
                <wp:wrapNone/>
                <wp:docPr id="1303210494" name="Rectangle 34"/>
                <wp:cNvGraphicFramePr/>
                <a:graphic xmlns:a="http://schemas.openxmlformats.org/drawingml/2006/main">
                  <a:graphicData uri="http://schemas.microsoft.com/office/word/2010/wordprocessingShape">
                    <wps:wsp>
                      <wps:cNvSpPr/>
                      <wps:spPr>
                        <a:xfrm>
                          <a:off x="0" y="0"/>
                          <a:ext cx="142875" cy="14287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28F41D81" id="Rectangle 34" o:spid="_x0000_s1026" style="position:absolute;margin-left:149.8pt;margin-top:.85pt;width:11.25pt;height:11.25pt;z-index:4876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" fillcolor="white [3201]" strokecolor="black [3213]"/>
            </w:pict>
          </mc:Fallback>
        </mc:AlternateContent>
      </w:r>
      <w:r w:rsidRPr="00145753">
        <w:rPr>
          <w:rFonts w:ascii="Arial" w:hAnsi="Arial" w:cs="Arial"/>
        </w:rPr>
        <w:t>ASI Eklsklusif</w:t>
      </w:r>
      <w:r w:rsidRPr="00145753">
        <w:rPr>
          <w:rFonts w:ascii="Arial" w:hAnsi="Arial" w:cs="Arial"/>
        </w:rPr>
        <w:tab/>
        <w:t xml:space="preserve">: </w:t>
      </w:r>
      <w:r w:rsidRPr="00145753">
        <w:rPr>
          <w:rFonts w:ascii="Arial" w:hAnsi="Arial" w:cs="Arial"/>
        </w:rPr>
        <w:tab/>
        <w:t>Ya</w:t>
      </w:r>
    </w:p>
    <w:p w14:paraId="59CB867A" w14:textId="3C11D488" w:rsidR="00145753" w:rsidRPr="00145753" w:rsidRDefault="00145753" w:rsidP="00145753">
      <w:pPr>
        <w:tabs>
          <w:tab w:val="left" w:pos="3405"/>
        </w:tabs>
        <w:spacing w:before="134"/>
        <w:ind w:left="1136"/>
        <w:rPr>
          <w:rFonts w:ascii="Arial" w:hAnsi="Arial" w:cs="Arial"/>
        </w:rPr>
      </w:pPr>
      <w:r w:rsidRPr="00145753">
        <w:rPr>
          <w:rFonts w:ascii="Arial" w:hAnsi="Arial" w:cs="Arial"/>
          <w:noProof/>
        </w:rPr>
        <mc:AlternateContent>
          <mc:Choice Requires="wps">
            <w:drawing>
              <wp:anchor distT="0" distB="0" distL="114300" distR="114300" simplePos="0" relativeHeight="487605248" behindDoc="0" locked="0" layoutInCell="1" allowOverlap="1" wp14:anchorId="50598FE1" wp14:editId="1A6BAF51">
                <wp:simplePos x="0" y="0"/>
                <wp:positionH relativeFrom="column">
                  <wp:posOffset>1905000</wp:posOffset>
                </wp:positionH>
                <wp:positionV relativeFrom="paragraph">
                  <wp:posOffset>66040</wp:posOffset>
                </wp:positionV>
                <wp:extent cx="142875" cy="142875"/>
                <wp:effectExtent l="0" t="0" r="28575" b="28575"/>
                <wp:wrapNone/>
                <wp:docPr id="1283102696" name="Rectangle 34"/>
                <wp:cNvGraphicFramePr/>
                <a:graphic xmlns:a="http://schemas.openxmlformats.org/drawingml/2006/main">
                  <a:graphicData uri="http://schemas.microsoft.com/office/word/2010/wordprocessingShape">
                    <wps:wsp>
                      <wps:cNvSpPr/>
                      <wps:spPr>
                        <a:xfrm>
                          <a:off x="0" y="0"/>
                          <a:ext cx="142875" cy="142875"/>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0DAF356E" id="Rectangle 34" o:spid="_x0000_s1026" style="position:absolute;margin-left:150pt;margin-top:5.2pt;width:11.25pt;height:11.25pt;z-index:48760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" fillcolor="white [3201]" strokecolor="black [3213]"/>
            </w:pict>
          </mc:Fallback>
        </mc:AlternateContent>
      </w:r>
      <w:r w:rsidRPr="00145753">
        <w:rPr>
          <w:rFonts w:ascii="Arial" w:hAnsi="Arial" w:cs="Arial"/>
        </w:rPr>
        <w:tab/>
        <w:t>Tidak</w:t>
      </w:r>
    </w:p>
    <w:p w14:paraId="1ABC4F50" w14:textId="50D6C189" w:rsidR="00547B98" w:rsidRPr="00145753" w:rsidRDefault="0027081F" w:rsidP="005F376F">
      <w:pPr>
        <w:spacing w:before="134"/>
        <w:ind w:left="1136"/>
        <w:rPr>
          <w:rFonts w:ascii="Arial" w:hAnsi="Arial" w:cs="Arial"/>
        </w:rPr>
      </w:pPr>
      <w:r w:rsidRPr="00145753">
        <w:rPr>
          <w:rFonts w:ascii="Arial" w:hAnsi="Arial" w:cs="Arial"/>
        </w:rPr>
        <w:t>Petunjuk</w:t>
      </w:r>
      <w:r w:rsidRPr="00145753">
        <w:rPr>
          <w:rFonts w:ascii="Arial" w:hAnsi="Arial" w:cs="Arial"/>
          <w:spacing w:val="-6"/>
        </w:rPr>
        <w:t xml:space="preserve"> </w:t>
      </w:r>
      <w:r w:rsidRPr="00145753">
        <w:rPr>
          <w:rFonts w:ascii="Arial" w:hAnsi="Arial" w:cs="Arial"/>
        </w:rPr>
        <w:t>Pengisian</w:t>
      </w:r>
      <w:r w:rsidRPr="00145753">
        <w:rPr>
          <w:rFonts w:ascii="Arial" w:hAnsi="Arial" w:cs="Arial"/>
          <w:spacing w:val="-5"/>
        </w:rPr>
        <w:t xml:space="preserve"> </w:t>
      </w:r>
      <w:r w:rsidRPr="00145753">
        <w:rPr>
          <w:rFonts w:ascii="Arial" w:hAnsi="Arial" w:cs="Arial"/>
          <w:spacing w:val="-10"/>
        </w:rPr>
        <w:t>:</w:t>
      </w:r>
    </w:p>
    <w:p w14:paraId="453B736C" w14:textId="77777777" w:rsidR="00547B98" w:rsidRPr="00145753" w:rsidRDefault="00547B98" w:rsidP="005F376F">
      <w:pPr>
        <w:spacing w:before="12"/>
        <w:rPr>
          <w:rFonts w:ascii="Arial" w:hAnsi="Arial" w:cs="Arial"/>
        </w:rPr>
      </w:pPr>
    </w:p>
    <w:p w14:paraId="14C7DB64" w14:textId="77777777" w:rsidR="00547B98" w:rsidRPr="00145753" w:rsidRDefault="0027081F" w:rsidP="005F376F">
      <w:pPr>
        <w:numPr>
          <w:ilvl w:val="0"/>
          <w:numId w:val="2"/>
        </w:numPr>
        <w:tabs>
          <w:tab w:val="left" w:pos="1496"/>
        </w:tabs>
        <w:spacing w:before="1"/>
        <w:ind w:left="1496"/>
        <w:rPr>
          <w:rFonts w:ascii="Arial" w:hAnsi="Arial" w:cs="Arial"/>
        </w:rPr>
      </w:pPr>
      <w:r w:rsidRPr="00145753">
        <w:rPr>
          <w:rFonts w:ascii="Arial" w:hAnsi="Arial" w:cs="Arial"/>
        </w:rPr>
        <w:t>Bacalah</w:t>
      </w:r>
      <w:r w:rsidRPr="00145753">
        <w:rPr>
          <w:rFonts w:ascii="Arial" w:hAnsi="Arial" w:cs="Arial"/>
          <w:spacing w:val="-9"/>
        </w:rPr>
        <w:t xml:space="preserve"> </w:t>
      </w:r>
      <w:r w:rsidRPr="00145753">
        <w:rPr>
          <w:rFonts w:ascii="Arial" w:hAnsi="Arial" w:cs="Arial"/>
        </w:rPr>
        <w:t>dengan</w:t>
      </w:r>
      <w:r w:rsidRPr="00145753">
        <w:rPr>
          <w:rFonts w:ascii="Arial" w:hAnsi="Arial" w:cs="Arial"/>
          <w:spacing w:val="-4"/>
        </w:rPr>
        <w:t xml:space="preserve"> </w:t>
      </w:r>
      <w:r w:rsidRPr="00145753">
        <w:rPr>
          <w:rFonts w:ascii="Arial" w:hAnsi="Arial" w:cs="Arial"/>
        </w:rPr>
        <w:t>teliti</w:t>
      </w:r>
      <w:r w:rsidRPr="00145753">
        <w:rPr>
          <w:rFonts w:ascii="Arial" w:hAnsi="Arial" w:cs="Arial"/>
          <w:spacing w:val="-9"/>
        </w:rPr>
        <w:t xml:space="preserve"> </w:t>
      </w:r>
      <w:r w:rsidRPr="00145753">
        <w:rPr>
          <w:rFonts w:ascii="Arial" w:hAnsi="Arial" w:cs="Arial"/>
        </w:rPr>
        <w:t>setiap pernyataan</w:t>
      </w:r>
      <w:r w:rsidRPr="00145753">
        <w:rPr>
          <w:rFonts w:ascii="Arial" w:hAnsi="Arial" w:cs="Arial"/>
          <w:spacing w:val="-5"/>
        </w:rPr>
        <w:t xml:space="preserve"> </w:t>
      </w:r>
      <w:r w:rsidRPr="00145753">
        <w:rPr>
          <w:rFonts w:ascii="Arial" w:hAnsi="Arial" w:cs="Arial"/>
        </w:rPr>
        <w:t>dan</w:t>
      </w:r>
      <w:r w:rsidRPr="00145753">
        <w:rPr>
          <w:rFonts w:ascii="Arial" w:hAnsi="Arial" w:cs="Arial"/>
          <w:spacing w:val="-4"/>
        </w:rPr>
        <w:t xml:space="preserve"> </w:t>
      </w:r>
      <w:r w:rsidRPr="00145753">
        <w:rPr>
          <w:rFonts w:ascii="Arial" w:hAnsi="Arial" w:cs="Arial"/>
        </w:rPr>
        <w:t>pilihan</w:t>
      </w:r>
      <w:r w:rsidRPr="00145753">
        <w:rPr>
          <w:rFonts w:ascii="Arial" w:hAnsi="Arial" w:cs="Arial"/>
          <w:spacing w:val="-9"/>
        </w:rPr>
        <w:t xml:space="preserve"> </w:t>
      </w:r>
      <w:r w:rsidRPr="00145753">
        <w:rPr>
          <w:rFonts w:ascii="Arial" w:hAnsi="Arial" w:cs="Arial"/>
          <w:spacing w:val="-2"/>
        </w:rPr>
        <w:t>jawabannya</w:t>
      </w:r>
    </w:p>
    <w:p w14:paraId="5238470C" w14:textId="77777777" w:rsidR="00547B98" w:rsidRPr="00145753" w:rsidRDefault="00547B98" w:rsidP="005F376F">
      <w:pPr>
        <w:spacing w:before="2"/>
        <w:rPr>
          <w:rFonts w:ascii="Arial" w:hAnsi="Arial" w:cs="Arial"/>
        </w:rPr>
      </w:pPr>
    </w:p>
    <w:p w14:paraId="540A6848" w14:textId="77777777" w:rsidR="00547B98" w:rsidRPr="00145753" w:rsidRDefault="0027081F" w:rsidP="005F376F">
      <w:pPr>
        <w:numPr>
          <w:ilvl w:val="0"/>
          <w:numId w:val="2"/>
        </w:numPr>
        <w:tabs>
          <w:tab w:val="left" w:pos="1497"/>
        </w:tabs>
        <w:spacing w:before="1" w:line="348" w:lineRule="auto"/>
        <w:rPr>
          <w:rFonts w:ascii="Arial" w:hAnsi="Arial" w:cs="Arial"/>
        </w:rPr>
      </w:pPr>
      <w:r w:rsidRPr="00145753">
        <w:rPr>
          <w:rFonts w:ascii="Arial" w:hAnsi="Arial" w:cs="Arial"/>
          <w:noProof/>
        </w:rPr>
        <w:drawing>
          <wp:anchor distT="0" distB="0" distL="0" distR="0" simplePos="0" relativeHeight="486430720" behindDoc="1" locked="0" layoutInCell="1" allowOverlap="1" wp14:anchorId="1CE61BB9" wp14:editId="42C25635">
            <wp:simplePos x="0" y="0"/>
            <wp:positionH relativeFrom="page">
              <wp:posOffset>2805176</wp:posOffset>
            </wp:positionH>
            <wp:positionV relativeFrom="paragraph">
              <wp:posOffset>13305</wp:posOffset>
            </wp:positionV>
            <wp:extent cx="208280" cy="154939"/>
            <wp:effectExtent l="0" t="0" r="0" b="0"/>
            <wp:wrapNone/>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46" cstate="print"/>
                    <a:stretch>
                      <a:fillRect/>
                    </a:stretch>
                  </pic:blipFill>
                  <pic:spPr>
                    <a:xfrm>
                      <a:off x="0" y="0"/>
                      <a:ext cx="208280" cy="154939"/>
                    </a:xfrm>
                    <a:prstGeom prst="rect">
                      <a:avLst/>
                    </a:prstGeom>
                  </pic:spPr>
                </pic:pic>
              </a:graphicData>
            </a:graphic>
          </wp:anchor>
        </w:drawing>
      </w:r>
      <w:r w:rsidRPr="00145753">
        <w:rPr>
          <w:rFonts w:ascii="Arial" w:hAnsi="Arial" w:cs="Arial"/>
        </w:rPr>
        <w:t>Beri</w:t>
      </w:r>
      <w:r w:rsidRPr="00145753">
        <w:rPr>
          <w:rFonts w:ascii="Arial" w:hAnsi="Arial" w:cs="Arial"/>
          <w:spacing w:val="35"/>
        </w:rPr>
        <w:t xml:space="preserve"> </w:t>
      </w:r>
      <w:r w:rsidRPr="00145753">
        <w:rPr>
          <w:rFonts w:ascii="Arial" w:hAnsi="Arial" w:cs="Arial"/>
        </w:rPr>
        <w:t>tanda</w:t>
      </w:r>
      <w:r w:rsidRPr="00145753">
        <w:rPr>
          <w:rFonts w:ascii="Arial" w:hAnsi="Arial" w:cs="Arial"/>
          <w:spacing w:val="38"/>
        </w:rPr>
        <w:t xml:space="preserve"> </w:t>
      </w:r>
      <w:r w:rsidRPr="00145753">
        <w:rPr>
          <w:rFonts w:ascii="Arial" w:hAnsi="Arial" w:cs="Arial"/>
        </w:rPr>
        <w:t>(</w:t>
      </w:r>
      <w:r w:rsidRPr="00145753">
        <w:rPr>
          <w:rFonts w:ascii="Arial" w:hAnsi="Arial" w:cs="Arial"/>
          <w:spacing w:val="80"/>
        </w:rPr>
        <w:t xml:space="preserve"> </w:t>
      </w:r>
      <w:r w:rsidRPr="00145753">
        <w:rPr>
          <w:rFonts w:ascii="Arial" w:hAnsi="Arial" w:cs="Arial"/>
        </w:rPr>
        <w:t>)pada</w:t>
      </w:r>
      <w:r w:rsidRPr="00145753">
        <w:rPr>
          <w:rFonts w:ascii="Arial" w:hAnsi="Arial" w:cs="Arial"/>
          <w:spacing w:val="37"/>
        </w:rPr>
        <w:t xml:space="preserve"> </w:t>
      </w:r>
      <w:r w:rsidRPr="00145753">
        <w:rPr>
          <w:rFonts w:ascii="Arial" w:hAnsi="Arial" w:cs="Arial"/>
        </w:rPr>
        <w:t>pernyataan</w:t>
      </w:r>
      <w:r w:rsidRPr="00145753">
        <w:rPr>
          <w:rFonts w:ascii="Arial" w:hAnsi="Arial" w:cs="Arial"/>
          <w:spacing w:val="39"/>
        </w:rPr>
        <w:t xml:space="preserve"> </w:t>
      </w:r>
      <w:r w:rsidRPr="00145753">
        <w:rPr>
          <w:rFonts w:ascii="Arial" w:hAnsi="Arial" w:cs="Arial"/>
        </w:rPr>
        <w:t>dibawah</w:t>
      </w:r>
      <w:r w:rsidRPr="00145753">
        <w:rPr>
          <w:rFonts w:ascii="Arial" w:hAnsi="Arial" w:cs="Arial"/>
          <w:spacing w:val="34"/>
        </w:rPr>
        <w:t xml:space="preserve"> </w:t>
      </w:r>
      <w:r w:rsidRPr="00145753">
        <w:rPr>
          <w:rFonts w:ascii="Arial" w:hAnsi="Arial" w:cs="Arial"/>
        </w:rPr>
        <w:t>ini</w:t>
      </w:r>
      <w:r w:rsidRPr="00145753">
        <w:rPr>
          <w:rFonts w:ascii="Arial" w:hAnsi="Arial" w:cs="Arial"/>
          <w:spacing w:val="35"/>
        </w:rPr>
        <w:t xml:space="preserve"> </w:t>
      </w:r>
      <w:r w:rsidRPr="00145753">
        <w:rPr>
          <w:rFonts w:ascii="Arial" w:hAnsi="Arial" w:cs="Arial"/>
        </w:rPr>
        <w:t>sesuai</w:t>
      </w:r>
      <w:r w:rsidRPr="00145753">
        <w:rPr>
          <w:rFonts w:ascii="Arial" w:hAnsi="Arial" w:cs="Arial"/>
          <w:spacing w:val="35"/>
        </w:rPr>
        <w:t xml:space="preserve"> </w:t>
      </w:r>
      <w:r w:rsidRPr="00145753">
        <w:rPr>
          <w:rFonts w:ascii="Arial" w:hAnsi="Arial" w:cs="Arial"/>
        </w:rPr>
        <w:t>dengan pilihan</w:t>
      </w:r>
      <w:r w:rsidRPr="00145753">
        <w:rPr>
          <w:rFonts w:ascii="Arial" w:hAnsi="Arial" w:cs="Arial"/>
          <w:spacing w:val="40"/>
        </w:rPr>
        <w:t xml:space="preserve"> </w:t>
      </w:r>
      <w:r w:rsidRPr="00145753">
        <w:rPr>
          <w:rFonts w:ascii="Arial" w:hAnsi="Arial" w:cs="Arial"/>
        </w:rPr>
        <w:t>jawaban anda</w:t>
      </w:r>
    </w:p>
    <w:p w14:paraId="2E4F7297" w14:textId="77777777" w:rsidR="00547B98" w:rsidRPr="00145753" w:rsidRDefault="0027081F" w:rsidP="005F376F">
      <w:pPr>
        <w:numPr>
          <w:ilvl w:val="0"/>
          <w:numId w:val="2"/>
        </w:numPr>
        <w:tabs>
          <w:tab w:val="left" w:pos="1497"/>
        </w:tabs>
        <w:spacing w:before="13" w:line="345" w:lineRule="auto"/>
        <w:rPr>
          <w:rFonts w:ascii="Arial" w:hAnsi="Arial" w:cs="Arial"/>
        </w:rPr>
      </w:pPr>
      <w:r w:rsidRPr="00145753">
        <w:rPr>
          <w:rFonts w:ascii="Arial" w:hAnsi="Arial" w:cs="Arial"/>
        </w:rPr>
        <w:t>Baca</w:t>
      </w:r>
      <w:r w:rsidRPr="00145753">
        <w:rPr>
          <w:rFonts w:ascii="Arial" w:hAnsi="Arial" w:cs="Arial"/>
          <w:spacing w:val="-9"/>
        </w:rPr>
        <w:t xml:space="preserve"> </w:t>
      </w:r>
      <w:r w:rsidRPr="00145753">
        <w:rPr>
          <w:rFonts w:ascii="Arial" w:hAnsi="Arial" w:cs="Arial"/>
        </w:rPr>
        <w:t>kembali</w:t>
      </w:r>
      <w:r w:rsidRPr="00145753">
        <w:rPr>
          <w:rFonts w:ascii="Arial" w:hAnsi="Arial" w:cs="Arial"/>
          <w:spacing w:val="-10"/>
        </w:rPr>
        <w:t xml:space="preserve"> </w:t>
      </w:r>
      <w:r w:rsidRPr="00145753">
        <w:rPr>
          <w:rFonts w:ascii="Arial" w:hAnsi="Arial" w:cs="Arial"/>
        </w:rPr>
        <w:t>semua</w:t>
      </w:r>
      <w:r w:rsidRPr="00145753">
        <w:rPr>
          <w:rFonts w:ascii="Arial" w:hAnsi="Arial" w:cs="Arial"/>
          <w:spacing w:val="-8"/>
        </w:rPr>
        <w:t xml:space="preserve"> </w:t>
      </w:r>
      <w:r w:rsidRPr="00145753">
        <w:rPr>
          <w:rFonts w:ascii="Arial" w:hAnsi="Arial" w:cs="Arial"/>
        </w:rPr>
        <w:t>pernyataan</w:t>
      </w:r>
      <w:r w:rsidRPr="00145753">
        <w:rPr>
          <w:rFonts w:ascii="Arial" w:hAnsi="Arial" w:cs="Arial"/>
          <w:spacing w:val="-11"/>
        </w:rPr>
        <w:t xml:space="preserve"> </w:t>
      </w:r>
      <w:r w:rsidRPr="00145753">
        <w:rPr>
          <w:rFonts w:ascii="Arial" w:hAnsi="Arial" w:cs="Arial"/>
        </w:rPr>
        <w:t>pastikan</w:t>
      </w:r>
      <w:r w:rsidRPr="00145753">
        <w:rPr>
          <w:rFonts w:ascii="Arial" w:hAnsi="Arial" w:cs="Arial"/>
          <w:spacing w:val="-15"/>
        </w:rPr>
        <w:t xml:space="preserve"> </w:t>
      </w:r>
      <w:r w:rsidRPr="00145753">
        <w:rPr>
          <w:rFonts w:ascii="Arial" w:hAnsi="Arial" w:cs="Arial"/>
        </w:rPr>
        <w:t>tidak</w:t>
      </w:r>
      <w:r w:rsidRPr="00145753">
        <w:rPr>
          <w:rFonts w:ascii="Arial" w:hAnsi="Arial" w:cs="Arial"/>
          <w:spacing w:val="-8"/>
        </w:rPr>
        <w:t xml:space="preserve"> </w:t>
      </w:r>
      <w:r w:rsidRPr="00145753">
        <w:rPr>
          <w:rFonts w:ascii="Arial" w:hAnsi="Arial" w:cs="Arial"/>
        </w:rPr>
        <w:t>ada</w:t>
      </w:r>
      <w:r w:rsidRPr="00145753">
        <w:rPr>
          <w:rFonts w:ascii="Arial" w:hAnsi="Arial" w:cs="Arial"/>
          <w:spacing w:val="-9"/>
        </w:rPr>
        <w:t xml:space="preserve"> </w:t>
      </w:r>
      <w:r w:rsidRPr="00145753">
        <w:rPr>
          <w:rFonts w:ascii="Arial" w:hAnsi="Arial" w:cs="Arial"/>
        </w:rPr>
        <w:t>yang terlewatkan Keterangan :</w:t>
      </w:r>
    </w:p>
    <w:p w14:paraId="6B9E44BD" w14:textId="77777777" w:rsidR="00145753" w:rsidRPr="00145753" w:rsidRDefault="0027081F" w:rsidP="005F376F">
      <w:pPr>
        <w:tabs>
          <w:tab w:val="left" w:pos="2008"/>
        </w:tabs>
        <w:spacing w:before="16" w:line="360" w:lineRule="auto"/>
        <w:ind w:left="1497"/>
        <w:rPr>
          <w:rFonts w:ascii="Arial" w:hAnsi="Arial" w:cs="Arial"/>
        </w:rPr>
      </w:pPr>
      <w:r w:rsidRPr="00145753">
        <w:rPr>
          <w:rFonts w:ascii="Arial" w:hAnsi="Arial" w:cs="Arial"/>
          <w:spacing w:val="-6"/>
        </w:rPr>
        <w:t>TP</w:t>
      </w:r>
      <w:r w:rsidRPr="00145753">
        <w:rPr>
          <w:rFonts w:ascii="Arial" w:hAnsi="Arial" w:cs="Arial"/>
        </w:rPr>
        <w:tab/>
        <w:t>:</w:t>
      </w:r>
      <w:r w:rsidRPr="00145753">
        <w:rPr>
          <w:rFonts w:ascii="Arial" w:hAnsi="Arial" w:cs="Arial"/>
          <w:spacing w:val="-16"/>
        </w:rPr>
        <w:t xml:space="preserve"> </w:t>
      </w:r>
      <w:r w:rsidRPr="00145753">
        <w:rPr>
          <w:rFonts w:ascii="Arial" w:hAnsi="Arial" w:cs="Arial"/>
        </w:rPr>
        <w:t>Tidak</w:t>
      </w:r>
      <w:r w:rsidRPr="00145753">
        <w:rPr>
          <w:rFonts w:ascii="Arial" w:hAnsi="Arial" w:cs="Arial"/>
          <w:spacing w:val="-15"/>
        </w:rPr>
        <w:t xml:space="preserve"> </w:t>
      </w:r>
      <w:r w:rsidRPr="00145753">
        <w:rPr>
          <w:rFonts w:ascii="Arial" w:hAnsi="Arial" w:cs="Arial"/>
        </w:rPr>
        <w:t xml:space="preserve">Pernah </w:t>
      </w:r>
    </w:p>
    <w:p w14:paraId="38EBDBEE" w14:textId="1BF39B6C" w:rsidR="00547B98" w:rsidRPr="00145753" w:rsidRDefault="0027081F" w:rsidP="005F376F">
      <w:pPr>
        <w:tabs>
          <w:tab w:val="left" w:pos="2008"/>
        </w:tabs>
        <w:spacing w:before="16" w:line="360" w:lineRule="auto"/>
        <w:ind w:left="1497"/>
        <w:rPr>
          <w:rFonts w:ascii="Arial" w:hAnsi="Arial" w:cs="Arial"/>
        </w:rPr>
      </w:pPr>
      <w:r w:rsidRPr="00145753">
        <w:rPr>
          <w:rFonts w:ascii="Arial" w:hAnsi="Arial" w:cs="Arial"/>
          <w:spacing w:val="-10"/>
        </w:rPr>
        <w:t>P</w:t>
      </w:r>
      <w:r w:rsidRPr="00145753">
        <w:rPr>
          <w:rFonts w:ascii="Arial" w:hAnsi="Arial" w:cs="Arial"/>
        </w:rPr>
        <w:tab/>
        <w:t>: Pernah</w:t>
      </w:r>
    </w:p>
    <w:p w14:paraId="2E640301" w14:textId="77777777" w:rsidR="00145753" w:rsidRPr="00145753" w:rsidRDefault="0027081F" w:rsidP="005F376F">
      <w:pPr>
        <w:tabs>
          <w:tab w:val="left" w:pos="2008"/>
        </w:tabs>
        <w:spacing w:before="1" w:line="357" w:lineRule="auto"/>
        <w:ind w:left="1497"/>
        <w:rPr>
          <w:rFonts w:ascii="Arial" w:hAnsi="Arial" w:cs="Arial"/>
        </w:rPr>
      </w:pPr>
      <w:r w:rsidRPr="00145753">
        <w:rPr>
          <w:rFonts w:ascii="Arial" w:hAnsi="Arial" w:cs="Arial"/>
          <w:spacing w:val="-6"/>
        </w:rPr>
        <w:t>KD</w:t>
      </w:r>
      <w:r w:rsidRPr="00145753">
        <w:rPr>
          <w:rFonts w:ascii="Arial" w:hAnsi="Arial" w:cs="Arial"/>
        </w:rPr>
        <w:tab/>
        <w:t>:</w:t>
      </w:r>
      <w:r w:rsidRPr="00145753">
        <w:rPr>
          <w:rFonts w:ascii="Arial" w:hAnsi="Arial" w:cs="Arial"/>
          <w:spacing w:val="-16"/>
        </w:rPr>
        <w:t xml:space="preserve"> </w:t>
      </w:r>
      <w:r w:rsidRPr="00145753">
        <w:rPr>
          <w:rFonts w:ascii="Arial" w:hAnsi="Arial" w:cs="Arial"/>
        </w:rPr>
        <w:t xml:space="preserve">Kadang-kadang </w:t>
      </w:r>
    </w:p>
    <w:p w14:paraId="4B610177" w14:textId="4DD3F7A8" w:rsidR="00547B98" w:rsidRPr="00145753" w:rsidRDefault="0027081F" w:rsidP="005F376F">
      <w:pPr>
        <w:tabs>
          <w:tab w:val="left" w:pos="2008"/>
        </w:tabs>
        <w:spacing w:before="1" w:line="357" w:lineRule="auto"/>
        <w:ind w:left="1497"/>
        <w:rPr>
          <w:rFonts w:ascii="Arial" w:hAnsi="Arial" w:cs="Arial"/>
        </w:rPr>
      </w:pPr>
      <w:r w:rsidRPr="00145753">
        <w:rPr>
          <w:rFonts w:ascii="Arial" w:hAnsi="Arial" w:cs="Arial"/>
        </w:rPr>
        <w:t>SR</w:t>
      </w:r>
      <w:r w:rsidRPr="00145753">
        <w:rPr>
          <w:rFonts w:ascii="Arial" w:hAnsi="Arial" w:cs="Arial"/>
          <w:spacing w:val="40"/>
        </w:rPr>
        <w:t xml:space="preserve"> </w:t>
      </w:r>
      <w:r w:rsidR="00145753" w:rsidRPr="00145753">
        <w:rPr>
          <w:rFonts w:ascii="Arial" w:hAnsi="Arial" w:cs="Arial"/>
          <w:spacing w:val="40"/>
        </w:rPr>
        <w:t xml:space="preserve"> </w:t>
      </w:r>
      <w:r w:rsidRPr="00145753">
        <w:rPr>
          <w:rFonts w:ascii="Arial" w:hAnsi="Arial" w:cs="Arial"/>
        </w:rPr>
        <w:t>: Sering</w:t>
      </w:r>
    </w:p>
    <w:p w14:paraId="496E0929" w14:textId="030DFC64" w:rsidR="006A7F82" w:rsidRPr="00145753" w:rsidRDefault="0027081F" w:rsidP="005F376F">
      <w:pPr>
        <w:tabs>
          <w:tab w:val="left" w:pos="1988"/>
        </w:tabs>
        <w:spacing w:before="3"/>
        <w:ind w:left="1497"/>
        <w:rPr>
          <w:rFonts w:ascii="Arial" w:hAnsi="Arial" w:cs="Arial"/>
        </w:rPr>
      </w:pPr>
      <w:r w:rsidRPr="00145753">
        <w:rPr>
          <w:rFonts w:ascii="Arial" w:hAnsi="Arial" w:cs="Arial"/>
          <w:spacing w:val="-5"/>
        </w:rPr>
        <w:t>SL</w:t>
      </w:r>
      <w:r w:rsidRPr="00145753">
        <w:rPr>
          <w:rFonts w:ascii="Arial" w:hAnsi="Arial" w:cs="Arial"/>
        </w:rPr>
        <w:tab/>
        <w:t>:</w:t>
      </w:r>
      <w:r w:rsidRPr="00145753">
        <w:rPr>
          <w:rFonts w:ascii="Arial" w:hAnsi="Arial" w:cs="Arial"/>
          <w:spacing w:val="-9"/>
        </w:rPr>
        <w:t xml:space="preserve"> </w:t>
      </w:r>
      <w:r w:rsidRPr="00145753">
        <w:rPr>
          <w:rFonts w:ascii="Arial" w:hAnsi="Arial" w:cs="Arial"/>
          <w:spacing w:val="-2"/>
        </w:rPr>
        <w:t>Selalu</w:t>
      </w:r>
    </w:p>
    <w:p w14:paraId="5B71B020" w14:textId="77777777" w:rsidR="006A7F82" w:rsidRPr="00145753" w:rsidRDefault="006A7F82" w:rsidP="005F376F">
      <w:pPr>
        <w:spacing w:before="161"/>
        <w:rPr>
          <w:rFonts w:ascii="Arial" w:hAnsi="Arial" w:cs="Arial"/>
        </w:rPr>
      </w:pPr>
    </w:p>
    <w:p w14:paraId="30C8C206" w14:textId="04938A97" w:rsidR="00547B98" w:rsidRPr="00145753" w:rsidRDefault="0027081F" w:rsidP="005F376F">
      <w:pPr>
        <w:pStyle w:val="Heading4"/>
        <w:ind w:left="1136" w:firstLine="0"/>
      </w:pPr>
      <w:r w:rsidRPr="00145753">
        <w:t>Kuesioner</w:t>
      </w:r>
      <w:r w:rsidRPr="00145753">
        <w:rPr>
          <w:spacing w:val="-15"/>
        </w:rPr>
        <w:t xml:space="preserve"> </w:t>
      </w:r>
      <w:r w:rsidRPr="00145753">
        <w:t>Dukungan</w:t>
      </w:r>
      <w:r w:rsidRPr="00145753">
        <w:rPr>
          <w:spacing w:val="-7"/>
        </w:rPr>
        <w:t xml:space="preserve"> </w:t>
      </w:r>
      <w:r w:rsidRPr="00145753">
        <w:t>Keluarga</w:t>
      </w:r>
      <w:r w:rsidRPr="00145753">
        <w:rPr>
          <w:spacing w:val="-7"/>
        </w:rPr>
        <w:t xml:space="preserve"> </w:t>
      </w:r>
      <w:r w:rsidRPr="00145753">
        <w:t>terhadap</w:t>
      </w:r>
      <w:r w:rsidRPr="00145753">
        <w:rPr>
          <w:spacing w:val="-10"/>
        </w:rPr>
        <w:t xml:space="preserve"> </w:t>
      </w:r>
      <w:r w:rsidRPr="00145753">
        <w:t>pemberian</w:t>
      </w:r>
      <w:r w:rsidRPr="00145753">
        <w:rPr>
          <w:spacing w:val="-15"/>
        </w:rPr>
        <w:t xml:space="preserve"> </w:t>
      </w:r>
      <w:r w:rsidRPr="00145753">
        <w:rPr>
          <w:spacing w:val="-2"/>
        </w:rPr>
        <w:t>AsiEksklusif</w:t>
      </w:r>
    </w:p>
    <w:p w14:paraId="20C83BF8" w14:textId="77777777" w:rsidR="00547B98" w:rsidRPr="00145753" w:rsidRDefault="00547B98" w:rsidP="005F376F">
      <w:pPr>
        <w:spacing w:before="49"/>
        <w:rPr>
          <w:rFonts w:ascii="Arial" w:hAnsi="Arial" w:cs="Arial"/>
          <w:sz w:val="20"/>
        </w:rPr>
      </w:pPr>
    </w:p>
    <w:tbl>
      <w:tblPr>
        <w:tblW w:w="7528" w:type="dxa"/>
        <w:tblInd w:w="1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
        <w:gridCol w:w="4259"/>
        <w:gridCol w:w="567"/>
        <w:gridCol w:w="544"/>
        <w:gridCol w:w="540"/>
        <w:gridCol w:w="475"/>
        <w:gridCol w:w="567"/>
      </w:tblGrid>
      <w:tr w:rsidR="006A7F82" w:rsidRPr="00145753" w14:paraId="7CA5BFF7" w14:textId="77777777" w:rsidTr="00365C4A">
        <w:trPr>
          <w:trHeight w:val="377"/>
        </w:trPr>
        <w:tc>
          <w:tcPr>
            <w:tcW w:w="576" w:type="dxa"/>
            <w:vMerge w:val="restart"/>
          </w:tcPr>
          <w:p w14:paraId="43F92D62" w14:textId="77777777" w:rsidR="006A7F82" w:rsidRPr="00145753" w:rsidRDefault="006A7F82" w:rsidP="005F376F">
            <w:pPr>
              <w:pStyle w:val="TOC1"/>
              <w:ind w:left="139"/>
            </w:pPr>
            <w:r w:rsidRPr="00145753">
              <w:rPr>
                <w:spacing w:val="-5"/>
              </w:rPr>
              <w:t>No.</w:t>
            </w:r>
          </w:p>
        </w:tc>
        <w:tc>
          <w:tcPr>
            <w:tcW w:w="4259" w:type="dxa"/>
            <w:vMerge w:val="restart"/>
          </w:tcPr>
          <w:p w14:paraId="494EDAA6" w14:textId="77777777" w:rsidR="006A7F82" w:rsidRPr="00145753" w:rsidRDefault="006A7F82" w:rsidP="005F376F">
            <w:pPr>
              <w:pStyle w:val="TOC1"/>
              <w:ind w:left="1543"/>
            </w:pPr>
            <w:r w:rsidRPr="00145753">
              <w:t>Item</w:t>
            </w:r>
            <w:r w:rsidRPr="00145753">
              <w:rPr>
                <w:spacing w:val="-8"/>
              </w:rPr>
              <w:t xml:space="preserve"> </w:t>
            </w:r>
            <w:r w:rsidRPr="00145753">
              <w:rPr>
                <w:spacing w:val="-2"/>
              </w:rPr>
              <w:t>Pernyataan</w:t>
            </w:r>
          </w:p>
        </w:tc>
        <w:tc>
          <w:tcPr>
            <w:tcW w:w="2693" w:type="dxa"/>
            <w:gridSpan w:val="5"/>
          </w:tcPr>
          <w:p w14:paraId="7126E82B" w14:textId="77777777" w:rsidR="006A7F82" w:rsidRPr="00145753" w:rsidRDefault="006A7F82" w:rsidP="005F376F">
            <w:pPr>
              <w:pStyle w:val="TOC1"/>
              <w:jc w:val="center"/>
            </w:pPr>
            <w:r w:rsidRPr="00145753">
              <w:rPr>
                <w:spacing w:val="-2"/>
              </w:rPr>
              <w:t>Jawaban</w:t>
            </w:r>
          </w:p>
        </w:tc>
      </w:tr>
      <w:tr w:rsidR="006A7F82" w:rsidRPr="00145753" w14:paraId="2AB60125" w14:textId="77777777" w:rsidTr="00365C4A">
        <w:trPr>
          <w:trHeight w:val="377"/>
        </w:trPr>
        <w:tc>
          <w:tcPr>
            <w:tcW w:w="576" w:type="dxa"/>
            <w:vMerge/>
            <w:tcBorders>
              <w:top w:val="nil"/>
            </w:tcBorders>
          </w:tcPr>
          <w:p w14:paraId="7DC25ACA" w14:textId="77777777" w:rsidR="006A7F82" w:rsidRPr="00145753" w:rsidRDefault="006A7F82" w:rsidP="005F376F">
            <w:pPr>
              <w:rPr>
                <w:rFonts w:ascii="Arial" w:hAnsi="Arial" w:cs="Arial"/>
              </w:rPr>
            </w:pPr>
          </w:p>
        </w:tc>
        <w:tc>
          <w:tcPr>
            <w:tcW w:w="4259" w:type="dxa"/>
            <w:vMerge/>
            <w:tcBorders>
              <w:top w:val="nil"/>
            </w:tcBorders>
          </w:tcPr>
          <w:p w14:paraId="24220586" w14:textId="77777777" w:rsidR="006A7F82" w:rsidRPr="00145753" w:rsidRDefault="006A7F82" w:rsidP="005F376F">
            <w:pPr>
              <w:rPr>
                <w:rFonts w:ascii="Arial" w:hAnsi="Arial" w:cs="Arial"/>
              </w:rPr>
            </w:pPr>
          </w:p>
        </w:tc>
        <w:tc>
          <w:tcPr>
            <w:tcW w:w="567" w:type="dxa"/>
          </w:tcPr>
          <w:p w14:paraId="483AAF2F" w14:textId="77777777" w:rsidR="006A7F82" w:rsidRPr="00145753" w:rsidRDefault="006A7F82" w:rsidP="005F376F">
            <w:pPr>
              <w:pStyle w:val="TOC1"/>
              <w:ind w:left="150"/>
            </w:pPr>
            <w:r w:rsidRPr="00145753">
              <w:rPr>
                <w:spacing w:val="-5"/>
              </w:rPr>
              <w:t>TP</w:t>
            </w:r>
          </w:p>
        </w:tc>
        <w:tc>
          <w:tcPr>
            <w:tcW w:w="544" w:type="dxa"/>
          </w:tcPr>
          <w:p w14:paraId="0E5F7F2F" w14:textId="77777777" w:rsidR="006A7F82" w:rsidRPr="00145753" w:rsidRDefault="006A7F82" w:rsidP="005F376F">
            <w:pPr>
              <w:pStyle w:val="TOC1"/>
              <w:ind w:left="10"/>
              <w:jc w:val="center"/>
            </w:pPr>
            <w:r w:rsidRPr="00145753">
              <w:rPr>
                <w:spacing w:val="-10"/>
              </w:rPr>
              <w:t>P</w:t>
            </w:r>
          </w:p>
        </w:tc>
        <w:tc>
          <w:tcPr>
            <w:tcW w:w="540" w:type="dxa"/>
          </w:tcPr>
          <w:p w14:paraId="009EF124" w14:textId="77777777" w:rsidR="006A7F82" w:rsidRPr="00145753" w:rsidRDefault="006A7F82" w:rsidP="005F376F">
            <w:pPr>
              <w:pStyle w:val="TOC1"/>
              <w:ind w:left="123"/>
            </w:pPr>
            <w:r w:rsidRPr="00145753">
              <w:rPr>
                <w:spacing w:val="-5"/>
              </w:rPr>
              <w:t>KD</w:t>
            </w:r>
          </w:p>
        </w:tc>
        <w:tc>
          <w:tcPr>
            <w:tcW w:w="475" w:type="dxa"/>
          </w:tcPr>
          <w:p w14:paraId="6C9594FE" w14:textId="77777777" w:rsidR="006A7F82" w:rsidRPr="00145753" w:rsidRDefault="006A7F82" w:rsidP="005F376F">
            <w:pPr>
              <w:pStyle w:val="TOC1"/>
              <w:ind w:left="139"/>
            </w:pPr>
            <w:r w:rsidRPr="00145753">
              <w:rPr>
                <w:spacing w:val="-5"/>
              </w:rPr>
              <w:t>SR</w:t>
            </w:r>
          </w:p>
        </w:tc>
        <w:tc>
          <w:tcPr>
            <w:tcW w:w="567" w:type="dxa"/>
          </w:tcPr>
          <w:p w14:paraId="4181C6D7" w14:textId="77777777" w:rsidR="006A7F82" w:rsidRPr="00145753" w:rsidRDefault="006A7F82" w:rsidP="005F376F">
            <w:pPr>
              <w:pStyle w:val="TOC1"/>
              <w:ind w:left="147"/>
            </w:pPr>
            <w:r w:rsidRPr="00145753">
              <w:rPr>
                <w:spacing w:val="-5"/>
              </w:rPr>
              <w:t>SL</w:t>
            </w:r>
          </w:p>
        </w:tc>
      </w:tr>
      <w:tr w:rsidR="006A7F82" w:rsidRPr="00145753" w14:paraId="1BDD2F57" w14:textId="77777777" w:rsidTr="00365C4A">
        <w:trPr>
          <w:trHeight w:val="700"/>
        </w:trPr>
        <w:tc>
          <w:tcPr>
            <w:tcW w:w="576" w:type="dxa"/>
          </w:tcPr>
          <w:p w14:paraId="2356B685" w14:textId="60E7AB49" w:rsidR="006A7F82" w:rsidRPr="00145753" w:rsidRDefault="006A7F82" w:rsidP="005F376F">
            <w:pPr>
              <w:pStyle w:val="TOC1"/>
              <w:spacing w:before="4"/>
              <w:ind w:left="199"/>
              <w:jc w:val="both"/>
            </w:pPr>
          </w:p>
        </w:tc>
        <w:tc>
          <w:tcPr>
            <w:tcW w:w="4259" w:type="dxa"/>
          </w:tcPr>
          <w:p w14:paraId="5CEB4E92" w14:textId="4772C152" w:rsidR="006A7F82" w:rsidRPr="00145753" w:rsidRDefault="006A7F82" w:rsidP="005F376F">
            <w:pPr>
              <w:pStyle w:val="TOC1"/>
              <w:spacing w:before="6"/>
              <w:ind w:left="31"/>
              <w:jc w:val="both"/>
              <w:rPr>
                <w:b w:val="0"/>
                <w:bCs w:val="0"/>
              </w:rPr>
            </w:pPr>
            <w:r w:rsidRPr="00145753">
              <w:t>Dukuangan Emosional</w:t>
            </w:r>
          </w:p>
        </w:tc>
        <w:tc>
          <w:tcPr>
            <w:tcW w:w="567" w:type="dxa"/>
          </w:tcPr>
          <w:p w14:paraId="4A32172C" w14:textId="77777777" w:rsidR="006A7F82" w:rsidRPr="00145753" w:rsidRDefault="006A7F82" w:rsidP="005F376F">
            <w:pPr>
              <w:pStyle w:val="TOC1"/>
              <w:jc w:val="both"/>
            </w:pPr>
          </w:p>
        </w:tc>
        <w:tc>
          <w:tcPr>
            <w:tcW w:w="544" w:type="dxa"/>
          </w:tcPr>
          <w:p w14:paraId="7EAFCE8B" w14:textId="77777777" w:rsidR="006A7F82" w:rsidRPr="00145753" w:rsidRDefault="006A7F82" w:rsidP="005F376F">
            <w:pPr>
              <w:pStyle w:val="TOC1"/>
              <w:jc w:val="both"/>
            </w:pPr>
          </w:p>
        </w:tc>
        <w:tc>
          <w:tcPr>
            <w:tcW w:w="540" w:type="dxa"/>
          </w:tcPr>
          <w:p w14:paraId="3993A95A" w14:textId="77777777" w:rsidR="006A7F82" w:rsidRPr="00145753" w:rsidRDefault="006A7F82" w:rsidP="005F376F">
            <w:pPr>
              <w:pStyle w:val="TOC1"/>
              <w:jc w:val="both"/>
            </w:pPr>
          </w:p>
        </w:tc>
        <w:tc>
          <w:tcPr>
            <w:tcW w:w="475" w:type="dxa"/>
          </w:tcPr>
          <w:p w14:paraId="70D4A919" w14:textId="77777777" w:rsidR="006A7F82" w:rsidRPr="00145753" w:rsidRDefault="006A7F82" w:rsidP="005F376F">
            <w:pPr>
              <w:pStyle w:val="TOC1"/>
              <w:jc w:val="both"/>
            </w:pPr>
          </w:p>
        </w:tc>
        <w:tc>
          <w:tcPr>
            <w:tcW w:w="567" w:type="dxa"/>
          </w:tcPr>
          <w:p w14:paraId="29682842" w14:textId="77777777" w:rsidR="006A7F82" w:rsidRPr="00145753" w:rsidRDefault="006A7F82" w:rsidP="005F376F">
            <w:pPr>
              <w:pStyle w:val="TOC1"/>
              <w:jc w:val="both"/>
            </w:pPr>
          </w:p>
        </w:tc>
      </w:tr>
    </w:tbl>
    <w:tbl>
      <w:tblPr>
        <w:tblpPr w:leftFromText="180" w:rightFromText="180" w:vertAnchor="text" w:tblpX="1129" w:tblpY="1"/>
        <w:tblOverlap w:val="never"/>
        <w:tblW w:w="7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4248"/>
        <w:gridCol w:w="567"/>
        <w:gridCol w:w="567"/>
        <w:gridCol w:w="567"/>
        <w:gridCol w:w="425"/>
        <w:gridCol w:w="567"/>
      </w:tblGrid>
      <w:tr w:rsidR="00547C38" w:rsidRPr="00434DA7" w14:paraId="74CD879A" w14:textId="77777777" w:rsidTr="00365C4A">
        <w:trPr>
          <w:trHeight w:val="1138"/>
        </w:trPr>
        <w:tc>
          <w:tcPr>
            <w:tcW w:w="567" w:type="dxa"/>
          </w:tcPr>
          <w:p w14:paraId="70FCB21D" w14:textId="77777777" w:rsidR="00547C38" w:rsidRPr="00434DA7" w:rsidRDefault="00547C38" w:rsidP="00547C38">
            <w:pPr>
              <w:pStyle w:val="TOC1"/>
              <w:ind w:left="10"/>
              <w:jc w:val="center"/>
              <w:rPr>
                <w:b w:val="0"/>
                <w:bCs w:val="0"/>
              </w:rPr>
            </w:pPr>
            <w:r w:rsidRPr="00434DA7">
              <w:rPr>
                <w:b w:val="0"/>
                <w:bCs w:val="0"/>
                <w:spacing w:val="-5"/>
              </w:rPr>
              <w:t>1.</w:t>
            </w:r>
          </w:p>
        </w:tc>
        <w:tc>
          <w:tcPr>
            <w:tcW w:w="4248" w:type="dxa"/>
          </w:tcPr>
          <w:p w14:paraId="294A0330" w14:textId="77777777" w:rsidR="00547C38" w:rsidRPr="00434DA7" w:rsidRDefault="00547C38" w:rsidP="00547C38">
            <w:pPr>
              <w:pStyle w:val="TOC1"/>
              <w:spacing w:line="360" w:lineRule="auto"/>
              <w:ind w:left="31"/>
              <w:jc w:val="both"/>
              <w:rPr>
                <w:b w:val="0"/>
                <w:bCs w:val="0"/>
              </w:rPr>
            </w:pPr>
            <w:r w:rsidRPr="00434DA7">
              <w:rPr>
                <w:b w:val="0"/>
                <w:bCs w:val="0"/>
              </w:rPr>
              <w:t>Keluarga</w:t>
            </w:r>
            <w:r w:rsidRPr="00434DA7">
              <w:rPr>
                <w:b w:val="0"/>
                <w:bCs w:val="0"/>
                <w:spacing w:val="40"/>
              </w:rPr>
              <w:t xml:space="preserve"> </w:t>
            </w:r>
            <w:r w:rsidRPr="00434DA7">
              <w:rPr>
                <w:b w:val="0"/>
                <w:bCs w:val="0"/>
              </w:rPr>
              <w:t>menghidupkan</w:t>
            </w:r>
            <w:r w:rsidRPr="00434DA7">
              <w:rPr>
                <w:b w:val="0"/>
                <w:bCs w:val="0"/>
                <w:spacing w:val="40"/>
              </w:rPr>
              <w:t xml:space="preserve"> </w:t>
            </w:r>
            <w:r w:rsidRPr="00434DA7">
              <w:rPr>
                <w:b w:val="0"/>
                <w:bCs w:val="0"/>
              </w:rPr>
              <w:t>musik/</w:t>
            </w:r>
            <w:r w:rsidRPr="00434DA7">
              <w:rPr>
                <w:b w:val="0"/>
                <w:bCs w:val="0"/>
                <w:spacing w:val="40"/>
              </w:rPr>
              <w:t xml:space="preserve"> </w:t>
            </w:r>
            <w:r w:rsidRPr="00434DA7">
              <w:rPr>
                <w:b w:val="0"/>
                <w:bCs w:val="0"/>
              </w:rPr>
              <w:t>TV</w:t>
            </w:r>
            <w:r w:rsidRPr="00434DA7">
              <w:rPr>
                <w:b w:val="0"/>
                <w:bCs w:val="0"/>
                <w:spacing w:val="40"/>
              </w:rPr>
              <w:t xml:space="preserve"> </w:t>
            </w:r>
            <w:r w:rsidRPr="00434DA7">
              <w:rPr>
                <w:b w:val="0"/>
                <w:bCs w:val="0"/>
              </w:rPr>
              <w:t>di rumah</w:t>
            </w:r>
            <w:r w:rsidRPr="00434DA7">
              <w:rPr>
                <w:b w:val="0"/>
                <w:bCs w:val="0"/>
                <w:spacing w:val="40"/>
              </w:rPr>
              <w:t xml:space="preserve"> </w:t>
            </w:r>
            <w:r w:rsidRPr="00434DA7">
              <w:rPr>
                <w:b w:val="0"/>
                <w:bCs w:val="0"/>
              </w:rPr>
              <w:t>agar suasana</w:t>
            </w:r>
          </w:p>
          <w:p w14:paraId="17691DA2" w14:textId="77777777" w:rsidR="00547C38" w:rsidRPr="00434DA7" w:rsidRDefault="00547C38" w:rsidP="00547C38">
            <w:pPr>
              <w:pStyle w:val="TOC1"/>
              <w:spacing w:before="1"/>
              <w:ind w:left="31"/>
              <w:jc w:val="both"/>
              <w:rPr>
                <w:b w:val="0"/>
                <w:bCs w:val="0"/>
              </w:rPr>
            </w:pPr>
            <w:r w:rsidRPr="00434DA7">
              <w:rPr>
                <w:b w:val="0"/>
                <w:bCs w:val="0"/>
              </w:rPr>
              <w:t>nyaman</w:t>
            </w:r>
            <w:r w:rsidRPr="00434DA7">
              <w:rPr>
                <w:b w:val="0"/>
                <w:bCs w:val="0"/>
                <w:spacing w:val="-7"/>
              </w:rPr>
              <w:t xml:space="preserve"> </w:t>
            </w:r>
            <w:r w:rsidRPr="00434DA7">
              <w:rPr>
                <w:b w:val="0"/>
                <w:bCs w:val="0"/>
              </w:rPr>
              <w:t>ketika</w:t>
            </w:r>
            <w:r w:rsidRPr="00434DA7">
              <w:rPr>
                <w:b w:val="0"/>
                <w:bCs w:val="0"/>
                <w:spacing w:val="-1"/>
              </w:rPr>
              <w:t xml:space="preserve"> </w:t>
            </w:r>
            <w:r w:rsidRPr="00434DA7">
              <w:rPr>
                <w:b w:val="0"/>
                <w:bCs w:val="0"/>
              </w:rPr>
              <w:t>ibu</w:t>
            </w:r>
            <w:r w:rsidRPr="00434DA7">
              <w:rPr>
                <w:b w:val="0"/>
                <w:bCs w:val="0"/>
                <w:spacing w:val="-2"/>
              </w:rPr>
              <w:t xml:space="preserve"> </w:t>
            </w:r>
            <w:r w:rsidRPr="00434DA7">
              <w:rPr>
                <w:b w:val="0"/>
                <w:bCs w:val="0"/>
              </w:rPr>
              <w:t>menyusui</w:t>
            </w:r>
            <w:r w:rsidRPr="00434DA7">
              <w:rPr>
                <w:b w:val="0"/>
                <w:bCs w:val="0"/>
                <w:spacing w:val="-5"/>
              </w:rPr>
              <w:t xml:space="preserve"> </w:t>
            </w:r>
            <w:r w:rsidRPr="00434DA7">
              <w:rPr>
                <w:b w:val="0"/>
                <w:bCs w:val="0"/>
                <w:spacing w:val="-4"/>
              </w:rPr>
              <w:t>bayi.</w:t>
            </w:r>
          </w:p>
        </w:tc>
        <w:tc>
          <w:tcPr>
            <w:tcW w:w="567" w:type="dxa"/>
          </w:tcPr>
          <w:p w14:paraId="36A2977C" w14:textId="77777777" w:rsidR="00547C38" w:rsidRPr="00434DA7" w:rsidRDefault="00547C38" w:rsidP="00547C38">
            <w:pPr>
              <w:pStyle w:val="TOC1"/>
              <w:jc w:val="both"/>
              <w:rPr>
                <w:b w:val="0"/>
                <w:bCs w:val="0"/>
              </w:rPr>
            </w:pPr>
          </w:p>
        </w:tc>
        <w:tc>
          <w:tcPr>
            <w:tcW w:w="567" w:type="dxa"/>
          </w:tcPr>
          <w:p w14:paraId="169A3C67" w14:textId="77777777" w:rsidR="00547C38" w:rsidRPr="00434DA7" w:rsidRDefault="00547C38" w:rsidP="00547C38">
            <w:pPr>
              <w:pStyle w:val="TOC1"/>
              <w:jc w:val="both"/>
              <w:rPr>
                <w:b w:val="0"/>
                <w:bCs w:val="0"/>
              </w:rPr>
            </w:pPr>
          </w:p>
        </w:tc>
        <w:tc>
          <w:tcPr>
            <w:tcW w:w="567" w:type="dxa"/>
          </w:tcPr>
          <w:p w14:paraId="360BF26B" w14:textId="77777777" w:rsidR="00547C38" w:rsidRPr="00434DA7" w:rsidRDefault="00547C38" w:rsidP="00547C38">
            <w:pPr>
              <w:pStyle w:val="TOC1"/>
              <w:jc w:val="both"/>
              <w:rPr>
                <w:b w:val="0"/>
                <w:bCs w:val="0"/>
              </w:rPr>
            </w:pPr>
          </w:p>
        </w:tc>
        <w:tc>
          <w:tcPr>
            <w:tcW w:w="425" w:type="dxa"/>
          </w:tcPr>
          <w:p w14:paraId="035FB2CA" w14:textId="77777777" w:rsidR="00547C38" w:rsidRPr="00434DA7" w:rsidRDefault="00547C38" w:rsidP="00547C38">
            <w:pPr>
              <w:pStyle w:val="TOC1"/>
              <w:jc w:val="both"/>
              <w:rPr>
                <w:b w:val="0"/>
                <w:bCs w:val="0"/>
              </w:rPr>
            </w:pPr>
          </w:p>
        </w:tc>
        <w:tc>
          <w:tcPr>
            <w:tcW w:w="567" w:type="dxa"/>
          </w:tcPr>
          <w:p w14:paraId="095AA08A" w14:textId="77777777" w:rsidR="00547C38" w:rsidRPr="00434DA7" w:rsidRDefault="00547C38" w:rsidP="00547C38">
            <w:pPr>
              <w:pStyle w:val="TOC1"/>
              <w:jc w:val="both"/>
              <w:rPr>
                <w:b w:val="0"/>
                <w:bCs w:val="0"/>
              </w:rPr>
            </w:pPr>
          </w:p>
        </w:tc>
      </w:tr>
      <w:tr w:rsidR="00547C38" w:rsidRPr="00434DA7" w14:paraId="19BB038B" w14:textId="77777777" w:rsidTr="00365C4A">
        <w:trPr>
          <w:trHeight w:val="1137"/>
        </w:trPr>
        <w:tc>
          <w:tcPr>
            <w:tcW w:w="567" w:type="dxa"/>
          </w:tcPr>
          <w:p w14:paraId="0BD80500" w14:textId="77777777" w:rsidR="00547C38" w:rsidRPr="00434DA7" w:rsidRDefault="00547C38" w:rsidP="00547C38">
            <w:pPr>
              <w:pStyle w:val="TOC1"/>
              <w:spacing w:before="4"/>
              <w:ind w:left="10"/>
              <w:jc w:val="center"/>
              <w:rPr>
                <w:b w:val="0"/>
                <w:bCs w:val="0"/>
              </w:rPr>
            </w:pPr>
            <w:r w:rsidRPr="00434DA7">
              <w:rPr>
                <w:b w:val="0"/>
                <w:bCs w:val="0"/>
                <w:spacing w:val="-5"/>
              </w:rPr>
              <w:t>2.</w:t>
            </w:r>
          </w:p>
        </w:tc>
        <w:tc>
          <w:tcPr>
            <w:tcW w:w="4248" w:type="dxa"/>
          </w:tcPr>
          <w:p w14:paraId="794493C2"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40"/>
              </w:rPr>
              <w:t xml:space="preserve"> </w:t>
            </w:r>
            <w:r w:rsidRPr="00434DA7">
              <w:rPr>
                <w:b w:val="0"/>
                <w:bCs w:val="0"/>
              </w:rPr>
              <w:t>tidak</w:t>
            </w:r>
            <w:r w:rsidRPr="00434DA7">
              <w:rPr>
                <w:b w:val="0"/>
                <w:bCs w:val="0"/>
                <w:spacing w:val="40"/>
              </w:rPr>
              <w:t xml:space="preserve"> </w:t>
            </w:r>
            <w:r w:rsidRPr="00434DA7">
              <w:rPr>
                <w:b w:val="0"/>
                <w:bCs w:val="0"/>
              </w:rPr>
              <w:t>meyakinkan</w:t>
            </w:r>
            <w:r w:rsidRPr="00434DA7">
              <w:rPr>
                <w:b w:val="0"/>
                <w:bCs w:val="0"/>
                <w:spacing w:val="40"/>
              </w:rPr>
              <w:t xml:space="preserve"> </w:t>
            </w:r>
            <w:r w:rsidRPr="00434DA7">
              <w:rPr>
                <w:b w:val="0"/>
                <w:bCs w:val="0"/>
              </w:rPr>
              <w:t>ibu</w:t>
            </w:r>
            <w:r w:rsidRPr="00434DA7">
              <w:rPr>
                <w:b w:val="0"/>
                <w:bCs w:val="0"/>
                <w:spacing w:val="40"/>
              </w:rPr>
              <w:t xml:space="preserve"> </w:t>
            </w:r>
            <w:r w:rsidRPr="00434DA7">
              <w:rPr>
                <w:b w:val="0"/>
                <w:bCs w:val="0"/>
              </w:rPr>
              <w:t>bahwa</w:t>
            </w:r>
            <w:r w:rsidRPr="00434DA7">
              <w:rPr>
                <w:b w:val="0"/>
                <w:bCs w:val="0"/>
                <w:spacing w:val="40"/>
              </w:rPr>
              <w:t xml:space="preserve"> </w:t>
            </w:r>
            <w:r w:rsidRPr="00434DA7">
              <w:rPr>
                <w:b w:val="0"/>
                <w:bCs w:val="0"/>
              </w:rPr>
              <w:t>ibu dapat</w:t>
            </w:r>
            <w:r w:rsidRPr="00434DA7">
              <w:rPr>
                <w:b w:val="0"/>
                <w:bCs w:val="0"/>
                <w:spacing w:val="71"/>
              </w:rPr>
              <w:t xml:space="preserve"> </w:t>
            </w:r>
            <w:r w:rsidRPr="00434DA7">
              <w:rPr>
                <w:b w:val="0"/>
                <w:bCs w:val="0"/>
              </w:rPr>
              <w:t>menyusui</w:t>
            </w:r>
            <w:r w:rsidRPr="00434DA7">
              <w:rPr>
                <w:b w:val="0"/>
                <w:bCs w:val="0"/>
                <w:spacing w:val="-5"/>
              </w:rPr>
              <w:t xml:space="preserve"> </w:t>
            </w:r>
            <w:r w:rsidRPr="00434DA7">
              <w:rPr>
                <w:b w:val="0"/>
                <w:bCs w:val="0"/>
              </w:rPr>
              <w:t>bayi</w:t>
            </w:r>
            <w:r w:rsidRPr="00434DA7">
              <w:rPr>
                <w:b w:val="0"/>
                <w:bCs w:val="0"/>
                <w:spacing w:val="-5"/>
              </w:rPr>
              <w:t xml:space="preserve"> </w:t>
            </w:r>
            <w:r w:rsidRPr="00434DA7">
              <w:rPr>
                <w:b w:val="0"/>
                <w:bCs w:val="0"/>
              </w:rPr>
              <w:t>pada</w:t>
            </w:r>
            <w:r w:rsidRPr="00434DA7">
              <w:rPr>
                <w:b w:val="0"/>
                <w:bCs w:val="0"/>
                <w:spacing w:val="-3"/>
              </w:rPr>
              <w:t xml:space="preserve"> </w:t>
            </w:r>
            <w:r w:rsidRPr="00434DA7">
              <w:rPr>
                <w:b w:val="0"/>
                <w:bCs w:val="0"/>
              </w:rPr>
              <w:t>saat</w:t>
            </w:r>
            <w:r w:rsidRPr="00434DA7">
              <w:rPr>
                <w:b w:val="0"/>
                <w:bCs w:val="0"/>
                <w:spacing w:val="-6"/>
              </w:rPr>
              <w:t xml:space="preserve"> </w:t>
            </w:r>
            <w:r w:rsidRPr="00434DA7">
              <w:rPr>
                <w:b w:val="0"/>
                <w:bCs w:val="0"/>
              </w:rPr>
              <w:t>bayi</w:t>
            </w:r>
            <w:r w:rsidRPr="00434DA7">
              <w:rPr>
                <w:b w:val="0"/>
                <w:bCs w:val="0"/>
                <w:spacing w:val="-5"/>
              </w:rPr>
              <w:t xml:space="preserve"> </w:t>
            </w:r>
            <w:r w:rsidRPr="00434DA7">
              <w:rPr>
                <w:b w:val="0"/>
                <w:bCs w:val="0"/>
              </w:rPr>
              <w:t>berusia</w:t>
            </w:r>
            <w:r w:rsidRPr="00434DA7">
              <w:rPr>
                <w:b w:val="0"/>
                <w:bCs w:val="0"/>
                <w:spacing w:val="-3"/>
              </w:rPr>
              <w:t xml:space="preserve"> </w:t>
            </w:r>
            <w:r w:rsidRPr="00434DA7">
              <w:rPr>
                <w:b w:val="0"/>
                <w:bCs w:val="0"/>
              </w:rPr>
              <w:t>0-</w:t>
            </w:r>
          </w:p>
          <w:p w14:paraId="56E5739C" w14:textId="77777777" w:rsidR="00547C38" w:rsidRPr="00434DA7" w:rsidRDefault="00547C38" w:rsidP="00547C38">
            <w:pPr>
              <w:pStyle w:val="TOC1"/>
              <w:spacing w:before="2"/>
              <w:ind w:left="31"/>
              <w:jc w:val="both"/>
              <w:rPr>
                <w:b w:val="0"/>
                <w:bCs w:val="0"/>
              </w:rPr>
            </w:pPr>
            <w:r w:rsidRPr="00434DA7">
              <w:rPr>
                <w:b w:val="0"/>
                <w:bCs w:val="0"/>
              </w:rPr>
              <w:t>6</w:t>
            </w:r>
            <w:r w:rsidRPr="00434DA7">
              <w:rPr>
                <w:b w:val="0"/>
                <w:bCs w:val="0"/>
                <w:spacing w:val="-2"/>
              </w:rPr>
              <w:t xml:space="preserve"> bulan.</w:t>
            </w:r>
          </w:p>
        </w:tc>
        <w:tc>
          <w:tcPr>
            <w:tcW w:w="567" w:type="dxa"/>
          </w:tcPr>
          <w:p w14:paraId="3B910482" w14:textId="77777777" w:rsidR="00547C38" w:rsidRPr="00434DA7" w:rsidRDefault="00547C38" w:rsidP="00547C38">
            <w:pPr>
              <w:pStyle w:val="TOC1"/>
              <w:jc w:val="both"/>
              <w:rPr>
                <w:b w:val="0"/>
                <w:bCs w:val="0"/>
              </w:rPr>
            </w:pPr>
          </w:p>
        </w:tc>
        <w:tc>
          <w:tcPr>
            <w:tcW w:w="567" w:type="dxa"/>
          </w:tcPr>
          <w:p w14:paraId="4566CB17" w14:textId="77777777" w:rsidR="00547C38" w:rsidRPr="00434DA7" w:rsidRDefault="00547C38" w:rsidP="00547C38">
            <w:pPr>
              <w:pStyle w:val="TOC1"/>
              <w:jc w:val="both"/>
              <w:rPr>
                <w:b w:val="0"/>
                <w:bCs w:val="0"/>
              </w:rPr>
            </w:pPr>
          </w:p>
        </w:tc>
        <w:tc>
          <w:tcPr>
            <w:tcW w:w="567" w:type="dxa"/>
          </w:tcPr>
          <w:p w14:paraId="1389FF5C" w14:textId="77777777" w:rsidR="00547C38" w:rsidRPr="00434DA7" w:rsidRDefault="00547C38" w:rsidP="00547C38">
            <w:pPr>
              <w:pStyle w:val="TOC1"/>
              <w:jc w:val="both"/>
              <w:rPr>
                <w:b w:val="0"/>
                <w:bCs w:val="0"/>
              </w:rPr>
            </w:pPr>
          </w:p>
        </w:tc>
        <w:tc>
          <w:tcPr>
            <w:tcW w:w="425" w:type="dxa"/>
          </w:tcPr>
          <w:p w14:paraId="30162345" w14:textId="77777777" w:rsidR="00547C38" w:rsidRPr="00434DA7" w:rsidRDefault="00547C38" w:rsidP="00547C38">
            <w:pPr>
              <w:pStyle w:val="TOC1"/>
              <w:jc w:val="both"/>
              <w:rPr>
                <w:b w:val="0"/>
                <w:bCs w:val="0"/>
              </w:rPr>
            </w:pPr>
          </w:p>
        </w:tc>
        <w:tc>
          <w:tcPr>
            <w:tcW w:w="567" w:type="dxa"/>
          </w:tcPr>
          <w:p w14:paraId="5C53E668" w14:textId="77777777" w:rsidR="00547C38" w:rsidRPr="00434DA7" w:rsidRDefault="00547C38" w:rsidP="00547C38">
            <w:pPr>
              <w:pStyle w:val="TOC1"/>
              <w:jc w:val="both"/>
              <w:rPr>
                <w:b w:val="0"/>
                <w:bCs w:val="0"/>
              </w:rPr>
            </w:pPr>
          </w:p>
        </w:tc>
      </w:tr>
      <w:tr w:rsidR="00547C38" w:rsidRPr="00434DA7" w14:paraId="28F5A705" w14:textId="77777777" w:rsidTr="00365C4A">
        <w:trPr>
          <w:trHeight w:val="1138"/>
        </w:trPr>
        <w:tc>
          <w:tcPr>
            <w:tcW w:w="567" w:type="dxa"/>
          </w:tcPr>
          <w:p w14:paraId="3683A438" w14:textId="77777777" w:rsidR="00547C38" w:rsidRPr="00434DA7" w:rsidRDefault="00547C38" w:rsidP="00547C38">
            <w:pPr>
              <w:pStyle w:val="TOC1"/>
              <w:spacing w:before="4"/>
              <w:ind w:left="10"/>
              <w:jc w:val="center"/>
              <w:rPr>
                <w:b w:val="0"/>
                <w:bCs w:val="0"/>
              </w:rPr>
            </w:pPr>
            <w:r w:rsidRPr="00434DA7">
              <w:rPr>
                <w:b w:val="0"/>
                <w:bCs w:val="0"/>
                <w:spacing w:val="-5"/>
              </w:rPr>
              <w:lastRenderedPageBreak/>
              <w:t>3.</w:t>
            </w:r>
          </w:p>
        </w:tc>
        <w:tc>
          <w:tcPr>
            <w:tcW w:w="4248" w:type="dxa"/>
          </w:tcPr>
          <w:p w14:paraId="733FBF13" w14:textId="77777777" w:rsidR="00547C38" w:rsidRPr="00434DA7" w:rsidRDefault="00547C38" w:rsidP="00547C38">
            <w:pPr>
              <w:pStyle w:val="TOC1"/>
              <w:spacing w:before="4" w:line="360" w:lineRule="auto"/>
              <w:ind w:left="31"/>
              <w:jc w:val="both"/>
              <w:rPr>
                <w:b w:val="0"/>
                <w:bCs w:val="0"/>
              </w:rPr>
            </w:pPr>
            <w:r w:rsidRPr="00434DA7">
              <w:rPr>
                <w:b w:val="0"/>
                <w:bCs w:val="0"/>
              </w:rPr>
              <w:t>Keluarga</w:t>
            </w:r>
            <w:r w:rsidRPr="00434DA7">
              <w:rPr>
                <w:b w:val="0"/>
                <w:bCs w:val="0"/>
                <w:spacing w:val="13"/>
              </w:rPr>
              <w:t xml:space="preserve"> </w:t>
            </w:r>
            <w:r w:rsidRPr="00434DA7">
              <w:rPr>
                <w:b w:val="0"/>
                <w:bCs w:val="0"/>
              </w:rPr>
              <w:t>menjaga</w:t>
            </w:r>
            <w:r w:rsidRPr="00434DA7">
              <w:rPr>
                <w:b w:val="0"/>
                <w:bCs w:val="0"/>
                <w:spacing w:val="-9"/>
              </w:rPr>
              <w:t xml:space="preserve"> </w:t>
            </w:r>
            <w:r w:rsidRPr="00434DA7">
              <w:rPr>
                <w:b w:val="0"/>
                <w:bCs w:val="0"/>
              </w:rPr>
              <w:t>perasaan</w:t>
            </w:r>
            <w:r w:rsidRPr="00434DA7">
              <w:rPr>
                <w:b w:val="0"/>
                <w:bCs w:val="0"/>
                <w:spacing w:val="-9"/>
              </w:rPr>
              <w:t xml:space="preserve"> </w:t>
            </w:r>
            <w:r w:rsidRPr="00434DA7">
              <w:rPr>
                <w:b w:val="0"/>
                <w:bCs w:val="0"/>
              </w:rPr>
              <w:t>ibu</w:t>
            </w:r>
            <w:r w:rsidRPr="00434DA7">
              <w:rPr>
                <w:b w:val="0"/>
                <w:bCs w:val="0"/>
                <w:spacing w:val="-9"/>
              </w:rPr>
              <w:t xml:space="preserve"> </w:t>
            </w:r>
            <w:r w:rsidRPr="00434DA7">
              <w:rPr>
                <w:b w:val="0"/>
                <w:bCs w:val="0"/>
              </w:rPr>
              <w:t>dan menyenangkan hati ibu</w:t>
            </w:r>
          </w:p>
          <w:p w14:paraId="6F9227B9" w14:textId="77777777" w:rsidR="00547C38" w:rsidRPr="00434DA7" w:rsidRDefault="00547C38" w:rsidP="00547C38">
            <w:pPr>
              <w:pStyle w:val="TOC1"/>
              <w:spacing w:line="250" w:lineRule="exact"/>
              <w:ind w:left="31"/>
              <w:jc w:val="both"/>
              <w:rPr>
                <w:b w:val="0"/>
                <w:bCs w:val="0"/>
              </w:rPr>
            </w:pPr>
            <w:r w:rsidRPr="00434DA7">
              <w:rPr>
                <w:b w:val="0"/>
                <w:bCs w:val="0"/>
              </w:rPr>
              <w:t>pada</w:t>
            </w:r>
            <w:r w:rsidRPr="00434DA7">
              <w:rPr>
                <w:b w:val="0"/>
                <w:bCs w:val="0"/>
                <w:spacing w:val="-5"/>
              </w:rPr>
              <w:t xml:space="preserve"> </w:t>
            </w:r>
            <w:r w:rsidRPr="00434DA7">
              <w:rPr>
                <w:b w:val="0"/>
                <w:bCs w:val="0"/>
              </w:rPr>
              <w:t>saat</w:t>
            </w:r>
            <w:r w:rsidRPr="00434DA7">
              <w:rPr>
                <w:b w:val="0"/>
                <w:bCs w:val="0"/>
                <w:spacing w:val="-1"/>
              </w:rPr>
              <w:t xml:space="preserve"> </w:t>
            </w:r>
            <w:r w:rsidRPr="00434DA7">
              <w:rPr>
                <w:b w:val="0"/>
                <w:bCs w:val="0"/>
              </w:rPr>
              <w:t>bayi</w:t>
            </w:r>
            <w:r w:rsidRPr="00434DA7">
              <w:rPr>
                <w:b w:val="0"/>
                <w:bCs w:val="0"/>
                <w:spacing w:val="-4"/>
              </w:rPr>
              <w:t xml:space="preserve"> </w:t>
            </w:r>
            <w:r w:rsidRPr="00434DA7">
              <w:rPr>
                <w:b w:val="0"/>
                <w:bCs w:val="0"/>
              </w:rPr>
              <w:t>berusia</w:t>
            </w:r>
            <w:r w:rsidRPr="00434DA7">
              <w:rPr>
                <w:b w:val="0"/>
                <w:bCs w:val="0"/>
                <w:spacing w:val="-5"/>
              </w:rPr>
              <w:t xml:space="preserve"> </w:t>
            </w:r>
            <w:r w:rsidRPr="00434DA7">
              <w:rPr>
                <w:b w:val="0"/>
                <w:bCs w:val="0"/>
              </w:rPr>
              <w:t>0-6</w:t>
            </w:r>
            <w:r w:rsidRPr="00434DA7">
              <w:rPr>
                <w:b w:val="0"/>
                <w:bCs w:val="0"/>
                <w:spacing w:val="-2"/>
              </w:rPr>
              <w:t xml:space="preserve"> bulan.</w:t>
            </w:r>
          </w:p>
        </w:tc>
        <w:tc>
          <w:tcPr>
            <w:tcW w:w="567" w:type="dxa"/>
          </w:tcPr>
          <w:p w14:paraId="550ACCBB" w14:textId="77777777" w:rsidR="00547C38" w:rsidRPr="00434DA7" w:rsidRDefault="00547C38" w:rsidP="00547C38">
            <w:pPr>
              <w:pStyle w:val="TOC1"/>
              <w:jc w:val="both"/>
              <w:rPr>
                <w:b w:val="0"/>
                <w:bCs w:val="0"/>
              </w:rPr>
            </w:pPr>
          </w:p>
        </w:tc>
        <w:tc>
          <w:tcPr>
            <w:tcW w:w="567" w:type="dxa"/>
          </w:tcPr>
          <w:p w14:paraId="1A5D0AC3" w14:textId="77777777" w:rsidR="00547C38" w:rsidRPr="00434DA7" w:rsidRDefault="00547C38" w:rsidP="00547C38">
            <w:pPr>
              <w:pStyle w:val="TOC1"/>
              <w:jc w:val="both"/>
              <w:rPr>
                <w:b w:val="0"/>
                <w:bCs w:val="0"/>
              </w:rPr>
            </w:pPr>
          </w:p>
        </w:tc>
        <w:tc>
          <w:tcPr>
            <w:tcW w:w="567" w:type="dxa"/>
          </w:tcPr>
          <w:p w14:paraId="7E7292BC" w14:textId="77777777" w:rsidR="00547C38" w:rsidRPr="00434DA7" w:rsidRDefault="00547C38" w:rsidP="00547C38">
            <w:pPr>
              <w:pStyle w:val="TOC1"/>
              <w:jc w:val="both"/>
              <w:rPr>
                <w:b w:val="0"/>
                <w:bCs w:val="0"/>
              </w:rPr>
            </w:pPr>
          </w:p>
        </w:tc>
        <w:tc>
          <w:tcPr>
            <w:tcW w:w="425" w:type="dxa"/>
          </w:tcPr>
          <w:p w14:paraId="0C742379" w14:textId="77777777" w:rsidR="00547C38" w:rsidRPr="00434DA7" w:rsidRDefault="00547C38" w:rsidP="00547C38">
            <w:pPr>
              <w:pStyle w:val="TOC1"/>
              <w:jc w:val="both"/>
              <w:rPr>
                <w:b w:val="0"/>
                <w:bCs w:val="0"/>
              </w:rPr>
            </w:pPr>
          </w:p>
        </w:tc>
        <w:tc>
          <w:tcPr>
            <w:tcW w:w="567" w:type="dxa"/>
          </w:tcPr>
          <w:p w14:paraId="5E817F18" w14:textId="77777777" w:rsidR="00547C38" w:rsidRPr="00434DA7" w:rsidRDefault="00547C38" w:rsidP="00547C38">
            <w:pPr>
              <w:pStyle w:val="TOC1"/>
              <w:jc w:val="both"/>
              <w:rPr>
                <w:b w:val="0"/>
                <w:bCs w:val="0"/>
              </w:rPr>
            </w:pPr>
          </w:p>
        </w:tc>
      </w:tr>
      <w:tr w:rsidR="00547C38" w:rsidRPr="00434DA7" w14:paraId="14B28D52" w14:textId="77777777" w:rsidTr="00365C4A">
        <w:trPr>
          <w:trHeight w:val="1137"/>
        </w:trPr>
        <w:tc>
          <w:tcPr>
            <w:tcW w:w="567" w:type="dxa"/>
          </w:tcPr>
          <w:p w14:paraId="7315227C" w14:textId="77777777" w:rsidR="00547C38" w:rsidRPr="00434DA7" w:rsidRDefault="00547C38" w:rsidP="00547C38">
            <w:pPr>
              <w:pStyle w:val="TOC1"/>
              <w:spacing w:before="4"/>
              <w:ind w:left="10"/>
              <w:jc w:val="center"/>
              <w:rPr>
                <w:b w:val="0"/>
                <w:bCs w:val="0"/>
              </w:rPr>
            </w:pPr>
            <w:r w:rsidRPr="00434DA7">
              <w:rPr>
                <w:b w:val="0"/>
                <w:bCs w:val="0"/>
                <w:spacing w:val="-5"/>
              </w:rPr>
              <w:t>4.</w:t>
            </w:r>
          </w:p>
        </w:tc>
        <w:tc>
          <w:tcPr>
            <w:tcW w:w="4248" w:type="dxa"/>
          </w:tcPr>
          <w:p w14:paraId="0CD8EDAE" w14:textId="77777777" w:rsidR="00547C38" w:rsidRPr="00434DA7" w:rsidRDefault="00547C38" w:rsidP="00547C38">
            <w:pPr>
              <w:pStyle w:val="TOC1"/>
              <w:spacing w:before="4" w:line="360" w:lineRule="auto"/>
              <w:ind w:left="31"/>
              <w:jc w:val="both"/>
              <w:rPr>
                <w:b w:val="0"/>
                <w:bCs w:val="0"/>
              </w:rPr>
            </w:pPr>
            <w:r w:rsidRPr="00434DA7">
              <w:rPr>
                <w:b w:val="0"/>
                <w:bCs w:val="0"/>
              </w:rPr>
              <w:t>Keluarga tidak memberitahu ibu agar tidak takut</w:t>
            </w:r>
            <w:r w:rsidRPr="00434DA7">
              <w:rPr>
                <w:b w:val="0"/>
                <w:bCs w:val="0"/>
                <w:spacing w:val="-6"/>
              </w:rPr>
              <w:t xml:space="preserve"> </w:t>
            </w:r>
            <w:r w:rsidRPr="00434DA7">
              <w:rPr>
                <w:b w:val="0"/>
                <w:bCs w:val="0"/>
              </w:rPr>
              <w:t>bentuk</w:t>
            </w:r>
            <w:r w:rsidRPr="00434DA7">
              <w:rPr>
                <w:b w:val="0"/>
                <w:bCs w:val="0"/>
                <w:spacing w:val="-4"/>
              </w:rPr>
              <w:t xml:space="preserve"> </w:t>
            </w:r>
            <w:r w:rsidRPr="00434DA7">
              <w:rPr>
                <w:b w:val="0"/>
                <w:bCs w:val="0"/>
              </w:rPr>
              <w:t>payudara</w:t>
            </w:r>
            <w:r w:rsidRPr="00434DA7">
              <w:rPr>
                <w:b w:val="0"/>
                <w:bCs w:val="0"/>
                <w:spacing w:val="40"/>
              </w:rPr>
              <w:t xml:space="preserve"> </w:t>
            </w:r>
            <w:r w:rsidRPr="00434DA7">
              <w:rPr>
                <w:b w:val="0"/>
                <w:bCs w:val="0"/>
              </w:rPr>
              <w:t>menjadi</w:t>
            </w:r>
            <w:r w:rsidRPr="00434DA7">
              <w:rPr>
                <w:b w:val="0"/>
                <w:bCs w:val="0"/>
                <w:spacing w:val="40"/>
              </w:rPr>
              <w:t xml:space="preserve"> </w:t>
            </w:r>
            <w:r w:rsidRPr="00434DA7">
              <w:rPr>
                <w:b w:val="0"/>
                <w:bCs w:val="0"/>
              </w:rPr>
              <w:t>jelek,</w:t>
            </w:r>
            <w:r w:rsidRPr="00434DA7">
              <w:rPr>
                <w:b w:val="0"/>
                <w:bCs w:val="0"/>
                <w:spacing w:val="40"/>
              </w:rPr>
              <w:t xml:space="preserve"> </w:t>
            </w:r>
            <w:r w:rsidRPr="00434DA7">
              <w:rPr>
                <w:b w:val="0"/>
                <w:bCs w:val="0"/>
              </w:rPr>
              <w:t>tidak</w:t>
            </w:r>
          </w:p>
          <w:p w14:paraId="7922DEC9" w14:textId="77777777" w:rsidR="00547C38" w:rsidRPr="00434DA7" w:rsidRDefault="00547C38" w:rsidP="00547C38">
            <w:pPr>
              <w:pStyle w:val="TOC1"/>
              <w:spacing w:before="1"/>
              <w:ind w:left="31"/>
              <w:jc w:val="both"/>
              <w:rPr>
                <w:b w:val="0"/>
                <w:bCs w:val="0"/>
              </w:rPr>
            </w:pPr>
            <w:r w:rsidRPr="00434DA7">
              <w:rPr>
                <w:b w:val="0"/>
                <w:bCs w:val="0"/>
              </w:rPr>
              <w:t>kencang</w:t>
            </w:r>
            <w:r w:rsidRPr="00434DA7">
              <w:rPr>
                <w:b w:val="0"/>
                <w:bCs w:val="0"/>
                <w:spacing w:val="74"/>
              </w:rPr>
              <w:t xml:space="preserve"> </w:t>
            </w:r>
            <w:r w:rsidRPr="00434DA7">
              <w:rPr>
                <w:b w:val="0"/>
                <w:bCs w:val="0"/>
              </w:rPr>
              <w:t>atau</w:t>
            </w:r>
            <w:r w:rsidRPr="00434DA7">
              <w:rPr>
                <w:b w:val="0"/>
                <w:bCs w:val="0"/>
                <w:spacing w:val="76"/>
              </w:rPr>
              <w:t xml:space="preserve"> </w:t>
            </w:r>
            <w:r w:rsidRPr="00434DA7">
              <w:rPr>
                <w:b w:val="0"/>
                <w:bCs w:val="0"/>
              </w:rPr>
              <w:t>kendor</w:t>
            </w:r>
            <w:r w:rsidRPr="00434DA7">
              <w:rPr>
                <w:b w:val="0"/>
                <w:bCs w:val="0"/>
                <w:spacing w:val="-5"/>
              </w:rPr>
              <w:t xml:space="preserve"> </w:t>
            </w:r>
            <w:r w:rsidRPr="00434DA7">
              <w:rPr>
                <w:b w:val="0"/>
                <w:bCs w:val="0"/>
              </w:rPr>
              <w:t>setelah</w:t>
            </w:r>
            <w:r w:rsidRPr="00434DA7">
              <w:rPr>
                <w:b w:val="0"/>
                <w:bCs w:val="0"/>
                <w:spacing w:val="-2"/>
              </w:rPr>
              <w:t xml:space="preserve"> </w:t>
            </w:r>
            <w:r w:rsidRPr="00434DA7">
              <w:rPr>
                <w:b w:val="0"/>
                <w:bCs w:val="0"/>
              </w:rPr>
              <w:t>menyusui</w:t>
            </w:r>
            <w:r w:rsidRPr="00434DA7">
              <w:rPr>
                <w:b w:val="0"/>
                <w:bCs w:val="0"/>
                <w:spacing w:val="-7"/>
              </w:rPr>
              <w:t xml:space="preserve"> </w:t>
            </w:r>
            <w:r w:rsidRPr="00434DA7">
              <w:rPr>
                <w:b w:val="0"/>
                <w:bCs w:val="0"/>
                <w:spacing w:val="-2"/>
              </w:rPr>
              <w:t>bayi.</w:t>
            </w:r>
          </w:p>
        </w:tc>
        <w:tc>
          <w:tcPr>
            <w:tcW w:w="567" w:type="dxa"/>
          </w:tcPr>
          <w:p w14:paraId="49C9B629" w14:textId="77777777" w:rsidR="00547C38" w:rsidRPr="00434DA7" w:rsidRDefault="00547C38" w:rsidP="00547C38">
            <w:pPr>
              <w:pStyle w:val="TOC1"/>
              <w:jc w:val="both"/>
              <w:rPr>
                <w:b w:val="0"/>
                <w:bCs w:val="0"/>
              </w:rPr>
            </w:pPr>
          </w:p>
        </w:tc>
        <w:tc>
          <w:tcPr>
            <w:tcW w:w="567" w:type="dxa"/>
          </w:tcPr>
          <w:p w14:paraId="5A5E2786" w14:textId="77777777" w:rsidR="00547C38" w:rsidRPr="00434DA7" w:rsidRDefault="00547C38" w:rsidP="00547C38">
            <w:pPr>
              <w:pStyle w:val="TOC1"/>
              <w:jc w:val="both"/>
              <w:rPr>
                <w:b w:val="0"/>
                <w:bCs w:val="0"/>
              </w:rPr>
            </w:pPr>
          </w:p>
        </w:tc>
        <w:tc>
          <w:tcPr>
            <w:tcW w:w="567" w:type="dxa"/>
          </w:tcPr>
          <w:p w14:paraId="691F1758" w14:textId="77777777" w:rsidR="00547C38" w:rsidRPr="00434DA7" w:rsidRDefault="00547C38" w:rsidP="00547C38">
            <w:pPr>
              <w:pStyle w:val="TOC1"/>
              <w:jc w:val="both"/>
              <w:rPr>
                <w:b w:val="0"/>
                <w:bCs w:val="0"/>
              </w:rPr>
            </w:pPr>
          </w:p>
        </w:tc>
        <w:tc>
          <w:tcPr>
            <w:tcW w:w="425" w:type="dxa"/>
          </w:tcPr>
          <w:p w14:paraId="68CF78BD" w14:textId="77777777" w:rsidR="00547C38" w:rsidRPr="00434DA7" w:rsidRDefault="00547C38" w:rsidP="00547C38">
            <w:pPr>
              <w:pStyle w:val="TOC1"/>
              <w:jc w:val="both"/>
              <w:rPr>
                <w:b w:val="0"/>
                <w:bCs w:val="0"/>
              </w:rPr>
            </w:pPr>
          </w:p>
        </w:tc>
        <w:tc>
          <w:tcPr>
            <w:tcW w:w="567" w:type="dxa"/>
          </w:tcPr>
          <w:p w14:paraId="7A57C878" w14:textId="77777777" w:rsidR="00547C38" w:rsidRPr="00434DA7" w:rsidRDefault="00547C38" w:rsidP="00547C38">
            <w:pPr>
              <w:pStyle w:val="TOC1"/>
              <w:jc w:val="both"/>
              <w:rPr>
                <w:b w:val="0"/>
                <w:bCs w:val="0"/>
              </w:rPr>
            </w:pPr>
          </w:p>
        </w:tc>
      </w:tr>
      <w:tr w:rsidR="00547C38" w:rsidRPr="00434DA7" w14:paraId="0B30B09C" w14:textId="77777777" w:rsidTr="00365C4A">
        <w:trPr>
          <w:trHeight w:val="761"/>
        </w:trPr>
        <w:tc>
          <w:tcPr>
            <w:tcW w:w="567" w:type="dxa"/>
          </w:tcPr>
          <w:p w14:paraId="20E441A8" w14:textId="77777777" w:rsidR="00547C38" w:rsidRPr="00434DA7" w:rsidRDefault="00547C38" w:rsidP="00547C38">
            <w:pPr>
              <w:pStyle w:val="TOC1"/>
              <w:spacing w:before="4"/>
              <w:ind w:left="10"/>
              <w:jc w:val="center"/>
              <w:rPr>
                <w:b w:val="0"/>
                <w:bCs w:val="0"/>
              </w:rPr>
            </w:pPr>
            <w:r w:rsidRPr="00434DA7">
              <w:rPr>
                <w:b w:val="0"/>
                <w:bCs w:val="0"/>
                <w:spacing w:val="-5"/>
              </w:rPr>
              <w:t>5.</w:t>
            </w:r>
          </w:p>
        </w:tc>
        <w:tc>
          <w:tcPr>
            <w:tcW w:w="4248" w:type="dxa"/>
          </w:tcPr>
          <w:p w14:paraId="6FB78CB7" w14:textId="77777777" w:rsidR="00547C38" w:rsidRPr="00434DA7" w:rsidRDefault="00547C38" w:rsidP="00547C38">
            <w:pPr>
              <w:pStyle w:val="TOC1"/>
              <w:spacing w:before="4"/>
              <w:ind w:left="31"/>
              <w:jc w:val="both"/>
              <w:rPr>
                <w:b w:val="0"/>
                <w:bCs w:val="0"/>
              </w:rPr>
            </w:pPr>
            <w:r w:rsidRPr="00434DA7">
              <w:rPr>
                <w:b w:val="0"/>
                <w:bCs w:val="0"/>
              </w:rPr>
              <w:t>Keluarga</w:t>
            </w:r>
            <w:r w:rsidRPr="00434DA7">
              <w:rPr>
                <w:b w:val="0"/>
                <w:bCs w:val="0"/>
                <w:spacing w:val="22"/>
              </w:rPr>
              <w:t xml:space="preserve"> </w:t>
            </w:r>
            <w:r w:rsidRPr="00434DA7">
              <w:rPr>
                <w:b w:val="0"/>
                <w:bCs w:val="0"/>
              </w:rPr>
              <w:t>terlihat</w:t>
            </w:r>
            <w:r w:rsidRPr="00434DA7">
              <w:rPr>
                <w:b w:val="0"/>
                <w:bCs w:val="0"/>
                <w:spacing w:val="23"/>
              </w:rPr>
              <w:t xml:space="preserve"> </w:t>
            </w:r>
            <w:r w:rsidRPr="00434DA7">
              <w:rPr>
                <w:b w:val="0"/>
                <w:bCs w:val="0"/>
              </w:rPr>
              <w:t>senang</w:t>
            </w:r>
            <w:r w:rsidRPr="00434DA7">
              <w:rPr>
                <w:b w:val="0"/>
                <w:bCs w:val="0"/>
                <w:spacing w:val="23"/>
              </w:rPr>
              <w:t xml:space="preserve"> </w:t>
            </w:r>
            <w:r w:rsidRPr="00434DA7">
              <w:rPr>
                <w:b w:val="0"/>
                <w:bCs w:val="0"/>
              </w:rPr>
              <w:t>dan</w:t>
            </w:r>
            <w:r w:rsidRPr="00434DA7">
              <w:rPr>
                <w:b w:val="0"/>
                <w:bCs w:val="0"/>
                <w:spacing w:val="22"/>
              </w:rPr>
              <w:t xml:space="preserve"> </w:t>
            </w:r>
            <w:r w:rsidRPr="00434DA7">
              <w:rPr>
                <w:b w:val="0"/>
                <w:bCs w:val="0"/>
                <w:spacing w:val="-2"/>
              </w:rPr>
              <w:t>memberikan</w:t>
            </w:r>
          </w:p>
          <w:p w14:paraId="6F9E3BA5" w14:textId="77777777" w:rsidR="00547C38" w:rsidRPr="00434DA7" w:rsidRDefault="00547C38" w:rsidP="00547C38">
            <w:pPr>
              <w:pStyle w:val="TOC1"/>
              <w:ind w:left="31"/>
              <w:jc w:val="both"/>
              <w:rPr>
                <w:b w:val="0"/>
                <w:bCs w:val="0"/>
              </w:rPr>
            </w:pPr>
            <w:r w:rsidRPr="00434DA7">
              <w:rPr>
                <w:b w:val="0"/>
                <w:bCs w:val="0"/>
              </w:rPr>
              <w:t>pujian</w:t>
            </w:r>
            <w:r w:rsidRPr="00434DA7">
              <w:rPr>
                <w:b w:val="0"/>
                <w:bCs w:val="0"/>
                <w:spacing w:val="18"/>
              </w:rPr>
              <w:t xml:space="preserve"> </w:t>
            </w:r>
            <w:r w:rsidRPr="00434DA7">
              <w:rPr>
                <w:b w:val="0"/>
                <w:bCs w:val="0"/>
              </w:rPr>
              <w:t>ketika</w:t>
            </w:r>
            <w:r w:rsidRPr="00434DA7">
              <w:rPr>
                <w:b w:val="0"/>
                <w:bCs w:val="0"/>
                <w:spacing w:val="-1"/>
              </w:rPr>
              <w:t xml:space="preserve"> </w:t>
            </w:r>
            <w:r w:rsidRPr="00434DA7">
              <w:rPr>
                <w:b w:val="0"/>
                <w:bCs w:val="0"/>
              </w:rPr>
              <w:t>ibu</w:t>
            </w:r>
            <w:r w:rsidRPr="00434DA7">
              <w:rPr>
                <w:b w:val="0"/>
                <w:bCs w:val="0"/>
                <w:spacing w:val="-2"/>
              </w:rPr>
              <w:t xml:space="preserve"> </w:t>
            </w:r>
            <w:r w:rsidRPr="00434DA7">
              <w:rPr>
                <w:b w:val="0"/>
                <w:bCs w:val="0"/>
              </w:rPr>
              <w:t>sedang</w:t>
            </w:r>
            <w:r w:rsidRPr="00434DA7">
              <w:rPr>
                <w:b w:val="0"/>
                <w:bCs w:val="0"/>
                <w:spacing w:val="-2"/>
              </w:rPr>
              <w:t xml:space="preserve"> </w:t>
            </w:r>
            <w:r w:rsidRPr="00434DA7">
              <w:rPr>
                <w:b w:val="0"/>
                <w:bCs w:val="0"/>
              </w:rPr>
              <w:t>menyusui</w:t>
            </w:r>
            <w:r w:rsidRPr="00434DA7">
              <w:rPr>
                <w:b w:val="0"/>
                <w:bCs w:val="0"/>
                <w:spacing w:val="-3"/>
              </w:rPr>
              <w:t xml:space="preserve"> </w:t>
            </w:r>
            <w:r w:rsidRPr="00434DA7">
              <w:rPr>
                <w:b w:val="0"/>
                <w:bCs w:val="0"/>
                <w:spacing w:val="-4"/>
              </w:rPr>
              <w:t>bayi.</w:t>
            </w:r>
          </w:p>
        </w:tc>
        <w:tc>
          <w:tcPr>
            <w:tcW w:w="567" w:type="dxa"/>
          </w:tcPr>
          <w:p w14:paraId="246309D3" w14:textId="77777777" w:rsidR="00547C38" w:rsidRPr="00434DA7" w:rsidRDefault="00547C38" w:rsidP="00547C38">
            <w:pPr>
              <w:pStyle w:val="TOC1"/>
              <w:jc w:val="both"/>
              <w:rPr>
                <w:b w:val="0"/>
                <w:bCs w:val="0"/>
              </w:rPr>
            </w:pPr>
          </w:p>
        </w:tc>
        <w:tc>
          <w:tcPr>
            <w:tcW w:w="567" w:type="dxa"/>
          </w:tcPr>
          <w:p w14:paraId="067CB840" w14:textId="77777777" w:rsidR="00547C38" w:rsidRPr="00434DA7" w:rsidRDefault="00547C38" w:rsidP="00547C38">
            <w:pPr>
              <w:pStyle w:val="TOC1"/>
              <w:jc w:val="both"/>
              <w:rPr>
                <w:b w:val="0"/>
                <w:bCs w:val="0"/>
              </w:rPr>
            </w:pPr>
          </w:p>
        </w:tc>
        <w:tc>
          <w:tcPr>
            <w:tcW w:w="567" w:type="dxa"/>
          </w:tcPr>
          <w:p w14:paraId="79B5257F" w14:textId="77777777" w:rsidR="00547C38" w:rsidRPr="00434DA7" w:rsidRDefault="00547C38" w:rsidP="00547C38">
            <w:pPr>
              <w:pStyle w:val="TOC1"/>
              <w:jc w:val="both"/>
              <w:rPr>
                <w:b w:val="0"/>
                <w:bCs w:val="0"/>
              </w:rPr>
            </w:pPr>
          </w:p>
        </w:tc>
        <w:tc>
          <w:tcPr>
            <w:tcW w:w="425" w:type="dxa"/>
          </w:tcPr>
          <w:p w14:paraId="356C6675" w14:textId="77777777" w:rsidR="00547C38" w:rsidRPr="00434DA7" w:rsidRDefault="00547C38" w:rsidP="00547C38">
            <w:pPr>
              <w:pStyle w:val="TOC1"/>
              <w:jc w:val="both"/>
              <w:rPr>
                <w:b w:val="0"/>
                <w:bCs w:val="0"/>
              </w:rPr>
            </w:pPr>
          </w:p>
        </w:tc>
        <w:tc>
          <w:tcPr>
            <w:tcW w:w="567" w:type="dxa"/>
          </w:tcPr>
          <w:p w14:paraId="1AA370F2" w14:textId="77777777" w:rsidR="00547C38" w:rsidRPr="00434DA7" w:rsidRDefault="00547C38" w:rsidP="00547C38">
            <w:pPr>
              <w:pStyle w:val="TOC1"/>
              <w:jc w:val="both"/>
              <w:rPr>
                <w:b w:val="0"/>
                <w:bCs w:val="0"/>
              </w:rPr>
            </w:pPr>
          </w:p>
        </w:tc>
      </w:tr>
      <w:tr w:rsidR="00547C38" w:rsidRPr="00434DA7" w14:paraId="432AAEFB" w14:textId="77777777" w:rsidTr="00365C4A">
        <w:trPr>
          <w:trHeight w:val="758"/>
        </w:trPr>
        <w:tc>
          <w:tcPr>
            <w:tcW w:w="567" w:type="dxa"/>
          </w:tcPr>
          <w:p w14:paraId="65F40917" w14:textId="77777777" w:rsidR="00547C38" w:rsidRPr="00434DA7" w:rsidRDefault="00547C38" w:rsidP="00547C38">
            <w:pPr>
              <w:pStyle w:val="TOC1"/>
              <w:spacing w:before="1"/>
              <w:ind w:left="10"/>
              <w:jc w:val="center"/>
              <w:rPr>
                <w:b w:val="0"/>
                <w:bCs w:val="0"/>
              </w:rPr>
            </w:pPr>
            <w:r w:rsidRPr="00434DA7">
              <w:rPr>
                <w:b w:val="0"/>
                <w:bCs w:val="0"/>
                <w:spacing w:val="-5"/>
              </w:rPr>
              <w:t>6.</w:t>
            </w:r>
          </w:p>
        </w:tc>
        <w:tc>
          <w:tcPr>
            <w:tcW w:w="4248" w:type="dxa"/>
          </w:tcPr>
          <w:p w14:paraId="5E0DAEF1" w14:textId="77777777" w:rsidR="00547C38" w:rsidRPr="00434DA7" w:rsidRDefault="00547C38" w:rsidP="00547C38">
            <w:pPr>
              <w:pStyle w:val="TOC1"/>
              <w:spacing w:before="1"/>
              <w:ind w:left="31"/>
              <w:jc w:val="both"/>
              <w:rPr>
                <w:b w:val="0"/>
                <w:bCs w:val="0"/>
              </w:rPr>
            </w:pPr>
            <w:r w:rsidRPr="00434DA7">
              <w:rPr>
                <w:b w:val="0"/>
                <w:bCs w:val="0"/>
              </w:rPr>
              <w:t>Keluarga</w:t>
            </w:r>
            <w:r w:rsidRPr="00434DA7">
              <w:rPr>
                <w:b w:val="0"/>
                <w:bCs w:val="0"/>
                <w:spacing w:val="-4"/>
              </w:rPr>
              <w:t xml:space="preserve"> </w:t>
            </w:r>
            <w:r w:rsidRPr="00434DA7">
              <w:rPr>
                <w:b w:val="0"/>
                <w:bCs w:val="0"/>
              </w:rPr>
              <w:t>ibu</w:t>
            </w:r>
            <w:r w:rsidRPr="00434DA7">
              <w:rPr>
                <w:b w:val="0"/>
                <w:bCs w:val="0"/>
                <w:spacing w:val="2"/>
              </w:rPr>
              <w:t xml:space="preserve"> </w:t>
            </w:r>
            <w:r w:rsidRPr="00434DA7">
              <w:rPr>
                <w:b w:val="0"/>
                <w:bCs w:val="0"/>
              </w:rPr>
              <w:t>menanyakan</w:t>
            </w:r>
            <w:r w:rsidRPr="00434DA7">
              <w:rPr>
                <w:b w:val="0"/>
                <w:bCs w:val="0"/>
                <w:spacing w:val="-9"/>
              </w:rPr>
              <w:t xml:space="preserve"> </w:t>
            </w:r>
            <w:r w:rsidRPr="00434DA7">
              <w:rPr>
                <w:b w:val="0"/>
                <w:bCs w:val="0"/>
              </w:rPr>
              <w:t>keadaan</w:t>
            </w:r>
            <w:r w:rsidRPr="00434DA7">
              <w:rPr>
                <w:b w:val="0"/>
                <w:bCs w:val="0"/>
                <w:spacing w:val="-5"/>
              </w:rPr>
              <w:t xml:space="preserve"> </w:t>
            </w:r>
            <w:r w:rsidRPr="00434DA7">
              <w:rPr>
                <w:b w:val="0"/>
                <w:bCs w:val="0"/>
              </w:rPr>
              <w:t>ibu</w:t>
            </w:r>
            <w:r w:rsidRPr="00434DA7">
              <w:rPr>
                <w:b w:val="0"/>
                <w:bCs w:val="0"/>
                <w:spacing w:val="-4"/>
              </w:rPr>
              <w:t xml:space="preserve"> </w:t>
            </w:r>
            <w:r w:rsidRPr="00434DA7">
              <w:rPr>
                <w:b w:val="0"/>
                <w:bCs w:val="0"/>
                <w:spacing w:val="-5"/>
              </w:rPr>
              <w:t>dan</w:t>
            </w:r>
          </w:p>
          <w:p w14:paraId="4DFD297E" w14:textId="77777777" w:rsidR="00547C38" w:rsidRPr="00434DA7" w:rsidRDefault="00547C38" w:rsidP="00547C38">
            <w:pPr>
              <w:pStyle w:val="TOC1"/>
              <w:ind w:left="31"/>
              <w:jc w:val="both"/>
              <w:rPr>
                <w:b w:val="0"/>
                <w:bCs w:val="0"/>
              </w:rPr>
            </w:pPr>
            <w:r w:rsidRPr="00434DA7">
              <w:rPr>
                <w:b w:val="0"/>
                <w:bCs w:val="0"/>
                <w:spacing w:val="-2"/>
              </w:rPr>
              <w:t>bayi.</w:t>
            </w:r>
          </w:p>
        </w:tc>
        <w:tc>
          <w:tcPr>
            <w:tcW w:w="567" w:type="dxa"/>
          </w:tcPr>
          <w:p w14:paraId="042DADBB" w14:textId="77777777" w:rsidR="00547C38" w:rsidRPr="00434DA7" w:rsidRDefault="00547C38" w:rsidP="00547C38">
            <w:pPr>
              <w:pStyle w:val="TOC1"/>
              <w:jc w:val="both"/>
              <w:rPr>
                <w:b w:val="0"/>
                <w:bCs w:val="0"/>
              </w:rPr>
            </w:pPr>
          </w:p>
        </w:tc>
        <w:tc>
          <w:tcPr>
            <w:tcW w:w="567" w:type="dxa"/>
          </w:tcPr>
          <w:p w14:paraId="676E8213" w14:textId="77777777" w:rsidR="00547C38" w:rsidRPr="00434DA7" w:rsidRDefault="00547C38" w:rsidP="00547C38">
            <w:pPr>
              <w:pStyle w:val="TOC1"/>
              <w:jc w:val="both"/>
              <w:rPr>
                <w:b w:val="0"/>
                <w:bCs w:val="0"/>
              </w:rPr>
            </w:pPr>
          </w:p>
        </w:tc>
        <w:tc>
          <w:tcPr>
            <w:tcW w:w="567" w:type="dxa"/>
          </w:tcPr>
          <w:p w14:paraId="1580F403" w14:textId="77777777" w:rsidR="00547C38" w:rsidRPr="00434DA7" w:rsidRDefault="00547C38" w:rsidP="00547C38">
            <w:pPr>
              <w:pStyle w:val="TOC1"/>
              <w:jc w:val="both"/>
              <w:rPr>
                <w:b w:val="0"/>
                <w:bCs w:val="0"/>
              </w:rPr>
            </w:pPr>
          </w:p>
        </w:tc>
        <w:tc>
          <w:tcPr>
            <w:tcW w:w="425" w:type="dxa"/>
          </w:tcPr>
          <w:p w14:paraId="0F1DDA27" w14:textId="77777777" w:rsidR="00547C38" w:rsidRPr="00434DA7" w:rsidRDefault="00547C38" w:rsidP="00547C38">
            <w:pPr>
              <w:pStyle w:val="TOC1"/>
              <w:jc w:val="both"/>
              <w:rPr>
                <w:b w:val="0"/>
                <w:bCs w:val="0"/>
              </w:rPr>
            </w:pPr>
          </w:p>
        </w:tc>
        <w:tc>
          <w:tcPr>
            <w:tcW w:w="567" w:type="dxa"/>
          </w:tcPr>
          <w:p w14:paraId="0746D374" w14:textId="77777777" w:rsidR="00547C38" w:rsidRPr="00434DA7" w:rsidRDefault="00547C38" w:rsidP="00547C38">
            <w:pPr>
              <w:pStyle w:val="TOC1"/>
              <w:jc w:val="both"/>
              <w:rPr>
                <w:b w:val="0"/>
                <w:bCs w:val="0"/>
              </w:rPr>
            </w:pPr>
          </w:p>
        </w:tc>
      </w:tr>
      <w:tr w:rsidR="00547C38" w:rsidRPr="00434DA7" w14:paraId="1B00DF4D" w14:textId="77777777" w:rsidTr="00365C4A">
        <w:trPr>
          <w:trHeight w:val="762"/>
        </w:trPr>
        <w:tc>
          <w:tcPr>
            <w:tcW w:w="567" w:type="dxa"/>
          </w:tcPr>
          <w:p w14:paraId="5787A29B" w14:textId="77777777" w:rsidR="00547C38" w:rsidRPr="00434DA7" w:rsidRDefault="00547C38" w:rsidP="00547C38">
            <w:pPr>
              <w:pStyle w:val="TOC1"/>
              <w:ind w:left="10"/>
              <w:jc w:val="center"/>
              <w:rPr>
                <w:b w:val="0"/>
                <w:bCs w:val="0"/>
              </w:rPr>
            </w:pPr>
            <w:r w:rsidRPr="00434DA7">
              <w:rPr>
                <w:b w:val="0"/>
                <w:bCs w:val="0"/>
                <w:spacing w:val="-5"/>
              </w:rPr>
              <w:t>7.</w:t>
            </w:r>
          </w:p>
        </w:tc>
        <w:tc>
          <w:tcPr>
            <w:tcW w:w="4248" w:type="dxa"/>
          </w:tcPr>
          <w:p w14:paraId="097602D5" w14:textId="77777777" w:rsidR="00547C38" w:rsidRPr="00434DA7" w:rsidRDefault="00547C38" w:rsidP="00547C38">
            <w:pPr>
              <w:pStyle w:val="TOC1"/>
              <w:ind w:left="31"/>
              <w:jc w:val="both"/>
              <w:rPr>
                <w:b w:val="0"/>
                <w:bCs w:val="0"/>
              </w:rPr>
            </w:pPr>
            <w:r w:rsidRPr="00434DA7">
              <w:rPr>
                <w:b w:val="0"/>
                <w:bCs w:val="0"/>
              </w:rPr>
              <w:t>Keluarga</w:t>
            </w:r>
            <w:r w:rsidRPr="00434DA7">
              <w:rPr>
                <w:b w:val="0"/>
                <w:bCs w:val="0"/>
                <w:spacing w:val="-11"/>
              </w:rPr>
              <w:t xml:space="preserve"> </w:t>
            </w:r>
            <w:r w:rsidRPr="00434DA7">
              <w:rPr>
                <w:b w:val="0"/>
                <w:bCs w:val="0"/>
              </w:rPr>
              <w:t>percaya</w:t>
            </w:r>
            <w:r w:rsidRPr="00434DA7">
              <w:rPr>
                <w:b w:val="0"/>
                <w:bCs w:val="0"/>
                <w:spacing w:val="-10"/>
              </w:rPr>
              <w:t xml:space="preserve"> </w:t>
            </w:r>
            <w:r w:rsidRPr="00434DA7">
              <w:rPr>
                <w:b w:val="0"/>
                <w:bCs w:val="0"/>
              </w:rPr>
              <w:t>terhadap</w:t>
            </w:r>
            <w:r w:rsidRPr="00434DA7">
              <w:rPr>
                <w:b w:val="0"/>
                <w:bCs w:val="0"/>
                <w:spacing w:val="-11"/>
              </w:rPr>
              <w:t xml:space="preserve"> </w:t>
            </w:r>
            <w:r w:rsidRPr="00434DA7">
              <w:rPr>
                <w:b w:val="0"/>
                <w:bCs w:val="0"/>
              </w:rPr>
              <w:t>masalah</w:t>
            </w:r>
            <w:r w:rsidRPr="00434DA7">
              <w:rPr>
                <w:b w:val="0"/>
                <w:bCs w:val="0"/>
                <w:spacing w:val="-10"/>
              </w:rPr>
              <w:t xml:space="preserve"> </w:t>
            </w:r>
            <w:r w:rsidRPr="00434DA7">
              <w:rPr>
                <w:b w:val="0"/>
                <w:bCs w:val="0"/>
                <w:spacing w:val="-4"/>
              </w:rPr>
              <w:t>yang</w:t>
            </w:r>
          </w:p>
          <w:p w14:paraId="0F5755C9" w14:textId="77777777" w:rsidR="00547C38" w:rsidRPr="00434DA7" w:rsidRDefault="00547C38" w:rsidP="00547C38">
            <w:pPr>
              <w:pStyle w:val="TOC1"/>
              <w:ind w:left="31"/>
              <w:jc w:val="both"/>
              <w:rPr>
                <w:b w:val="0"/>
                <w:bCs w:val="0"/>
              </w:rPr>
            </w:pPr>
            <w:r w:rsidRPr="00434DA7">
              <w:rPr>
                <w:b w:val="0"/>
                <w:bCs w:val="0"/>
              </w:rPr>
              <w:t>dihadapi</w:t>
            </w:r>
            <w:r w:rsidRPr="00434DA7">
              <w:rPr>
                <w:b w:val="0"/>
                <w:bCs w:val="0"/>
                <w:spacing w:val="-15"/>
              </w:rPr>
              <w:t xml:space="preserve"> </w:t>
            </w:r>
            <w:r w:rsidRPr="00434DA7">
              <w:rPr>
                <w:b w:val="0"/>
                <w:bCs w:val="0"/>
              </w:rPr>
              <w:t>ketika</w:t>
            </w:r>
            <w:r w:rsidRPr="00434DA7">
              <w:rPr>
                <w:b w:val="0"/>
                <w:bCs w:val="0"/>
                <w:spacing w:val="-1"/>
              </w:rPr>
              <w:t xml:space="preserve"> </w:t>
            </w:r>
            <w:r w:rsidRPr="00434DA7">
              <w:rPr>
                <w:b w:val="0"/>
                <w:bCs w:val="0"/>
              </w:rPr>
              <w:t>menyusui</w:t>
            </w:r>
            <w:r w:rsidRPr="00434DA7">
              <w:rPr>
                <w:b w:val="0"/>
                <w:bCs w:val="0"/>
                <w:spacing w:val="-3"/>
              </w:rPr>
              <w:t xml:space="preserve"> </w:t>
            </w:r>
            <w:r w:rsidRPr="00434DA7">
              <w:rPr>
                <w:b w:val="0"/>
                <w:bCs w:val="0"/>
                <w:spacing w:val="-2"/>
              </w:rPr>
              <w:t>bayi.</w:t>
            </w:r>
          </w:p>
        </w:tc>
        <w:tc>
          <w:tcPr>
            <w:tcW w:w="567" w:type="dxa"/>
          </w:tcPr>
          <w:p w14:paraId="2482C089" w14:textId="77777777" w:rsidR="00547C38" w:rsidRPr="00434DA7" w:rsidRDefault="00547C38" w:rsidP="00547C38">
            <w:pPr>
              <w:pStyle w:val="TOC1"/>
              <w:jc w:val="both"/>
              <w:rPr>
                <w:b w:val="0"/>
                <w:bCs w:val="0"/>
              </w:rPr>
            </w:pPr>
          </w:p>
        </w:tc>
        <w:tc>
          <w:tcPr>
            <w:tcW w:w="567" w:type="dxa"/>
          </w:tcPr>
          <w:p w14:paraId="47210A4E" w14:textId="77777777" w:rsidR="00547C38" w:rsidRPr="00434DA7" w:rsidRDefault="00547C38" w:rsidP="00547C38">
            <w:pPr>
              <w:pStyle w:val="TOC1"/>
              <w:jc w:val="both"/>
              <w:rPr>
                <w:b w:val="0"/>
                <w:bCs w:val="0"/>
              </w:rPr>
            </w:pPr>
          </w:p>
        </w:tc>
        <w:tc>
          <w:tcPr>
            <w:tcW w:w="567" w:type="dxa"/>
          </w:tcPr>
          <w:p w14:paraId="59953790" w14:textId="77777777" w:rsidR="00547C38" w:rsidRPr="00434DA7" w:rsidRDefault="00547C38" w:rsidP="00547C38">
            <w:pPr>
              <w:pStyle w:val="TOC1"/>
              <w:jc w:val="both"/>
              <w:rPr>
                <w:b w:val="0"/>
                <w:bCs w:val="0"/>
              </w:rPr>
            </w:pPr>
          </w:p>
        </w:tc>
        <w:tc>
          <w:tcPr>
            <w:tcW w:w="425" w:type="dxa"/>
          </w:tcPr>
          <w:p w14:paraId="4C81785D" w14:textId="77777777" w:rsidR="00547C38" w:rsidRPr="00434DA7" w:rsidRDefault="00547C38" w:rsidP="00547C38">
            <w:pPr>
              <w:pStyle w:val="TOC1"/>
              <w:jc w:val="both"/>
              <w:rPr>
                <w:b w:val="0"/>
                <w:bCs w:val="0"/>
              </w:rPr>
            </w:pPr>
          </w:p>
        </w:tc>
        <w:tc>
          <w:tcPr>
            <w:tcW w:w="567" w:type="dxa"/>
          </w:tcPr>
          <w:p w14:paraId="1DF35497" w14:textId="77777777" w:rsidR="00547C38" w:rsidRPr="00434DA7" w:rsidRDefault="00547C38" w:rsidP="00547C38">
            <w:pPr>
              <w:pStyle w:val="TOC1"/>
              <w:jc w:val="both"/>
              <w:rPr>
                <w:b w:val="0"/>
                <w:bCs w:val="0"/>
              </w:rPr>
            </w:pPr>
          </w:p>
        </w:tc>
      </w:tr>
      <w:tr w:rsidR="00547C38" w:rsidRPr="00434DA7" w14:paraId="51BEE4A4" w14:textId="77777777" w:rsidTr="00365C4A">
        <w:trPr>
          <w:trHeight w:val="762"/>
        </w:trPr>
        <w:tc>
          <w:tcPr>
            <w:tcW w:w="567" w:type="dxa"/>
          </w:tcPr>
          <w:p w14:paraId="0B835A87" w14:textId="77777777" w:rsidR="00547C38" w:rsidRPr="00434DA7" w:rsidRDefault="00547C38" w:rsidP="00547C38">
            <w:pPr>
              <w:pStyle w:val="TOC1"/>
              <w:ind w:left="10"/>
              <w:jc w:val="center"/>
              <w:rPr>
                <w:b w:val="0"/>
                <w:bCs w:val="0"/>
                <w:spacing w:val="-5"/>
              </w:rPr>
            </w:pPr>
            <w:r w:rsidRPr="00434DA7">
              <w:rPr>
                <w:b w:val="0"/>
                <w:bCs w:val="0"/>
                <w:spacing w:val="-5"/>
              </w:rPr>
              <w:t>8.</w:t>
            </w:r>
          </w:p>
        </w:tc>
        <w:tc>
          <w:tcPr>
            <w:tcW w:w="4248" w:type="dxa"/>
          </w:tcPr>
          <w:p w14:paraId="4934A072"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8"/>
              </w:rPr>
              <w:t xml:space="preserve"> </w:t>
            </w:r>
            <w:r w:rsidRPr="00434DA7">
              <w:rPr>
                <w:b w:val="0"/>
                <w:bCs w:val="0"/>
              </w:rPr>
              <w:t>(suami,</w:t>
            </w:r>
            <w:r w:rsidRPr="00434DA7">
              <w:rPr>
                <w:b w:val="0"/>
                <w:bCs w:val="0"/>
                <w:spacing w:val="-8"/>
              </w:rPr>
              <w:t xml:space="preserve"> </w:t>
            </w:r>
            <w:r w:rsidRPr="00434DA7">
              <w:rPr>
                <w:b w:val="0"/>
                <w:bCs w:val="0"/>
              </w:rPr>
              <w:t>ibu,</w:t>
            </w:r>
            <w:r w:rsidRPr="00434DA7">
              <w:rPr>
                <w:b w:val="0"/>
                <w:bCs w:val="0"/>
                <w:spacing w:val="-8"/>
              </w:rPr>
              <w:t xml:space="preserve"> </w:t>
            </w:r>
            <w:r w:rsidRPr="00434DA7">
              <w:rPr>
                <w:b w:val="0"/>
                <w:bCs w:val="0"/>
              </w:rPr>
              <w:t>ibu</w:t>
            </w:r>
            <w:r w:rsidRPr="00434DA7">
              <w:rPr>
                <w:b w:val="0"/>
                <w:bCs w:val="0"/>
                <w:spacing w:val="-5"/>
              </w:rPr>
              <w:t xml:space="preserve"> </w:t>
            </w:r>
            <w:r w:rsidRPr="00434DA7">
              <w:rPr>
                <w:b w:val="0"/>
                <w:bCs w:val="0"/>
              </w:rPr>
              <w:t>mertua,</w:t>
            </w:r>
            <w:r w:rsidRPr="00434DA7">
              <w:rPr>
                <w:b w:val="0"/>
                <w:bCs w:val="0"/>
                <w:spacing w:val="-5"/>
              </w:rPr>
              <w:t xml:space="preserve"> </w:t>
            </w:r>
            <w:r w:rsidRPr="00434DA7">
              <w:rPr>
                <w:b w:val="0"/>
                <w:bCs w:val="0"/>
              </w:rPr>
              <w:t>dan</w:t>
            </w:r>
            <w:r w:rsidRPr="00434DA7">
              <w:rPr>
                <w:b w:val="0"/>
                <w:bCs w:val="0"/>
                <w:spacing w:val="-12"/>
              </w:rPr>
              <w:t xml:space="preserve"> </w:t>
            </w:r>
            <w:r w:rsidRPr="00434DA7">
              <w:rPr>
                <w:b w:val="0"/>
                <w:bCs w:val="0"/>
              </w:rPr>
              <w:t>orang yang tinggal serumah) tidak mendengarkan keluhan-keluhan yang ibu sampaikan pada</w:t>
            </w:r>
          </w:p>
          <w:p w14:paraId="02FC001F" w14:textId="77777777" w:rsidR="00547C38" w:rsidRPr="00434DA7" w:rsidRDefault="00547C38" w:rsidP="00547C38">
            <w:pPr>
              <w:pStyle w:val="TOC1"/>
              <w:ind w:left="31"/>
              <w:jc w:val="both"/>
              <w:rPr>
                <w:b w:val="0"/>
                <w:bCs w:val="0"/>
              </w:rPr>
            </w:pPr>
            <w:r w:rsidRPr="00434DA7">
              <w:rPr>
                <w:b w:val="0"/>
                <w:bCs w:val="0"/>
              </w:rPr>
              <w:t>saat</w:t>
            </w:r>
            <w:r w:rsidRPr="00434DA7">
              <w:rPr>
                <w:b w:val="0"/>
                <w:bCs w:val="0"/>
                <w:spacing w:val="-4"/>
              </w:rPr>
              <w:t xml:space="preserve"> </w:t>
            </w:r>
            <w:r w:rsidRPr="00434DA7">
              <w:rPr>
                <w:b w:val="0"/>
                <w:bCs w:val="0"/>
              </w:rPr>
              <w:t>bayi</w:t>
            </w:r>
            <w:r w:rsidRPr="00434DA7">
              <w:rPr>
                <w:b w:val="0"/>
                <w:bCs w:val="0"/>
                <w:spacing w:val="-3"/>
              </w:rPr>
              <w:t xml:space="preserve"> </w:t>
            </w:r>
            <w:r w:rsidRPr="00434DA7">
              <w:rPr>
                <w:b w:val="0"/>
                <w:bCs w:val="0"/>
              </w:rPr>
              <w:t>berusia</w:t>
            </w:r>
            <w:r w:rsidRPr="00434DA7">
              <w:rPr>
                <w:b w:val="0"/>
                <w:bCs w:val="0"/>
                <w:spacing w:val="-1"/>
              </w:rPr>
              <w:t xml:space="preserve"> </w:t>
            </w:r>
            <w:r w:rsidRPr="00434DA7">
              <w:rPr>
                <w:b w:val="0"/>
                <w:bCs w:val="0"/>
              </w:rPr>
              <w:t>0-6</w:t>
            </w:r>
            <w:r w:rsidRPr="00434DA7">
              <w:rPr>
                <w:b w:val="0"/>
                <w:bCs w:val="0"/>
                <w:spacing w:val="-5"/>
              </w:rPr>
              <w:t xml:space="preserve"> </w:t>
            </w:r>
            <w:r w:rsidRPr="00434DA7">
              <w:rPr>
                <w:b w:val="0"/>
                <w:bCs w:val="0"/>
                <w:spacing w:val="-2"/>
              </w:rPr>
              <w:t>bulan.</w:t>
            </w:r>
          </w:p>
        </w:tc>
        <w:tc>
          <w:tcPr>
            <w:tcW w:w="567" w:type="dxa"/>
          </w:tcPr>
          <w:p w14:paraId="189D5C69" w14:textId="77777777" w:rsidR="00547C38" w:rsidRPr="00434DA7" w:rsidRDefault="00547C38" w:rsidP="00547C38">
            <w:pPr>
              <w:pStyle w:val="TOC1"/>
              <w:jc w:val="both"/>
              <w:rPr>
                <w:b w:val="0"/>
                <w:bCs w:val="0"/>
              </w:rPr>
            </w:pPr>
          </w:p>
        </w:tc>
        <w:tc>
          <w:tcPr>
            <w:tcW w:w="567" w:type="dxa"/>
          </w:tcPr>
          <w:p w14:paraId="67EEF5FF" w14:textId="77777777" w:rsidR="00547C38" w:rsidRPr="00434DA7" w:rsidRDefault="00547C38" w:rsidP="00547C38">
            <w:pPr>
              <w:pStyle w:val="TOC1"/>
              <w:jc w:val="both"/>
              <w:rPr>
                <w:b w:val="0"/>
                <w:bCs w:val="0"/>
              </w:rPr>
            </w:pPr>
          </w:p>
        </w:tc>
        <w:tc>
          <w:tcPr>
            <w:tcW w:w="567" w:type="dxa"/>
          </w:tcPr>
          <w:p w14:paraId="55601DEA" w14:textId="77777777" w:rsidR="00547C38" w:rsidRPr="00434DA7" w:rsidRDefault="00547C38" w:rsidP="00547C38">
            <w:pPr>
              <w:pStyle w:val="TOC1"/>
              <w:jc w:val="both"/>
              <w:rPr>
                <w:b w:val="0"/>
                <w:bCs w:val="0"/>
              </w:rPr>
            </w:pPr>
          </w:p>
        </w:tc>
        <w:tc>
          <w:tcPr>
            <w:tcW w:w="425" w:type="dxa"/>
          </w:tcPr>
          <w:p w14:paraId="63687186" w14:textId="77777777" w:rsidR="00547C38" w:rsidRPr="00434DA7" w:rsidRDefault="00547C38" w:rsidP="00547C38">
            <w:pPr>
              <w:pStyle w:val="TOC1"/>
              <w:jc w:val="both"/>
              <w:rPr>
                <w:b w:val="0"/>
                <w:bCs w:val="0"/>
              </w:rPr>
            </w:pPr>
          </w:p>
        </w:tc>
        <w:tc>
          <w:tcPr>
            <w:tcW w:w="567" w:type="dxa"/>
          </w:tcPr>
          <w:p w14:paraId="38D80184" w14:textId="77777777" w:rsidR="00547C38" w:rsidRPr="00434DA7" w:rsidRDefault="00547C38" w:rsidP="00547C38">
            <w:pPr>
              <w:pStyle w:val="TOC1"/>
              <w:jc w:val="both"/>
              <w:rPr>
                <w:b w:val="0"/>
                <w:bCs w:val="0"/>
              </w:rPr>
            </w:pPr>
          </w:p>
        </w:tc>
      </w:tr>
      <w:tr w:rsidR="00547C38" w:rsidRPr="00434DA7" w14:paraId="5F586C8A" w14:textId="77777777" w:rsidTr="00365C4A">
        <w:trPr>
          <w:trHeight w:val="762"/>
        </w:trPr>
        <w:tc>
          <w:tcPr>
            <w:tcW w:w="567" w:type="dxa"/>
          </w:tcPr>
          <w:p w14:paraId="2356508E" w14:textId="77777777" w:rsidR="00547C38" w:rsidRPr="00434DA7" w:rsidRDefault="00547C38" w:rsidP="00547C38">
            <w:pPr>
              <w:pStyle w:val="TOC1"/>
              <w:ind w:left="10"/>
              <w:jc w:val="center"/>
              <w:rPr>
                <w:b w:val="0"/>
                <w:bCs w:val="0"/>
                <w:spacing w:val="-5"/>
              </w:rPr>
            </w:pPr>
          </w:p>
        </w:tc>
        <w:tc>
          <w:tcPr>
            <w:tcW w:w="4248" w:type="dxa"/>
          </w:tcPr>
          <w:p w14:paraId="415D1D6B" w14:textId="77777777" w:rsidR="00547C38" w:rsidRPr="00434DA7" w:rsidRDefault="00547C38" w:rsidP="00547C38">
            <w:pPr>
              <w:pStyle w:val="TOC1"/>
              <w:spacing w:before="4" w:line="357" w:lineRule="auto"/>
              <w:ind w:left="31"/>
              <w:jc w:val="both"/>
              <w:rPr>
                <w:b w:val="0"/>
                <w:bCs w:val="0"/>
              </w:rPr>
            </w:pPr>
            <w:r w:rsidRPr="00434DA7">
              <w:rPr>
                <w:b w:val="0"/>
                <w:bCs w:val="0"/>
              </w:rPr>
              <w:t>Dukungan Instrumental</w:t>
            </w:r>
          </w:p>
        </w:tc>
        <w:tc>
          <w:tcPr>
            <w:tcW w:w="567" w:type="dxa"/>
          </w:tcPr>
          <w:p w14:paraId="2C3E76CD" w14:textId="77777777" w:rsidR="00547C38" w:rsidRPr="00434DA7" w:rsidRDefault="00547C38" w:rsidP="00547C38">
            <w:pPr>
              <w:pStyle w:val="TOC1"/>
              <w:jc w:val="both"/>
              <w:rPr>
                <w:b w:val="0"/>
                <w:bCs w:val="0"/>
              </w:rPr>
            </w:pPr>
          </w:p>
        </w:tc>
        <w:tc>
          <w:tcPr>
            <w:tcW w:w="567" w:type="dxa"/>
          </w:tcPr>
          <w:p w14:paraId="736063A5" w14:textId="77777777" w:rsidR="00547C38" w:rsidRPr="00434DA7" w:rsidRDefault="00547C38" w:rsidP="00547C38">
            <w:pPr>
              <w:pStyle w:val="TOC1"/>
              <w:jc w:val="both"/>
              <w:rPr>
                <w:b w:val="0"/>
                <w:bCs w:val="0"/>
              </w:rPr>
            </w:pPr>
          </w:p>
        </w:tc>
        <w:tc>
          <w:tcPr>
            <w:tcW w:w="567" w:type="dxa"/>
          </w:tcPr>
          <w:p w14:paraId="53DBB497" w14:textId="77777777" w:rsidR="00547C38" w:rsidRPr="00434DA7" w:rsidRDefault="00547C38" w:rsidP="00547C38">
            <w:pPr>
              <w:pStyle w:val="TOC1"/>
              <w:jc w:val="both"/>
              <w:rPr>
                <w:b w:val="0"/>
                <w:bCs w:val="0"/>
              </w:rPr>
            </w:pPr>
          </w:p>
        </w:tc>
        <w:tc>
          <w:tcPr>
            <w:tcW w:w="425" w:type="dxa"/>
          </w:tcPr>
          <w:p w14:paraId="2EABE43E" w14:textId="77777777" w:rsidR="00547C38" w:rsidRPr="00434DA7" w:rsidRDefault="00547C38" w:rsidP="00547C38">
            <w:pPr>
              <w:pStyle w:val="TOC1"/>
              <w:jc w:val="both"/>
              <w:rPr>
                <w:b w:val="0"/>
                <w:bCs w:val="0"/>
              </w:rPr>
            </w:pPr>
          </w:p>
        </w:tc>
        <w:tc>
          <w:tcPr>
            <w:tcW w:w="567" w:type="dxa"/>
          </w:tcPr>
          <w:p w14:paraId="135FDAC5" w14:textId="77777777" w:rsidR="00547C38" w:rsidRPr="00434DA7" w:rsidRDefault="00547C38" w:rsidP="00547C38">
            <w:pPr>
              <w:pStyle w:val="TOC1"/>
              <w:jc w:val="both"/>
              <w:rPr>
                <w:b w:val="0"/>
                <w:bCs w:val="0"/>
              </w:rPr>
            </w:pPr>
          </w:p>
        </w:tc>
      </w:tr>
      <w:tr w:rsidR="00547C38" w:rsidRPr="00434DA7" w14:paraId="6456BAF5" w14:textId="77777777" w:rsidTr="00365C4A">
        <w:trPr>
          <w:trHeight w:val="762"/>
        </w:trPr>
        <w:tc>
          <w:tcPr>
            <w:tcW w:w="567" w:type="dxa"/>
          </w:tcPr>
          <w:p w14:paraId="5E48D414" w14:textId="77777777" w:rsidR="00547C38" w:rsidRPr="00434DA7" w:rsidRDefault="00547C38" w:rsidP="00547C38">
            <w:pPr>
              <w:pStyle w:val="TOC1"/>
              <w:ind w:left="10"/>
              <w:jc w:val="center"/>
              <w:rPr>
                <w:b w:val="0"/>
                <w:bCs w:val="0"/>
                <w:spacing w:val="-5"/>
              </w:rPr>
            </w:pPr>
            <w:r w:rsidRPr="00434DA7">
              <w:rPr>
                <w:b w:val="0"/>
                <w:bCs w:val="0"/>
                <w:spacing w:val="-5"/>
              </w:rPr>
              <w:t>9.</w:t>
            </w:r>
          </w:p>
        </w:tc>
        <w:tc>
          <w:tcPr>
            <w:tcW w:w="4248" w:type="dxa"/>
          </w:tcPr>
          <w:p w14:paraId="2AFCFD53" w14:textId="77777777" w:rsidR="00547C38" w:rsidRPr="00434DA7" w:rsidRDefault="00547C38" w:rsidP="00547C38">
            <w:pPr>
              <w:pStyle w:val="TOC1"/>
              <w:spacing w:before="4"/>
              <w:ind w:left="55"/>
              <w:jc w:val="both"/>
              <w:rPr>
                <w:b w:val="0"/>
                <w:bCs w:val="0"/>
              </w:rPr>
            </w:pPr>
            <w:r w:rsidRPr="00434DA7">
              <w:rPr>
                <w:b w:val="0"/>
                <w:bCs w:val="0"/>
                <w:spacing w:val="-2"/>
              </w:rPr>
              <w:t>Keluarga</w:t>
            </w:r>
            <w:r w:rsidRPr="00434DA7">
              <w:rPr>
                <w:b w:val="0"/>
                <w:bCs w:val="0"/>
                <w:spacing w:val="8"/>
              </w:rPr>
              <w:t xml:space="preserve"> </w:t>
            </w:r>
            <w:r w:rsidRPr="00434DA7">
              <w:rPr>
                <w:b w:val="0"/>
                <w:bCs w:val="0"/>
                <w:spacing w:val="-2"/>
              </w:rPr>
              <w:t>menyediakan</w:t>
            </w:r>
            <w:r w:rsidRPr="00434DA7">
              <w:rPr>
                <w:b w:val="0"/>
                <w:bCs w:val="0"/>
                <w:spacing w:val="-7"/>
              </w:rPr>
              <w:t xml:space="preserve"> </w:t>
            </w:r>
            <w:r w:rsidRPr="00434DA7">
              <w:rPr>
                <w:b w:val="0"/>
                <w:bCs w:val="0"/>
                <w:spacing w:val="-2"/>
              </w:rPr>
              <w:t>makanan</w:t>
            </w:r>
            <w:r w:rsidRPr="00434DA7">
              <w:rPr>
                <w:b w:val="0"/>
                <w:bCs w:val="0"/>
                <w:spacing w:val="-7"/>
              </w:rPr>
              <w:t xml:space="preserve"> </w:t>
            </w:r>
            <w:r w:rsidRPr="00434DA7">
              <w:rPr>
                <w:b w:val="0"/>
                <w:bCs w:val="0"/>
                <w:spacing w:val="-2"/>
              </w:rPr>
              <w:t>bergizi</w:t>
            </w:r>
          </w:p>
          <w:p w14:paraId="468F2EDF" w14:textId="77777777" w:rsidR="00547C38" w:rsidRPr="00434DA7" w:rsidRDefault="00547C38" w:rsidP="00547C38">
            <w:pPr>
              <w:pStyle w:val="TOC1"/>
              <w:spacing w:before="4" w:line="357" w:lineRule="auto"/>
              <w:ind w:left="31"/>
              <w:jc w:val="both"/>
              <w:rPr>
                <w:b w:val="0"/>
                <w:bCs w:val="0"/>
              </w:rPr>
            </w:pPr>
            <w:r w:rsidRPr="00434DA7">
              <w:rPr>
                <w:b w:val="0"/>
                <w:bCs w:val="0"/>
              </w:rPr>
              <w:t>seperti</w:t>
            </w:r>
            <w:r w:rsidRPr="00434DA7">
              <w:rPr>
                <w:b w:val="0"/>
                <w:bCs w:val="0"/>
                <w:spacing w:val="-13"/>
              </w:rPr>
              <w:t xml:space="preserve"> </w:t>
            </w:r>
            <w:r w:rsidRPr="00434DA7">
              <w:rPr>
                <w:b w:val="0"/>
                <w:bCs w:val="0"/>
              </w:rPr>
              <w:t>sayuran,</w:t>
            </w:r>
            <w:r w:rsidRPr="00434DA7">
              <w:rPr>
                <w:b w:val="0"/>
                <w:bCs w:val="0"/>
                <w:spacing w:val="26"/>
              </w:rPr>
              <w:t xml:space="preserve"> </w:t>
            </w:r>
            <w:r w:rsidRPr="00434DA7">
              <w:rPr>
                <w:b w:val="0"/>
                <w:bCs w:val="0"/>
              </w:rPr>
              <w:t>buah,</w:t>
            </w:r>
            <w:r w:rsidRPr="00434DA7">
              <w:rPr>
                <w:b w:val="0"/>
                <w:bCs w:val="0"/>
                <w:spacing w:val="26"/>
              </w:rPr>
              <w:t xml:space="preserve"> </w:t>
            </w:r>
            <w:r w:rsidRPr="00434DA7">
              <w:rPr>
                <w:b w:val="0"/>
                <w:bCs w:val="0"/>
              </w:rPr>
              <w:t>lauk-pauk</w:t>
            </w:r>
            <w:r w:rsidRPr="00434DA7">
              <w:rPr>
                <w:b w:val="0"/>
                <w:bCs w:val="0"/>
                <w:spacing w:val="29"/>
              </w:rPr>
              <w:t xml:space="preserve"> </w:t>
            </w:r>
            <w:r w:rsidRPr="00434DA7">
              <w:rPr>
                <w:b w:val="0"/>
                <w:bCs w:val="0"/>
              </w:rPr>
              <w:t>seperti telur,</w:t>
            </w:r>
            <w:r w:rsidRPr="00434DA7">
              <w:rPr>
                <w:b w:val="0"/>
                <w:bCs w:val="0"/>
                <w:spacing w:val="40"/>
              </w:rPr>
              <w:t xml:space="preserve"> </w:t>
            </w:r>
            <w:r w:rsidRPr="00434DA7">
              <w:rPr>
                <w:b w:val="0"/>
                <w:bCs w:val="0"/>
              </w:rPr>
              <w:t>tempe,</w:t>
            </w:r>
            <w:r w:rsidRPr="00434DA7">
              <w:rPr>
                <w:b w:val="0"/>
                <w:bCs w:val="0"/>
                <w:spacing w:val="40"/>
              </w:rPr>
              <w:t xml:space="preserve"> </w:t>
            </w:r>
            <w:r w:rsidRPr="00434DA7">
              <w:rPr>
                <w:b w:val="0"/>
                <w:bCs w:val="0"/>
              </w:rPr>
              <w:t>tahu, dan daging ayam.</w:t>
            </w:r>
          </w:p>
        </w:tc>
        <w:tc>
          <w:tcPr>
            <w:tcW w:w="567" w:type="dxa"/>
          </w:tcPr>
          <w:p w14:paraId="7E05F30E" w14:textId="77777777" w:rsidR="00547C38" w:rsidRPr="00434DA7" w:rsidRDefault="00547C38" w:rsidP="00547C38">
            <w:pPr>
              <w:pStyle w:val="TOC1"/>
              <w:jc w:val="both"/>
              <w:rPr>
                <w:b w:val="0"/>
                <w:bCs w:val="0"/>
              </w:rPr>
            </w:pPr>
          </w:p>
        </w:tc>
        <w:tc>
          <w:tcPr>
            <w:tcW w:w="567" w:type="dxa"/>
          </w:tcPr>
          <w:p w14:paraId="454A5C51" w14:textId="77777777" w:rsidR="00547C38" w:rsidRPr="00434DA7" w:rsidRDefault="00547C38" w:rsidP="00547C38">
            <w:pPr>
              <w:pStyle w:val="TOC1"/>
              <w:jc w:val="both"/>
              <w:rPr>
                <w:b w:val="0"/>
                <w:bCs w:val="0"/>
              </w:rPr>
            </w:pPr>
          </w:p>
        </w:tc>
        <w:tc>
          <w:tcPr>
            <w:tcW w:w="567" w:type="dxa"/>
          </w:tcPr>
          <w:p w14:paraId="50C46F8F" w14:textId="77777777" w:rsidR="00547C38" w:rsidRPr="00434DA7" w:rsidRDefault="00547C38" w:rsidP="00547C38">
            <w:pPr>
              <w:pStyle w:val="TOC1"/>
              <w:jc w:val="both"/>
              <w:rPr>
                <w:b w:val="0"/>
                <w:bCs w:val="0"/>
              </w:rPr>
            </w:pPr>
          </w:p>
        </w:tc>
        <w:tc>
          <w:tcPr>
            <w:tcW w:w="425" w:type="dxa"/>
          </w:tcPr>
          <w:p w14:paraId="1AF89C84" w14:textId="77777777" w:rsidR="00547C38" w:rsidRPr="00434DA7" w:rsidRDefault="00547C38" w:rsidP="00547C38">
            <w:pPr>
              <w:pStyle w:val="TOC1"/>
              <w:jc w:val="both"/>
              <w:rPr>
                <w:b w:val="0"/>
                <w:bCs w:val="0"/>
              </w:rPr>
            </w:pPr>
          </w:p>
        </w:tc>
        <w:tc>
          <w:tcPr>
            <w:tcW w:w="567" w:type="dxa"/>
          </w:tcPr>
          <w:p w14:paraId="4E992614" w14:textId="77777777" w:rsidR="00547C38" w:rsidRPr="00434DA7" w:rsidRDefault="00547C38" w:rsidP="00547C38">
            <w:pPr>
              <w:pStyle w:val="TOC1"/>
              <w:jc w:val="both"/>
              <w:rPr>
                <w:b w:val="0"/>
                <w:bCs w:val="0"/>
              </w:rPr>
            </w:pPr>
          </w:p>
        </w:tc>
      </w:tr>
      <w:tr w:rsidR="00547C38" w:rsidRPr="00434DA7" w14:paraId="02256223" w14:textId="77777777" w:rsidTr="00365C4A">
        <w:trPr>
          <w:trHeight w:val="762"/>
        </w:trPr>
        <w:tc>
          <w:tcPr>
            <w:tcW w:w="567" w:type="dxa"/>
          </w:tcPr>
          <w:p w14:paraId="6E4F4635" w14:textId="77777777" w:rsidR="00547C38" w:rsidRPr="00434DA7" w:rsidRDefault="00547C38" w:rsidP="00547C38">
            <w:pPr>
              <w:pStyle w:val="TOC1"/>
              <w:ind w:left="10"/>
              <w:jc w:val="center"/>
              <w:rPr>
                <w:b w:val="0"/>
                <w:bCs w:val="0"/>
                <w:spacing w:val="-5"/>
              </w:rPr>
            </w:pPr>
            <w:r w:rsidRPr="00434DA7">
              <w:rPr>
                <w:b w:val="0"/>
                <w:bCs w:val="0"/>
                <w:spacing w:val="-5"/>
              </w:rPr>
              <w:t>10.</w:t>
            </w:r>
          </w:p>
        </w:tc>
        <w:tc>
          <w:tcPr>
            <w:tcW w:w="4248" w:type="dxa"/>
          </w:tcPr>
          <w:p w14:paraId="72454D19" w14:textId="77777777" w:rsidR="00547C38" w:rsidRPr="00434DA7" w:rsidRDefault="00547C38" w:rsidP="00547C38">
            <w:pPr>
              <w:pStyle w:val="TOC1"/>
              <w:spacing w:before="4"/>
              <w:ind w:left="55"/>
              <w:jc w:val="both"/>
              <w:rPr>
                <w:b w:val="0"/>
                <w:bCs w:val="0"/>
              </w:rPr>
            </w:pPr>
            <w:r w:rsidRPr="00434DA7">
              <w:rPr>
                <w:b w:val="0"/>
                <w:bCs w:val="0"/>
              </w:rPr>
              <w:t>Keluarga</w:t>
            </w:r>
            <w:r w:rsidRPr="00434DA7">
              <w:rPr>
                <w:b w:val="0"/>
                <w:bCs w:val="0"/>
                <w:spacing w:val="-5"/>
              </w:rPr>
              <w:t xml:space="preserve"> </w:t>
            </w:r>
            <w:r w:rsidRPr="00434DA7">
              <w:rPr>
                <w:b w:val="0"/>
                <w:bCs w:val="0"/>
              </w:rPr>
              <w:t>tidak</w:t>
            </w:r>
            <w:r w:rsidRPr="00434DA7">
              <w:rPr>
                <w:b w:val="0"/>
                <w:bCs w:val="0"/>
                <w:spacing w:val="-4"/>
              </w:rPr>
              <w:t xml:space="preserve"> </w:t>
            </w:r>
            <w:r w:rsidRPr="00434DA7">
              <w:rPr>
                <w:b w:val="0"/>
                <w:bCs w:val="0"/>
              </w:rPr>
              <w:t>membantu</w:t>
            </w:r>
            <w:r w:rsidRPr="00434DA7">
              <w:rPr>
                <w:b w:val="0"/>
                <w:bCs w:val="0"/>
                <w:spacing w:val="78"/>
              </w:rPr>
              <w:t xml:space="preserve"> </w:t>
            </w:r>
            <w:r w:rsidRPr="00434DA7">
              <w:rPr>
                <w:b w:val="0"/>
                <w:bCs w:val="0"/>
              </w:rPr>
              <w:t>ibu</w:t>
            </w:r>
            <w:r w:rsidRPr="00434DA7">
              <w:rPr>
                <w:b w:val="0"/>
                <w:bCs w:val="0"/>
                <w:spacing w:val="77"/>
              </w:rPr>
              <w:t xml:space="preserve"> </w:t>
            </w:r>
            <w:r w:rsidRPr="00434DA7">
              <w:rPr>
                <w:b w:val="0"/>
                <w:bCs w:val="0"/>
                <w:spacing w:val="-2"/>
              </w:rPr>
              <w:t>menggantikan</w:t>
            </w:r>
          </w:p>
          <w:p w14:paraId="67AB9D02" w14:textId="77777777" w:rsidR="00547C38" w:rsidRPr="00434DA7" w:rsidRDefault="00547C38" w:rsidP="00547C38">
            <w:pPr>
              <w:pStyle w:val="TOC1"/>
              <w:spacing w:before="4" w:line="357" w:lineRule="auto"/>
              <w:ind w:left="31"/>
              <w:jc w:val="both"/>
              <w:rPr>
                <w:b w:val="0"/>
                <w:bCs w:val="0"/>
              </w:rPr>
            </w:pPr>
            <w:r w:rsidRPr="00434DA7">
              <w:rPr>
                <w:b w:val="0"/>
                <w:bCs w:val="0"/>
              </w:rPr>
              <w:t>popok</w:t>
            </w:r>
            <w:r w:rsidRPr="00434DA7">
              <w:rPr>
                <w:b w:val="0"/>
                <w:bCs w:val="0"/>
                <w:spacing w:val="-3"/>
              </w:rPr>
              <w:t xml:space="preserve"> </w:t>
            </w:r>
            <w:r w:rsidRPr="00434DA7">
              <w:rPr>
                <w:b w:val="0"/>
                <w:bCs w:val="0"/>
              </w:rPr>
              <w:t>dan</w:t>
            </w:r>
            <w:r w:rsidRPr="00434DA7">
              <w:rPr>
                <w:b w:val="0"/>
                <w:bCs w:val="0"/>
                <w:spacing w:val="38"/>
              </w:rPr>
              <w:t xml:space="preserve"> </w:t>
            </w:r>
            <w:r w:rsidRPr="00434DA7">
              <w:rPr>
                <w:b w:val="0"/>
                <w:bCs w:val="0"/>
              </w:rPr>
              <w:t>memandikan</w:t>
            </w:r>
            <w:r w:rsidRPr="00434DA7">
              <w:rPr>
                <w:b w:val="0"/>
                <w:bCs w:val="0"/>
                <w:spacing w:val="-2"/>
              </w:rPr>
              <w:t xml:space="preserve"> </w:t>
            </w:r>
            <w:r w:rsidRPr="00434DA7">
              <w:rPr>
                <w:b w:val="0"/>
                <w:bCs w:val="0"/>
                <w:spacing w:val="-4"/>
              </w:rPr>
              <w:t>bayi.</w:t>
            </w:r>
          </w:p>
        </w:tc>
        <w:tc>
          <w:tcPr>
            <w:tcW w:w="567" w:type="dxa"/>
          </w:tcPr>
          <w:p w14:paraId="3DB34957" w14:textId="77777777" w:rsidR="00547C38" w:rsidRPr="00434DA7" w:rsidRDefault="00547C38" w:rsidP="00547C38">
            <w:pPr>
              <w:pStyle w:val="TOC1"/>
              <w:jc w:val="both"/>
              <w:rPr>
                <w:b w:val="0"/>
                <w:bCs w:val="0"/>
              </w:rPr>
            </w:pPr>
          </w:p>
        </w:tc>
        <w:tc>
          <w:tcPr>
            <w:tcW w:w="567" w:type="dxa"/>
          </w:tcPr>
          <w:p w14:paraId="221172DD" w14:textId="77777777" w:rsidR="00547C38" w:rsidRPr="00434DA7" w:rsidRDefault="00547C38" w:rsidP="00547C38">
            <w:pPr>
              <w:pStyle w:val="TOC1"/>
              <w:jc w:val="both"/>
              <w:rPr>
                <w:b w:val="0"/>
                <w:bCs w:val="0"/>
              </w:rPr>
            </w:pPr>
          </w:p>
        </w:tc>
        <w:tc>
          <w:tcPr>
            <w:tcW w:w="567" w:type="dxa"/>
          </w:tcPr>
          <w:p w14:paraId="12703D1D" w14:textId="77777777" w:rsidR="00547C38" w:rsidRPr="00434DA7" w:rsidRDefault="00547C38" w:rsidP="00547C38">
            <w:pPr>
              <w:pStyle w:val="TOC1"/>
              <w:jc w:val="both"/>
              <w:rPr>
                <w:b w:val="0"/>
                <w:bCs w:val="0"/>
              </w:rPr>
            </w:pPr>
          </w:p>
        </w:tc>
        <w:tc>
          <w:tcPr>
            <w:tcW w:w="425" w:type="dxa"/>
          </w:tcPr>
          <w:p w14:paraId="76E5372E" w14:textId="77777777" w:rsidR="00547C38" w:rsidRPr="00434DA7" w:rsidRDefault="00547C38" w:rsidP="00547C38">
            <w:pPr>
              <w:pStyle w:val="TOC1"/>
              <w:jc w:val="both"/>
              <w:rPr>
                <w:b w:val="0"/>
                <w:bCs w:val="0"/>
              </w:rPr>
            </w:pPr>
          </w:p>
        </w:tc>
        <w:tc>
          <w:tcPr>
            <w:tcW w:w="567" w:type="dxa"/>
          </w:tcPr>
          <w:p w14:paraId="5282E203" w14:textId="77777777" w:rsidR="00547C38" w:rsidRPr="00434DA7" w:rsidRDefault="00547C38" w:rsidP="00547C38">
            <w:pPr>
              <w:pStyle w:val="TOC1"/>
              <w:jc w:val="both"/>
              <w:rPr>
                <w:b w:val="0"/>
                <w:bCs w:val="0"/>
              </w:rPr>
            </w:pPr>
          </w:p>
        </w:tc>
      </w:tr>
      <w:tr w:rsidR="00547C38" w:rsidRPr="00434DA7" w14:paraId="21144792" w14:textId="77777777" w:rsidTr="00365C4A">
        <w:trPr>
          <w:trHeight w:val="762"/>
        </w:trPr>
        <w:tc>
          <w:tcPr>
            <w:tcW w:w="567" w:type="dxa"/>
          </w:tcPr>
          <w:p w14:paraId="6F329268" w14:textId="77777777" w:rsidR="00547C38" w:rsidRPr="00434DA7" w:rsidRDefault="00547C38" w:rsidP="00547C38">
            <w:pPr>
              <w:pStyle w:val="TOC1"/>
              <w:ind w:left="10"/>
              <w:jc w:val="center"/>
              <w:rPr>
                <w:b w:val="0"/>
                <w:bCs w:val="0"/>
                <w:spacing w:val="-5"/>
              </w:rPr>
            </w:pPr>
            <w:r w:rsidRPr="00434DA7">
              <w:rPr>
                <w:b w:val="0"/>
                <w:bCs w:val="0"/>
                <w:spacing w:val="-5"/>
              </w:rPr>
              <w:t>11.</w:t>
            </w:r>
          </w:p>
        </w:tc>
        <w:tc>
          <w:tcPr>
            <w:tcW w:w="4248" w:type="dxa"/>
          </w:tcPr>
          <w:p w14:paraId="02279ABF"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40"/>
              </w:rPr>
              <w:t xml:space="preserve"> </w:t>
            </w:r>
            <w:r w:rsidRPr="00434DA7">
              <w:rPr>
                <w:b w:val="0"/>
                <w:bCs w:val="0"/>
              </w:rPr>
              <w:t>bangun</w:t>
            </w:r>
            <w:r w:rsidRPr="00434DA7">
              <w:rPr>
                <w:b w:val="0"/>
                <w:bCs w:val="0"/>
                <w:spacing w:val="34"/>
              </w:rPr>
              <w:t xml:space="preserve"> </w:t>
            </w:r>
            <w:r w:rsidRPr="00434DA7">
              <w:rPr>
                <w:b w:val="0"/>
                <w:bCs w:val="0"/>
              </w:rPr>
              <w:t>ketika</w:t>
            </w:r>
            <w:r w:rsidRPr="00434DA7">
              <w:rPr>
                <w:b w:val="0"/>
                <w:bCs w:val="0"/>
                <w:spacing w:val="37"/>
              </w:rPr>
              <w:t xml:space="preserve"> </w:t>
            </w:r>
            <w:r w:rsidRPr="00434DA7">
              <w:rPr>
                <w:b w:val="0"/>
                <w:bCs w:val="0"/>
              </w:rPr>
              <w:t>bayi</w:t>
            </w:r>
            <w:r w:rsidRPr="00434DA7">
              <w:rPr>
                <w:b w:val="0"/>
                <w:bCs w:val="0"/>
                <w:spacing w:val="38"/>
              </w:rPr>
              <w:t xml:space="preserve"> </w:t>
            </w:r>
            <w:r w:rsidRPr="00434DA7">
              <w:rPr>
                <w:b w:val="0"/>
                <w:bCs w:val="0"/>
              </w:rPr>
              <w:t>menangis</w:t>
            </w:r>
            <w:r w:rsidRPr="00434DA7">
              <w:rPr>
                <w:b w:val="0"/>
                <w:bCs w:val="0"/>
                <w:spacing w:val="36"/>
              </w:rPr>
              <w:t xml:space="preserve"> </w:t>
            </w:r>
            <w:r w:rsidRPr="00434DA7">
              <w:rPr>
                <w:b w:val="0"/>
                <w:bCs w:val="0"/>
              </w:rPr>
              <w:t>pada</w:t>
            </w:r>
            <w:r w:rsidRPr="00434DA7">
              <w:rPr>
                <w:b w:val="0"/>
                <w:bCs w:val="0"/>
                <w:spacing w:val="40"/>
              </w:rPr>
              <w:t xml:space="preserve"> </w:t>
            </w:r>
            <w:r w:rsidRPr="00434DA7">
              <w:rPr>
                <w:b w:val="0"/>
                <w:bCs w:val="0"/>
              </w:rPr>
              <w:t xml:space="preserve">malam </w:t>
            </w:r>
            <w:r w:rsidRPr="00434DA7">
              <w:rPr>
                <w:b w:val="0"/>
                <w:bCs w:val="0"/>
                <w:spacing w:val="-2"/>
              </w:rPr>
              <w:t>hari.</w:t>
            </w:r>
          </w:p>
        </w:tc>
        <w:tc>
          <w:tcPr>
            <w:tcW w:w="567" w:type="dxa"/>
          </w:tcPr>
          <w:p w14:paraId="44683846" w14:textId="77777777" w:rsidR="00547C38" w:rsidRPr="00434DA7" w:rsidRDefault="00547C38" w:rsidP="00547C38">
            <w:pPr>
              <w:pStyle w:val="TOC1"/>
              <w:jc w:val="both"/>
              <w:rPr>
                <w:b w:val="0"/>
                <w:bCs w:val="0"/>
              </w:rPr>
            </w:pPr>
          </w:p>
        </w:tc>
        <w:tc>
          <w:tcPr>
            <w:tcW w:w="567" w:type="dxa"/>
          </w:tcPr>
          <w:p w14:paraId="6D43B9AF" w14:textId="77777777" w:rsidR="00547C38" w:rsidRPr="00434DA7" w:rsidRDefault="00547C38" w:rsidP="00547C38">
            <w:pPr>
              <w:pStyle w:val="TOC1"/>
              <w:jc w:val="both"/>
              <w:rPr>
                <w:b w:val="0"/>
                <w:bCs w:val="0"/>
              </w:rPr>
            </w:pPr>
          </w:p>
        </w:tc>
        <w:tc>
          <w:tcPr>
            <w:tcW w:w="567" w:type="dxa"/>
          </w:tcPr>
          <w:p w14:paraId="5A3760C3" w14:textId="77777777" w:rsidR="00547C38" w:rsidRPr="00434DA7" w:rsidRDefault="00547C38" w:rsidP="00547C38">
            <w:pPr>
              <w:pStyle w:val="TOC1"/>
              <w:jc w:val="both"/>
              <w:rPr>
                <w:b w:val="0"/>
                <w:bCs w:val="0"/>
              </w:rPr>
            </w:pPr>
          </w:p>
        </w:tc>
        <w:tc>
          <w:tcPr>
            <w:tcW w:w="425" w:type="dxa"/>
          </w:tcPr>
          <w:p w14:paraId="19881227" w14:textId="77777777" w:rsidR="00547C38" w:rsidRPr="00434DA7" w:rsidRDefault="00547C38" w:rsidP="00547C38">
            <w:pPr>
              <w:pStyle w:val="TOC1"/>
              <w:jc w:val="both"/>
              <w:rPr>
                <w:b w:val="0"/>
                <w:bCs w:val="0"/>
              </w:rPr>
            </w:pPr>
          </w:p>
        </w:tc>
        <w:tc>
          <w:tcPr>
            <w:tcW w:w="567" w:type="dxa"/>
          </w:tcPr>
          <w:p w14:paraId="142D1892" w14:textId="77777777" w:rsidR="00547C38" w:rsidRPr="00434DA7" w:rsidRDefault="00547C38" w:rsidP="00547C38">
            <w:pPr>
              <w:pStyle w:val="TOC1"/>
              <w:jc w:val="both"/>
              <w:rPr>
                <w:b w:val="0"/>
                <w:bCs w:val="0"/>
              </w:rPr>
            </w:pPr>
          </w:p>
        </w:tc>
      </w:tr>
      <w:tr w:rsidR="00547C38" w:rsidRPr="00434DA7" w14:paraId="2A4F04C9" w14:textId="77777777" w:rsidTr="00365C4A">
        <w:trPr>
          <w:trHeight w:val="762"/>
        </w:trPr>
        <w:tc>
          <w:tcPr>
            <w:tcW w:w="567" w:type="dxa"/>
          </w:tcPr>
          <w:p w14:paraId="220A7E2A" w14:textId="77777777" w:rsidR="00547C38" w:rsidRPr="00434DA7" w:rsidRDefault="00547C38" w:rsidP="00547C38">
            <w:pPr>
              <w:pStyle w:val="TOC1"/>
              <w:ind w:left="10"/>
              <w:jc w:val="center"/>
              <w:rPr>
                <w:b w:val="0"/>
                <w:bCs w:val="0"/>
                <w:spacing w:val="-5"/>
              </w:rPr>
            </w:pPr>
            <w:r w:rsidRPr="00434DA7">
              <w:rPr>
                <w:b w:val="0"/>
                <w:bCs w:val="0"/>
                <w:spacing w:val="-5"/>
              </w:rPr>
              <w:t>12.</w:t>
            </w:r>
          </w:p>
        </w:tc>
        <w:tc>
          <w:tcPr>
            <w:tcW w:w="4248" w:type="dxa"/>
          </w:tcPr>
          <w:p w14:paraId="0796C7BC" w14:textId="77777777" w:rsidR="00547C38" w:rsidRPr="00434DA7" w:rsidRDefault="00547C38" w:rsidP="00547C38">
            <w:pPr>
              <w:pStyle w:val="TOC1"/>
              <w:spacing w:before="4" w:line="357" w:lineRule="auto"/>
              <w:ind w:left="31"/>
              <w:jc w:val="both"/>
              <w:rPr>
                <w:b w:val="0"/>
                <w:bCs w:val="0"/>
              </w:rPr>
            </w:pPr>
            <w:r w:rsidRPr="00434DA7">
              <w:rPr>
                <w:b w:val="0"/>
                <w:bCs w:val="0"/>
              </w:rPr>
              <w:t>Keluarga tidak menemani ibu untuk memeriksakan kesehatan si bayi ke puskesmas, klinik atau sarana kesehatan lain pada saat bayi berusia 0-6 bulan.</w:t>
            </w:r>
          </w:p>
        </w:tc>
        <w:tc>
          <w:tcPr>
            <w:tcW w:w="567" w:type="dxa"/>
          </w:tcPr>
          <w:p w14:paraId="3E792CCC" w14:textId="77777777" w:rsidR="00547C38" w:rsidRPr="00434DA7" w:rsidRDefault="00547C38" w:rsidP="00547C38">
            <w:pPr>
              <w:pStyle w:val="TOC1"/>
              <w:jc w:val="both"/>
              <w:rPr>
                <w:b w:val="0"/>
                <w:bCs w:val="0"/>
              </w:rPr>
            </w:pPr>
          </w:p>
        </w:tc>
        <w:tc>
          <w:tcPr>
            <w:tcW w:w="567" w:type="dxa"/>
          </w:tcPr>
          <w:p w14:paraId="49B85C1C" w14:textId="77777777" w:rsidR="00547C38" w:rsidRPr="00434DA7" w:rsidRDefault="00547C38" w:rsidP="00547C38">
            <w:pPr>
              <w:pStyle w:val="TOC1"/>
              <w:jc w:val="both"/>
              <w:rPr>
                <w:b w:val="0"/>
                <w:bCs w:val="0"/>
              </w:rPr>
            </w:pPr>
          </w:p>
        </w:tc>
        <w:tc>
          <w:tcPr>
            <w:tcW w:w="567" w:type="dxa"/>
          </w:tcPr>
          <w:p w14:paraId="40B27B62" w14:textId="77777777" w:rsidR="00547C38" w:rsidRPr="00434DA7" w:rsidRDefault="00547C38" w:rsidP="00547C38">
            <w:pPr>
              <w:pStyle w:val="TOC1"/>
              <w:jc w:val="both"/>
              <w:rPr>
                <w:b w:val="0"/>
                <w:bCs w:val="0"/>
              </w:rPr>
            </w:pPr>
          </w:p>
        </w:tc>
        <w:tc>
          <w:tcPr>
            <w:tcW w:w="425" w:type="dxa"/>
          </w:tcPr>
          <w:p w14:paraId="1A3436F2" w14:textId="77777777" w:rsidR="00547C38" w:rsidRPr="00434DA7" w:rsidRDefault="00547C38" w:rsidP="00547C38">
            <w:pPr>
              <w:pStyle w:val="TOC1"/>
              <w:jc w:val="both"/>
              <w:rPr>
                <w:b w:val="0"/>
                <w:bCs w:val="0"/>
              </w:rPr>
            </w:pPr>
          </w:p>
        </w:tc>
        <w:tc>
          <w:tcPr>
            <w:tcW w:w="567" w:type="dxa"/>
          </w:tcPr>
          <w:p w14:paraId="602C9B4F" w14:textId="77777777" w:rsidR="00547C38" w:rsidRPr="00434DA7" w:rsidRDefault="00547C38" w:rsidP="00547C38">
            <w:pPr>
              <w:pStyle w:val="TOC1"/>
              <w:jc w:val="both"/>
              <w:rPr>
                <w:b w:val="0"/>
                <w:bCs w:val="0"/>
              </w:rPr>
            </w:pPr>
          </w:p>
        </w:tc>
      </w:tr>
      <w:tr w:rsidR="00547C38" w:rsidRPr="00434DA7" w14:paraId="67B6C00F" w14:textId="77777777" w:rsidTr="00365C4A">
        <w:trPr>
          <w:trHeight w:val="762"/>
        </w:trPr>
        <w:tc>
          <w:tcPr>
            <w:tcW w:w="567" w:type="dxa"/>
          </w:tcPr>
          <w:p w14:paraId="347759C1" w14:textId="77777777" w:rsidR="00547C38" w:rsidRPr="00434DA7" w:rsidRDefault="00547C38" w:rsidP="00547C38">
            <w:pPr>
              <w:pStyle w:val="TOC1"/>
              <w:ind w:left="10"/>
              <w:jc w:val="center"/>
              <w:rPr>
                <w:b w:val="0"/>
                <w:bCs w:val="0"/>
                <w:spacing w:val="-5"/>
              </w:rPr>
            </w:pPr>
            <w:r w:rsidRPr="00434DA7">
              <w:rPr>
                <w:b w:val="0"/>
                <w:bCs w:val="0"/>
                <w:spacing w:val="-5"/>
              </w:rPr>
              <w:t>13.</w:t>
            </w:r>
          </w:p>
        </w:tc>
        <w:tc>
          <w:tcPr>
            <w:tcW w:w="4248" w:type="dxa"/>
          </w:tcPr>
          <w:p w14:paraId="61BB0692"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31"/>
              </w:rPr>
              <w:t xml:space="preserve"> </w:t>
            </w:r>
            <w:r w:rsidRPr="00434DA7">
              <w:rPr>
                <w:b w:val="0"/>
                <w:bCs w:val="0"/>
              </w:rPr>
              <w:t>tidak</w:t>
            </w:r>
            <w:r w:rsidRPr="00434DA7">
              <w:rPr>
                <w:b w:val="0"/>
                <w:bCs w:val="0"/>
                <w:spacing w:val="34"/>
              </w:rPr>
              <w:t xml:space="preserve"> </w:t>
            </w:r>
            <w:r w:rsidRPr="00434DA7">
              <w:rPr>
                <w:b w:val="0"/>
                <w:bCs w:val="0"/>
              </w:rPr>
              <w:t>memberikan</w:t>
            </w:r>
            <w:r w:rsidRPr="00434DA7">
              <w:rPr>
                <w:b w:val="0"/>
                <w:bCs w:val="0"/>
                <w:spacing w:val="31"/>
              </w:rPr>
              <w:t xml:space="preserve"> </w:t>
            </w:r>
            <w:r w:rsidRPr="00434DA7">
              <w:rPr>
                <w:b w:val="0"/>
                <w:bCs w:val="0"/>
              </w:rPr>
              <w:t>sumbangan</w:t>
            </w:r>
            <w:r w:rsidRPr="00434DA7">
              <w:rPr>
                <w:b w:val="0"/>
                <w:bCs w:val="0"/>
                <w:spacing w:val="27"/>
              </w:rPr>
              <w:t xml:space="preserve"> </w:t>
            </w:r>
            <w:r w:rsidRPr="00434DA7">
              <w:rPr>
                <w:b w:val="0"/>
                <w:bCs w:val="0"/>
              </w:rPr>
              <w:t>berupa</w:t>
            </w:r>
            <w:r w:rsidRPr="00434DA7">
              <w:rPr>
                <w:b w:val="0"/>
                <w:bCs w:val="0"/>
                <w:spacing w:val="31"/>
              </w:rPr>
              <w:t xml:space="preserve"> </w:t>
            </w:r>
            <w:r w:rsidRPr="00434DA7">
              <w:rPr>
                <w:b w:val="0"/>
                <w:bCs w:val="0"/>
              </w:rPr>
              <w:t>dana untuk memenuhi kebutuhan bayi dan ibu</w:t>
            </w:r>
          </w:p>
        </w:tc>
        <w:tc>
          <w:tcPr>
            <w:tcW w:w="567" w:type="dxa"/>
          </w:tcPr>
          <w:p w14:paraId="5EF7F77D" w14:textId="77777777" w:rsidR="00547C38" w:rsidRPr="00434DA7" w:rsidRDefault="00547C38" w:rsidP="00547C38">
            <w:pPr>
              <w:pStyle w:val="TOC1"/>
              <w:jc w:val="both"/>
              <w:rPr>
                <w:b w:val="0"/>
                <w:bCs w:val="0"/>
              </w:rPr>
            </w:pPr>
          </w:p>
        </w:tc>
        <w:tc>
          <w:tcPr>
            <w:tcW w:w="567" w:type="dxa"/>
          </w:tcPr>
          <w:p w14:paraId="69DE5830" w14:textId="77777777" w:rsidR="00547C38" w:rsidRPr="00434DA7" w:rsidRDefault="00547C38" w:rsidP="00547C38">
            <w:pPr>
              <w:pStyle w:val="TOC1"/>
              <w:jc w:val="both"/>
              <w:rPr>
                <w:b w:val="0"/>
                <w:bCs w:val="0"/>
              </w:rPr>
            </w:pPr>
          </w:p>
        </w:tc>
        <w:tc>
          <w:tcPr>
            <w:tcW w:w="567" w:type="dxa"/>
          </w:tcPr>
          <w:p w14:paraId="11EA2B37" w14:textId="77777777" w:rsidR="00547C38" w:rsidRPr="00434DA7" w:rsidRDefault="00547C38" w:rsidP="00547C38">
            <w:pPr>
              <w:pStyle w:val="TOC1"/>
              <w:jc w:val="both"/>
              <w:rPr>
                <w:b w:val="0"/>
                <w:bCs w:val="0"/>
              </w:rPr>
            </w:pPr>
          </w:p>
        </w:tc>
        <w:tc>
          <w:tcPr>
            <w:tcW w:w="425" w:type="dxa"/>
          </w:tcPr>
          <w:p w14:paraId="5F88A788" w14:textId="77777777" w:rsidR="00547C38" w:rsidRPr="00434DA7" w:rsidRDefault="00547C38" w:rsidP="00547C38">
            <w:pPr>
              <w:pStyle w:val="TOC1"/>
              <w:jc w:val="both"/>
              <w:rPr>
                <w:b w:val="0"/>
                <w:bCs w:val="0"/>
              </w:rPr>
            </w:pPr>
          </w:p>
        </w:tc>
        <w:tc>
          <w:tcPr>
            <w:tcW w:w="567" w:type="dxa"/>
          </w:tcPr>
          <w:p w14:paraId="18900259" w14:textId="77777777" w:rsidR="00547C38" w:rsidRPr="00434DA7" w:rsidRDefault="00547C38" w:rsidP="00547C38">
            <w:pPr>
              <w:pStyle w:val="TOC1"/>
              <w:jc w:val="both"/>
              <w:rPr>
                <w:b w:val="0"/>
                <w:bCs w:val="0"/>
              </w:rPr>
            </w:pPr>
          </w:p>
        </w:tc>
      </w:tr>
      <w:tr w:rsidR="00547C38" w:rsidRPr="00434DA7" w14:paraId="3F04AFDE" w14:textId="77777777" w:rsidTr="00365C4A">
        <w:trPr>
          <w:trHeight w:val="762"/>
        </w:trPr>
        <w:tc>
          <w:tcPr>
            <w:tcW w:w="567" w:type="dxa"/>
          </w:tcPr>
          <w:p w14:paraId="68F2F456" w14:textId="77777777" w:rsidR="00547C38" w:rsidRPr="00434DA7" w:rsidRDefault="00547C38" w:rsidP="00547C38">
            <w:pPr>
              <w:pStyle w:val="TOC1"/>
              <w:ind w:left="10"/>
              <w:jc w:val="center"/>
              <w:rPr>
                <w:b w:val="0"/>
                <w:bCs w:val="0"/>
                <w:spacing w:val="-5"/>
              </w:rPr>
            </w:pPr>
            <w:r w:rsidRPr="00434DA7">
              <w:rPr>
                <w:b w:val="0"/>
                <w:bCs w:val="0"/>
                <w:spacing w:val="-5"/>
              </w:rPr>
              <w:t>14.</w:t>
            </w:r>
          </w:p>
        </w:tc>
        <w:tc>
          <w:tcPr>
            <w:tcW w:w="4248" w:type="dxa"/>
          </w:tcPr>
          <w:p w14:paraId="4B946EDE"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40"/>
              </w:rPr>
              <w:t xml:space="preserve"> </w:t>
            </w:r>
            <w:r w:rsidRPr="00434DA7">
              <w:rPr>
                <w:b w:val="0"/>
                <w:bCs w:val="0"/>
              </w:rPr>
              <w:t>menyediakan</w:t>
            </w:r>
            <w:r w:rsidRPr="00434DA7">
              <w:rPr>
                <w:b w:val="0"/>
                <w:bCs w:val="0"/>
                <w:spacing w:val="40"/>
              </w:rPr>
              <w:t xml:space="preserve"> </w:t>
            </w:r>
            <w:r w:rsidRPr="00434DA7">
              <w:rPr>
                <w:b w:val="0"/>
                <w:bCs w:val="0"/>
              </w:rPr>
              <w:t>tempat</w:t>
            </w:r>
            <w:r w:rsidRPr="00434DA7">
              <w:rPr>
                <w:b w:val="0"/>
                <w:bCs w:val="0"/>
                <w:spacing w:val="40"/>
              </w:rPr>
              <w:t xml:space="preserve"> </w:t>
            </w:r>
            <w:r w:rsidRPr="00434DA7">
              <w:rPr>
                <w:b w:val="0"/>
                <w:bCs w:val="0"/>
              </w:rPr>
              <w:t>yang</w:t>
            </w:r>
            <w:r w:rsidRPr="00434DA7">
              <w:rPr>
                <w:b w:val="0"/>
                <w:bCs w:val="0"/>
                <w:spacing w:val="40"/>
              </w:rPr>
              <w:t xml:space="preserve"> </w:t>
            </w:r>
            <w:r w:rsidRPr="00434DA7">
              <w:rPr>
                <w:b w:val="0"/>
                <w:bCs w:val="0"/>
              </w:rPr>
              <w:t>nyaman</w:t>
            </w:r>
            <w:r w:rsidRPr="00434DA7">
              <w:rPr>
                <w:b w:val="0"/>
                <w:bCs w:val="0"/>
                <w:spacing w:val="40"/>
              </w:rPr>
              <w:t xml:space="preserve"> </w:t>
            </w:r>
            <w:r w:rsidRPr="00434DA7">
              <w:rPr>
                <w:b w:val="0"/>
                <w:bCs w:val="0"/>
              </w:rPr>
              <w:t>untuk menyusui</w:t>
            </w:r>
            <w:r w:rsidRPr="00434DA7">
              <w:rPr>
                <w:b w:val="0"/>
                <w:bCs w:val="0"/>
                <w:spacing w:val="40"/>
              </w:rPr>
              <w:t xml:space="preserve"> </w:t>
            </w:r>
            <w:r w:rsidRPr="00434DA7">
              <w:rPr>
                <w:b w:val="0"/>
                <w:bCs w:val="0"/>
              </w:rPr>
              <w:t xml:space="preserve">pada saat bayi </w:t>
            </w:r>
            <w:r w:rsidRPr="00434DA7">
              <w:rPr>
                <w:b w:val="0"/>
                <w:bCs w:val="0"/>
              </w:rPr>
              <w:lastRenderedPageBreak/>
              <w:t>berusia 0-6 bulan</w:t>
            </w:r>
          </w:p>
        </w:tc>
        <w:tc>
          <w:tcPr>
            <w:tcW w:w="567" w:type="dxa"/>
          </w:tcPr>
          <w:p w14:paraId="186E1C82" w14:textId="77777777" w:rsidR="00547C38" w:rsidRPr="00434DA7" w:rsidRDefault="00547C38" w:rsidP="00547C38">
            <w:pPr>
              <w:pStyle w:val="TOC1"/>
              <w:jc w:val="both"/>
              <w:rPr>
                <w:b w:val="0"/>
                <w:bCs w:val="0"/>
              </w:rPr>
            </w:pPr>
          </w:p>
        </w:tc>
        <w:tc>
          <w:tcPr>
            <w:tcW w:w="567" w:type="dxa"/>
          </w:tcPr>
          <w:p w14:paraId="5348633E" w14:textId="77777777" w:rsidR="00547C38" w:rsidRPr="00434DA7" w:rsidRDefault="00547C38" w:rsidP="00547C38">
            <w:pPr>
              <w:pStyle w:val="TOC1"/>
              <w:jc w:val="both"/>
              <w:rPr>
                <w:b w:val="0"/>
                <w:bCs w:val="0"/>
              </w:rPr>
            </w:pPr>
          </w:p>
        </w:tc>
        <w:tc>
          <w:tcPr>
            <w:tcW w:w="567" w:type="dxa"/>
          </w:tcPr>
          <w:p w14:paraId="1B142E52" w14:textId="77777777" w:rsidR="00547C38" w:rsidRPr="00434DA7" w:rsidRDefault="00547C38" w:rsidP="00547C38">
            <w:pPr>
              <w:pStyle w:val="TOC1"/>
              <w:jc w:val="both"/>
              <w:rPr>
                <w:b w:val="0"/>
                <w:bCs w:val="0"/>
              </w:rPr>
            </w:pPr>
          </w:p>
        </w:tc>
        <w:tc>
          <w:tcPr>
            <w:tcW w:w="425" w:type="dxa"/>
          </w:tcPr>
          <w:p w14:paraId="7041CFBC" w14:textId="77777777" w:rsidR="00547C38" w:rsidRPr="00434DA7" w:rsidRDefault="00547C38" w:rsidP="00547C38">
            <w:pPr>
              <w:pStyle w:val="TOC1"/>
              <w:jc w:val="both"/>
              <w:rPr>
                <w:b w:val="0"/>
                <w:bCs w:val="0"/>
              </w:rPr>
            </w:pPr>
          </w:p>
        </w:tc>
        <w:tc>
          <w:tcPr>
            <w:tcW w:w="567" w:type="dxa"/>
          </w:tcPr>
          <w:p w14:paraId="27CB583C" w14:textId="77777777" w:rsidR="00547C38" w:rsidRPr="00434DA7" w:rsidRDefault="00547C38" w:rsidP="00547C38">
            <w:pPr>
              <w:pStyle w:val="TOC1"/>
              <w:jc w:val="both"/>
              <w:rPr>
                <w:b w:val="0"/>
                <w:bCs w:val="0"/>
              </w:rPr>
            </w:pPr>
          </w:p>
        </w:tc>
      </w:tr>
      <w:tr w:rsidR="00547C38" w:rsidRPr="00434DA7" w14:paraId="321147A8" w14:textId="77777777" w:rsidTr="00365C4A">
        <w:trPr>
          <w:trHeight w:val="762"/>
        </w:trPr>
        <w:tc>
          <w:tcPr>
            <w:tcW w:w="567" w:type="dxa"/>
          </w:tcPr>
          <w:p w14:paraId="31DBA8B9" w14:textId="77777777" w:rsidR="00547C38" w:rsidRPr="00434DA7" w:rsidRDefault="00547C38" w:rsidP="00547C38">
            <w:pPr>
              <w:pStyle w:val="TOC1"/>
              <w:ind w:left="10"/>
              <w:jc w:val="center"/>
              <w:rPr>
                <w:b w:val="0"/>
                <w:bCs w:val="0"/>
                <w:spacing w:val="-5"/>
              </w:rPr>
            </w:pPr>
            <w:r w:rsidRPr="00434DA7">
              <w:rPr>
                <w:b w:val="0"/>
                <w:bCs w:val="0"/>
                <w:spacing w:val="-5"/>
              </w:rPr>
              <w:t>15.</w:t>
            </w:r>
          </w:p>
        </w:tc>
        <w:tc>
          <w:tcPr>
            <w:tcW w:w="4248" w:type="dxa"/>
          </w:tcPr>
          <w:p w14:paraId="52E48936"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80"/>
              </w:rPr>
              <w:t xml:space="preserve"> </w:t>
            </w:r>
            <w:r w:rsidRPr="00434DA7">
              <w:rPr>
                <w:b w:val="0"/>
                <w:bCs w:val="0"/>
              </w:rPr>
              <w:t>membantu</w:t>
            </w:r>
            <w:r w:rsidRPr="00434DA7">
              <w:rPr>
                <w:b w:val="0"/>
                <w:bCs w:val="0"/>
                <w:spacing w:val="80"/>
              </w:rPr>
              <w:t xml:space="preserve"> </w:t>
            </w:r>
            <w:r w:rsidRPr="00434DA7">
              <w:rPr>
                <w:b w:val="0"/>
                <w:bCs w:val="0"/>
              </w:rPr>
              <w:t>ibu</w:t>
            </w:r>
            <w:r w:rsidRPr="00434DA7">
              <w:rPr>
                <w:b w:val="0"/>
                <w:bCs w:val="0"/>
                <w:spacing w:val="80"/>
              </w:rPr>
              <w:t xml:space="preserve"> </w:t>
            </w:r>
            <w:r w:rsidRPr="00434DA7">
              <w:rPr>
                <w:b w:val="0"/>
                <w:bCs w:val="0"/>
              </w:rPr>
              <w:t>mencarikan</w:t>
            </w:r>
            <w:r w:rsidRPr="00434DA7">
              <w:rPr>
                <w:b w:val="0"/>
                <w:bCs w:val="0"/>
                <w:spacing w:val="78"/>
              </w:rPr>
              <w:t xml:space="preserve"> </w:t>
            </w:r>
            <w:r w:rsidRPr="00434DA7">
              <w:rPr>
                <w:b w:val="0"/>
                <w:bCs w:val="0"/>
              </w:rPr>
              <w:t>tempat</w:t>
            </w:r>
            <w:r w:rsidRPr="00434DA7">
              <w:rPr>
                <w:b w:val="0"/>
                <w:bCs w:val="0"/>
                <w:spacing w:val="80"/>
              </w:rPr>
              <w:t xml:space="preserve"> </w:t>
            </w:r>
            <w:r w:rsidRPr="00434DA7">
              <w:rPr>
                <w:b w:val="0"/>
                <w:bCs w:val="0"/>
              </w:rPr>
              <w:t>yang nyaman untuk menyusui bayi ketika di luar rumah.</w:t>
            </w:r>
          </w:p>
        </w:tc>
        <w:tc>
          <w:tcPr>
            <w:tcW w:w="567" w:type="dxa"/>
          </w:tcPr>
          <w:p w14:paraId="2470CBD0" w14:textId="77777777" w:rsidR="00547C38" w:rsidRPr="00434DA7" w:rsidRDefault="00547C38" w:rsidP="00547C38">
            <w:pPr>
              <w:pStyle w:val="TOC1"/>
              <w:jc w:val="both"/>
              <w:rPr>
                <w:b w:val="0"/>
                <w:bCs w:val="0"/>
              </w:rPr>
            </w:pPr>
          </w:p>
        </w:tc>
        <w:tc>
          <w:tcPr>
            <w:tcW w:w="567" w:type="dxa"/>
          </w:tcPr>
          <w:p w14:paraId="1647B352" w14:textId="77777777" w:rsidR="00547C38" w:rsidRPr="00434DA7" w:rsidRDefault="00547C38" w:rsidP="00547C38">
            <w:pPr>
              <w:pStyle w:val="TOC1"/>
              <w:jc w:val="both"/>
              <w:rPr>
                <w:b w:val="0"/>
                <w:bCs w:val="0"/>
              </w:rPr>
            </w:pPr>
          </w:p>
        </w:tc>
        <w:tc>
          <w:tcPr>
            <w:tcW w:w="567" w:type="dxa"/>
          </w:tcPr>
          <w:p w14:paraId="57B71293" w14:textId="77777777" w:rsidR="00547C38" w:rsidRPr="00434DA7" w:rsidRDefault="00547C38" w:rsidP="00547C38">
            <w:pPr>
              <w:pStyle w:val="TOC1"/>
              <w:jc w:val="both"/>
              <w:rPr>
                <w:b w:val="0"/>
                <w:bCs w:val="0"/>
              </w:rPr>
            </w:pPr>
          </w:p>
        </w:tc>
        <w:tc>
          <w:tcPr>
            <w:tcW w:w="425" w:type="dxa"/>
          </w:tcPr>
          <w:p w14:paraId="25507DAD" w14:textId="77777777" w:rsidR="00547C38" w:rsidRPr="00434DA7" w:rsidRDefault="00547C38" w:rsidP="00547C38">
            <w:pPr>
              <w:pStyle w:val="TOC1"/>
              <w:jc w:val="both"/>
              <w:rPr>
                <w:b w:val="0"/>
                <w:bCs w:val="0"/>
              </w:rPr>
            </w:pPr>
          </w:p>
        </w:tc>
        <w:tc>
          <w:tcPr>
            <w:tcW w:w="567" w:type="dxa"/>
          </w:tcPr>
          <w:p w14:paraId="1BF21B62" w14:textId="77777777" w:rsidR="00547C38" w:rsidRPr="00434DA7" w:rsidRDefault="00547C38" w:rsidP="00547C38">
            <w:pPr>
              <w:pStyle w:val="TOC1"/>
              <w:jc w:val="both"/>
              <w:rPr>
                <w:b w:val="0"/>
                <w:bCs w:val="0"/>
              </w:rPr>
            </w:pPr>
          </w:p>
        </w:tc>
      </w:tr>
      <w:tr w:rsidR="00547C38" w:rsidRPr="00434DA7" w14:paraId="2A92A8C7" w14:textId="77777777" w:rsidTr="00365C4A">
        <w:trPr>
          <w:trHeight w:val="762"/>
        </w:trPr>
        <w:tc>
          <w:tcPr>
            <w:tcW w:w="567" w:type="dxa"/>
          </w:tcPr>
          <w:p w14:paraId="5BF6D5B1" w14:textId="77777777" w:rsidR="00547C38" w:rsidRPr="00434DA7" w:rsidRDefault="00547C38" w:rsidP="00547C38">
            <w:pPr>
              <w:pStyle w:val="TOC1"/>
              <w:ind w:left="10"/>
              <w:jc w:val="center"/>
              <w:rPr>
                <w:b w:val="0"/>
                <w:bCs w:val="0"/>
                <w:spacing w:val="-5"/>
              </w:rPr>
            </w:pPr>
            <w:r w:rsidRPr="00434DA7">
              <w:rPr>
                <w:b w:val="0"/>
                <w:bCs w:val="0"/>
                <w:spacing w:val="-5"/>
              </w:rPr>
              <w:t>16.</w:t>
            </w:r>
          </w:p>
        </w:tc>
        <w:tc>
          <w:tcPr>
            <w:tcW w:w="4248" w:type="dxa"/>
          </w:tcPr>
          <w:p w14:paraId="2770C317" w14:textId="77777777" w:rsidR="00547C38" w:rsidRPr="00434DA7" w:rsidRDefault="00547C38" w:rsidP="00547C38">
            <w:pPr>
              <w:pStyle w:val="TOC1"/>
              <w:spacing w:before="4" w:line="357" w:lineRule="auto"/>
              <w:ind w:left="31"/>
              <w:jc w:val="both"/>
              <w:rPr>
                <w:b w:val="0"/>
                <w:bCs w:val="0"/>
              </w:rPr>
            </w:pPr>
            <w:r w:rsidRPr="00434DA7">
              <w:rPr>
                <w:b w:val="0"/>
                <w:bCs w:val="0"/>
              </w:rPr>
              <w:t>Keluarga</w:t>
            </w:r>
            <w:r w:rsidRPr="00434DA7">
              <w:rPr>
                <w:b w:val="0"/>
                <w:bCs w:val="0"/>
                <w:spacing w:val="35"/>
              </w:rPr>
              <w:t xml:space="preserve"> </w:t>
            </w:r>
            <w:r w:rsidRPr="00434DA7">
              <w:rPr>
                <w:b w:val="0"/>
                <w:bCs w:val="0"/>
              </w:rPr>
              <w:t>tidak</w:t>
            </w:r>
            <w:r w:rsidRPr="00434DA7">
              <w:rPr>
                <w:b w:val="0"/>
                <w:bCs w:val="0"/>
                <w:spacing w:val="39"/>
              </w:rPr>
              <w:t xml:space="preserve"> </w:t>
            </w:r>
            <w:r w:rsidRPr="00434DA7">
              <w:rPr>
                <w:b w:val="0"/>
                <w:bCs w:val="0"/>
              </w:rPr>
              <w:t>mengambilkan</w:t>
            </w:r>
            <w:r w:rsidRPr="00434DA7">
              <w:rPr>
                <w:b w:val="0"/>
                <w:bCs w:val="0"/>
                <w:spacing w:val="35"/>
              </w:rPr>
              <w:t xml:space="preserve"> </w:t>
            </w:r>
            <w:r w:rsidRPr="00434DA7">
              <w:rPr>
                <w:b w:val="0"/>
                <w:bCs w:val="0"/>
              </w:rPr>
              <w:t>minum</w:t>
            </w:r>
            <w:r w:rsidRPr="00434DA7">
              <w:rPr>
                <w:b w:val="0"/>
                <w:bCs w:val="0"/>
                <w:spacing w:val="32"/>
              </w:rPr>
              <w:t xml:space="preserve"> </w:t>
            </w:r>
            <w:r w:rsidRPr="00434DA7">
              <w:rPr>
                <w:b w:val="0"/>
                <w:bCs w:val="0"/>
              </w:rPr>
              <w:t>atau</w:t>
            </w:r>
            <w:r w:rsidRPr="00434DA7">
              <w:rPr>
                <w:b w:val="0"/>
                <w:bCs w:val="0"/>
                <w:spacing w:val="39"/>
              </w:rPr>
              <w:t xml:space="preserve"> </w:t>
            </w:r>
            <w:r w:rsidRPr="00434DA7">
              <w:rPr>
                <w:b w:val="0"/>
                <w:bCs w:val="0"/>
              </w:rPr>
              <w:t>makanan ringan untuk ibu.</w:t>
            </w:r>
          </w:p>
        </w:tc>
        <w:tc>
          <w:tcPr>
            <w:tcW w:w="567" w:type="dxa"/>
          </w:tcPr>
          <w:p w14:paraId="2BF91064" w14:textId="77777777" w:rsidR="00547C38" w:rsidRPr="00434DA7" w:rsidRDefault="00547C38" w:rsidP="00547C38">
            <w:pPr>
              <w:pStyle w:val="TOC1"/>
              <w:jc w:val="both"/>
              <w:rPr>
                <w:b w:val="0"/>
                <w:bCs w:val="0"/>
              </w:rPr>
            </w:pPr>
          </w:p>
        </w:tc>
        <w:tc>
          <w:tcPr>
            <w:tcW w:w="567" w:type="dxa"/>
          </w:tcPr>
          <w:p w14:paraId="0CF6874D" w14:textId="77777777" w:rsidR="00547C38" w:rsidRPr="00434DA7" w:rsidRDefault="00547C38" w:rsidP="00547C38">
            <w:pPr>
              <w:pStyle w:val="TOC1"/>
              <w:jc w:val="both"/>
              <w:rPr>
                <w:b w:val="0"/>
                <w:bCs w:val="0"/>
              </w:rPr>
            </w:pPr>
          </w:p>
        </w:tc>
        <w:tc>
          <w:tcPr>
            <w:tcW w:w="567" w:type="dxa"/>
          </w:tcPr>
          <w:p w14:paraId="68B14693" w14:textId="77777777" w:rsidR="00547C38" w:rsidRPr="00434DA7" w:rsidRDefault="00547C38" w:rsidP="00547C38">
            <w:pPr>
              <w:pStyle w:val="TOC1"/>
              <w:jc w:val="both"/>
              <w:rPr>
                <w:b w:val="0"/>
                <w:bCs w:val="0"/>
              </w:rPr>
            </w:pPr>
          </w:p>
        </w:tc>
        <w:tc>
          <w:tcPr>
            <w:tcW w:w="425" w:type="dxa"/>
          </w:tcPr>
          <w:p w14:paraId="73ED58AE" w14:textId="77777777" w:rsidR="00547C38" w:rsidRPr="00434DA7" w:rsidRDefault="00547C38" w:rsidP="00547C38">
            <w:pPr>
              <w:pStyle w:val="TOC1"/>
              <w:jc w:val="both"/>
              <w:rPr>
                <w:b w:val="0"/>
                <w:bCs w:val="0"/>
              </w:rPr>
            </w:pPr>
          </w:p>
        </w:tc>
        <w:tc>
          <w:tcPr>
            <w:tcW w:w="567" w:type="dxa"/>
          </w:tcPr>
          <w:p w14:paraId="736FFEE6" w14:textId="77777777" w:rsidR="00547C38" w:rsidRPr="00434DA7" w:rsidRDefault="00547C38" w:rsidP="00547C38">
            <w:pPr>
              <w:pStyle w:val="TOC1"/>
              <w:jc w:val="both"/>
              <w:rPr>
                <w:b w:val="0"/>
                <w:bCs w:val="0"/>
              </w:rPr>
            </w:pPr>
          </w:p>
        </w:tc>
      </w:tr>
      <w:tr w:rsidR="00547C38" w:rsidRPr="00434DA7" w14:paraId="2687BD5D" w14:textId="77777777" w:rsidTr="00365C4A">
        <w:trPr>
          <w:trHeight w:val="762"/>
        </w:trPr>
        <w:tc>
          <w:tcPr>
            <w:tcW w:w="567" w:type="dxa"/>
          </w:tcPr>
          <w:p w14:paraId="5761B16F" w14:textId="77777777" w:rsidR="00547C38" w:rsidRPr="00434DA7" w:rsidRDefault="00547C38" w:rsidP="00547C38">
            <w:pPr>
              <w:pStyle w:val="TOC1"/>
              <w:ind w:left="10"/>
              <w:jc w:val="center"/>
              <w:rPr>
                <w:b w:val="0"/>
                <w:bCs w:val="0"/>
                <w:spacing w:val="-5"/>
              </w:rPr>
            </w:pPr>
            <w:r w:rsidRPr="00434DA7">
              <w:rPr>
                <w:b w:val="0"/>
                <w:bCs w:val="0"/>
                <w:spacing w:val="-5"/>
              </w:rPr>
              <w:t>17.</w:t>
            </w:r>
          </w:p>
        </w:tc>
        <w:tc>
          <w:tcPr>
            <w:tcW w:w="4248" w:type="dxa"/>
          </w:tcPr>
          <w:p w14:paraId="59E0D2AE" w14:textId="77777777" w:rsidR="00547C38" w:rsidRPr="00434DA7" w:rsidRDefault="00547C38" w:rsidP="00547C38">
            <w:pPr>
              <w:pStyle w:val="TOC1"/>
              <w:ind w:left="54"/>
              <w:jc w:val="both"/>
              <w:rPr>
                <w:b w:val="0"/>
                <w:bCs w:val="0"/>
              </w:rPr>
            </w:pPr>
            <w:r w:rsidRPr="00434DA7">
              <w:rPr>
                <w:b w:val="0"/>
                <w:bCs w:val="0"/>
              </w:rPr>
              <w:t>Keluarga membantu mengurangi kelelahan ibu pada saat mengurus dan menyusui bayi dengan menghibur ibu</w:t>
            </w:r>
            <w:r w:rsidRPr="00434DA7">
              <w:rPr>
                <w:b w:val="0"/>
                <w:bCs w:val="0"/>
                <w:spacing w:val="19"/>
              </w:rPr>
              <w:t xml:space="preserve"> </w:t>
            </w:r>
            <w:r w:rsidRPr="00434DA7">
              <w:rPr>
                <w:b w:val="0"/>
                <w:bCs w:val="0"/>
              </w:rPr>
              <w:t>misalnya</w:t>
            </w:r>
            <w:r w:rsidRPr="00434DA7">
              <w:rPr>
                <w:b w:val="0"/>
                <w:bCs w:val="0"/>
                <w:spacing w:val="61"/>
                <w:w w:val="150"/>
              </w:rPr>
              <w:t xml:space="preserve"> </w:t>
            </w:r>
            <w:r w:rsidRPr="00434DA7">
              <w:rPr>
                <w:b w:val="0"/>
                <w:bCs w:val="0"/>
              </w:rPr>
              <w:t>mengajak</w:t>
            </w:r>
            <w:r w:rsidRPr="00434DA7">
              <w:rPr>
                <w:b w:val="0"/>
                <w:bCs w:val="0"/>
                <w:spacing w:val="23"/>
              </w:rPr>
              <w:t xml:space="preserve"> </w:t>
            </w:r>
            <w:r w:rsidRPr="00434DA7">
              <w:rPr>
                <w:b w:val="0"/>
                <w:bCs w:val="0"/>
              </w:rPr>
              <w:t>menonton</w:t>
            </w:r>
            <w:r w:rsidRPr="00434DA7">
              <w:rPr>
                <w:b w:val="0"/>
                <w:bCs w:val="0"/>
                <w:spacing w:val="12"/>
              </w:rPr>
              <w:t xml:space="preserve"> </w:t>
            </w:r>
            <w:r w:rsidRPr="00434DA7">
              <w:rPr>
                <w:b w:val="0"/>
                <w:bCs w:val="0"/>
              </w:rPr>
              <w:t>TV</w:t>
            </w:r>
            <w:r w:rsidRPr="00434DA7">
              <w:rPr>
                <w:b w:val="0"/>
                <w:bCs w:val="0"/>
                <w:spacing w:val="16"/>
              </w:rPr>
              <w:t xml:space="preserve"> </w:t>
            </w:r>
            <w:r w:rsidRPr="00434DA7">
              <w:rPr>
                <w:b w:val="0"/>
                <w:bCs w:val="0"/>
              </w:rPr>
              <w:t>atau</w:t>
            </w:r>
            <w:r w:rsidRPr="00434DA7">
              <w:rPr>
                <w:b w:val="0"/>
                <w:bCs w:val="0"/>
                <w:spacing w:val="17"/>
              </w:rPr>
              <w:t xml:space="preserve"> </w:t>
            </w:r>
            <w:r w:rsidRPr="00434DA7">
              <w:rPr>
                <w:b w:val="0"/>
                <w:bCs w:val="0"/>
                <w:spacing w:val="-2"/>
              </w:rPr>
              <w:t>bersenda-</w:t>
            </w:r>
          </w:p>
          <w:p w14:paraId="20FF3182" w14:textId="77777777" w:rsidR="00547C38" w:rsidRPr="00434DA7" w:rsidRDefault="00547C38" w:rsidP="00547C38">
            <w:pPr>
              <w:pStyle w:val="TOC1"/>
              <w:spacing w:before="4" w:line="357" w:lineRule="auto"/>
              <w:ind w:left="31"/>
              <w:jc w:val="both"/>
              <w:rPr>
                <w:b w:val="0"/>
                <w:bCs w:val="0"/>
              </w:rPr>
            </w:pPr>
            <w:r w:rsidRPr="00434DA7">
              <w:rPr>
                <w:b w:val="0"/>
                <w:bCs w:val="0"/>
                <w:spacing w:val="-2"/>
              </w:rPr>
              <w:t>gurau.</w:t>
            </w:r>
          </w:p>
        </w:tc>
        <w:tc>
          <w:tcPr>
            <w:tcW w:w="567" w:type="dxa"/>
          </w:tcPr>
          <w:p w14:paraId="791B08F6" w14:textId="77777777" w:rsidR="00547C38" w:rsidRPr="00434DA7" w:rsidRDefault="00547C38" w:rsidP="00547C38">
            <w:pPr>
              <w:pStyle w:val="TOC1"/>
              <w:jc w:val="both"/>
              <w:rPr>
                <w:b w:val="0"/>
                <w:bCs w:val="0"/>
              </w:rPr>
            </w:pPr>
          </w:p>
        </w:tc>
        <w:tc>
          <w:tcPr>
            <w:tcW w:w="567" w:type="dxa"/>
          </w:tcPr>
          <w:p w14:paraId="1D33C32D" w14:textId="77777777" w:rsidR="00547C38" w:rsidRPr="00434DA7" w:rsidRDefault="00547C38" w:rsidP="00547C38">
            <w:pPr>
              <w:pStyle w:val="TOC1"/>
              <w:jc w:val="both"/>
              <w:rPr>
                <w:b w:val="0"/>
                <w:bCs w:val="0"/>
              </w:rPr>
            </w:pPr>
          </w:p>
        </w:tc>
        <w:tc>
          <w:tcPr>
            <w:tcW w:w="567" w:type="dxa"/>
          </w:tcPr>
          <w:p w14:paraId="65D347EC" w14:textId="77777777" w:rsidR="00547C38" w:rsidRPr="00434DA7" w:rsidRDefault="00547C38" w:rsidP="00547C38">
            <w:pPr>
              <w:pStyle w:val="TOC1"/>
              <w:jc w:val="both"/>
              <w:rPr>
                <w:b w:val="0"/>
                <w:bCs w:val="0"/>
              </w:rPr>
            </w:pPr>
          </w:p>
        </w:tc>
        <w:tc>
          <w:tcPr>
            <w:tcW w:w="425" w:type="dxa"/>
          </w:tcPr>
          <w:p w14:paraId="757B19E0" w14:textId="77777777" w:rsidR="00547C38" w:rsidRPr="00434DA7" w:rsidRDefault="00547C38" w:rsidP="00547C38">
            <w:pPr>
              <w:pStyle w:val="TOC1"/>
              <w:jc w:val="both"/>
              <w:rPr>
                <w:b w:val="0"/>
                <w:bCs w:val="0"/>
              </w:rPr>
            </w:pPr>
          </w:p>
        </w:tc>
        <w:tc>
          <w:tcPr>
            <w:tcW w:w="567" w:type="dxa"/>
          </w:tcPr>
          <w:p w14:paraId="0E9C8ADB" w14:textId="77777777" w:rsidR="00547C38" w:rsidRPr="00434DA7" w:rsidRDefault="00547C38" w:rsidP="00547C38">
            <w:pPr>
              <w:pStyle w:val="TOC1"/>
              <w:jc w:val="both"/>
              <w:rPr>
                <w:b w:val="0"/>
                <w:bCs w:val="0"/>
              </w:rPr>
            </w:pPr>
          </w:p>
        </w:tc>
      </w:tr>
      <w:tr w:rsidR="00547C38" w:rsidRPr="00434DA7" w14:paraId="42C8D6FD" w14:textId="77777777" w:rsidTr="00365C4A">
        <w:trPr>
          <w:trHeight w:val="762"/>
        </w:trPr>
        <w:tc>
          <w:tcPr>
            <w:tcW w:w="567" w:type="dxa"/>
          </w:tcPr>
          <w:p w14:paraId="40786F67" w14:textId="77777777" w:rsidR="00547C38" w:rsidRPr="00434DA7" w:rsidRDefault="00547C38" w:rsidP="00547C38">
            <w:pPr>
              <w:pStyle w:val="TOC1"/>
              <w:ind w:left="10"/>
              <w:jc w:val="center"/>
              <w:rPr>
                <w:b w:val="0"/>
                <w:bCs w:val="0"/>
                <w:spacing w:val="-5"/>
              </w:rPr>
            </w:pPr>
          </w:p>
        </w:tc>
        <w:tc>
          <w:tcPr>
            <w:tcW w:w="4248" w:type="dxa"/>
          </w:tcPr>
          <w:p w14:paraId="67569B5B" w14:textId="77777777" w:rsidR="00547C38" w:rsidRPr="00434DA7" w:rsidRDefault="00547C38" w:rsidP="00547C38">
            <w:pPr>
              <w:pStyle w:val="TOC1"/>
              <w:ind w:left="54"/>
              <w:jc w:val="both"/>
              <w:rPr>
                <w:b w:val="0"/>
                <w:bCs w:val="0"/>
              </w:rPr>
            </w:pPr>
            <w:r w:rsidRPr="00434DA7">
              <w:rPr>
                <w:b w:val="0"/>
                <w:bCs w:val="0"/>
              </w:rPr>
              <w:t>Dukungan Informasional</w:t>
            </w:r>
          </w:p>
        </w:tc>
        <w:tc>
          <w:tcPr>
            <w:tcW w:w="567" w:type="dxa"/>
          </w:tcPr>
          <w:p w14:paraId="0092E334" w14:textId="77777777" w:rsidR="00547C38" w:rsidRPr="00434DA7" w:rsidRDefault="00547C38" w:rsidP="00547C38">
            <w:pPr>
              <w:pStyle w:val="TOC1"/>
              <w:jc w:val="both"/>
              <w:rPr>
                <w:b w:val="0"/>
                <w:bCs w:val="0"/>
              </w:rPr>
            </w:pPr>
          </w:p>
        </w:tc>
        <w:tc>
          <w:tcPr>
            <w:tcW w:w="567" w:type="dxa"/>
          </w:tcPr>
          <w:p w14:paraId="1E230002" w14:textId="77777777" w:rsidR="00547C38" w:rsidRPr="00434DA7" w:rsidRDefault="00547C38" w:rsidP="00547C38">
            <w:pPr>
              <w:pStyle w:val="TOC1"/>
              <w:jc w:val="both"/>
              <w:rPr>
                <w:b w:val="0"/>
                <w:bCs w:val="0"/>
              </w:rPr>
            </w:pPr>
          </w:p>
        </w:tc>
        <w:tc>
          <w:tcPr>
            <w:tcW w:w="567" w:type="dxa"/>
          </w:tcPr>
          <w:p w14:paraId="3FC41675" w14:textId="77777777" w:rsidR="00547C38" w:rsidRPr="00434DA7" w:rsidRDefault="00547C38" w:rsidP="00547C38">
            <w:pPr>
              <w:pStyle w:val="TOC1"/>
              <w:jc w:val="both"/>
              <w:rPr>
                <w:b w:val="0"/>
                <w:bCs w:val="0"/>
              </w:rPr>
            </w:pPr>
          </w:p>
        </w:tc>
        <w:tc>
          <w:tcPr>
            <w:tcW w:w="425" w:type="dxa"/>
          </w:tcPr>
          <w:p w14:paraId="609E61A7" w14:textId="77777777" w:rsidR="00547C38" w:rsidRPr="00434DA7" w:rsidRDefault="00547C38" w:rsidP="00547C38">
            <w:pPr>
              <w:pStyle w:val="TOC1"/>
              <w:jc w:val="both"/>
              <w:rPr>
                <w:b w:val="0"/>
                <w:bCs w:val="0"/>
              </w:rPr>
            </w:pPr>
          </w:p>
        </w:tc>
        <w:tc>
          <w:tcPr>
            <w:tcW w:w="567" w:type="dxa"/>
          </w:tcPr>
          <w:p w14:paraId="37152F6A" w14:textId="77777777" w:rsidR="00547C38" w:rsidRPr="00434DA7" w:rsidRDefault="00547C38" w:rsidP="00547C38">
            <w:pPr>
              <w:pStyle w:val="TOC1"/>
              <w:jc w:val="both"/>
              <w:rPr>
                <w:b w:val="0"/>
                <w:bCs w:val="0"/>
              </w:rPr>
            </w:pPr>
          </w:p>
        </w:tc>
      </w:tr>
      <w:tr w:rsidR="00547C38" w:rsidRPr="00434DA7" w14:paraId="0B6EE3A1" w14:textId="77777777" w:rsidTr="00365C4A">
        <w:trPr>
          <w:trHeight w:val="762"/>
        </w:trPr>
        <w:tc>
          <w:tcPr>
            <w:tcW w:w="567" w:type="dxa"/>
          </w:tcPr>
          <w:p w14:paraId="2DEC8DD0" w14:textId="77777777" w:rsidR="00547C38" w:rsidRPr="00434DA7" w:rsidRDefault="00547C38" w:rsidP="00547C38">
            <w:pPr>
              <w:pStyle w:val="TOC1"/>
              <w:ind w:left="10"/>
              <w:jc w:val="center"/>
              <w:rPr>
                <w:b w:val="0"/>
                <w:bCs w:val="0"/>
                <w:spacing w:val="-5"/>
              </w:rPr>
            </w:pPr>
            <w:r w:rsidRPr="00434DA7">
              <w:rPr>
                <w:b w:val="0"/>
                <w:bCs w:val="0"/>
                <w:spacing w:val="-5"/>
              </w:rPr>
              <w:t>18.</w:t>
            </w:r>
          </w:p>
        </w:tc>
        <w:tc>
          <w:tcPr>
            <w:tcW w:w="4248" w:type="dxa"/>
          </w:tcPr>
          <w:p w14:paraId="67093F99" w14:textId="77777777" w:rsidR="00547C38" w:rsidRPr="00434DA7" w:rsidRDefault="00547C38" w:rsidP="00547C38">
            <w:pPr>
              <w:pStyle w:val="TOC1"/>
              <w:ind w:left="54"/>
              <w:jc w:val="both"/>
              <w:rPr>
                <w:b w:val="0"/>
                <w:bCs w:val="0"/>
              </w:rPr>
            </w:pPr>
            <w:r w:rsidRPr="00434DA7">
              <w:rPr>
                <w:b w:val="0"/>
                <w:bCs w:val="0"/>
              </w:rPr>
              <w:t>Keluarga memberitahu pada ibu bahwa bayi usia 0-6 bulan hanya diberikan ASI saja tanpa boleh makanan lain seperti</w:t>
            </w:r>
          </w:p>
          <w:p w14:paraId="68D9C505" w14:textId="77777777" w:rsidR="00547C38" w:rsidRPr="00434DA7" w:rsidRDefault="00547C38" w:rsidP="00547C38">
            <w:pPr>
              <w:pStyle w:val="TOC1"/>
              <w:ind w:left="54"/>
              <w:jc w:val="both"/>
              <w:rPr>
                <w:b w:val="0"/>
                <w:bCs w:val="0"/>
              </w:rPr>
            </w:pPr>
            <w:r w:rsidRPr="00434DA7">
              <w:rPr>
                <w:b w:val="0"/>
                <w:bCs w:val="0"/>
              </w:rPr>
              <w:t>pisang,</w:t>
            </w:r>
            <w:r w:rsidRPr="00434DA7">
              <w:rPr>
                <w:b w:val="0"/>
                <w:bCs w:val="0"/>
                <w:spacing w:val="-3"/>
              </w:rPr>
              <w:t xml:space="preserve"> </w:t>
            </w:r>
            <w:r w:rsidRPr="00434DA7">
              <w:rPr>
                <w:b w:val="0"/>
                <w:bCs w:val="0"/>
              </w:rPr>
              <w:t>susu</w:t>
            </w:r>
            <w:r w:rsidRPr="00434DA7">
              <w:rPr>
                <w:b w:val="0"/>
                <w:bCs w:val="0"/>
                <w:spacing w:val="-1"/>
              </w:rPr>
              <w:t xml:space="preserve"> </w:t>
            </w:r>
            <w:r w:rsidRPr="00434DA7">
              <w:rPr>
                <w:b w:val="0"/>
                <w:bCs w:val="0"/>
              </w:rPr>
              <w:t>formula,</w:t>
            </w:r>
            <w:r w:rsidRPr="00434DA7">
              <w:rPr>
                <w:b w:val="0"/>
                <w:bCs w:val="0"/>
                <w:spacing w:val="-3"/>
              </w:rPr>
              <w:t xml:space="preserve"> </w:t>
            </w:r>
            <w:r w:rsidRPr="00434DA7">
              <w:rPr>
                <w:b w:val="0"/>
                <w:bCs w:val="0"/>
              </w:rPr>
              <w:t>air</w:t>
            </w:r>
            <w:r w:rsidRPr="00434DA7">
              <w:rPr>
                <w:b w:val="0"/>
                <w:bCs w:val="0"/>
                <w:spacing w:val="-3"/>
              </w:rPr>
              <w:t xml:space="preserve"> </w:t>
            </w:r>
            <w:r w:rsidRPr="00434DA7">
              <w:rPr>
                <w:b w:val="0"/>
                <w:bCs w:val="0"/>
              </w:rPr>
              <w:t>putih,</w:t>
            </w:r>
            <w:r w:rsidRPr="00434DA7">
              <w:rPr>
                <w:b w:val="0"/>
                <w:bCs w:val="0"/>
                <w:spacing w:val="-3"/>
              </w:rPr>
              <w:t xml:space="preserve"> </w:t>
            </w:r>
            <w:r w:rsidRPr="00434DA7">
              <w:rPr>
                <w:b w:val="0"/>
                <w:bCs w:val="0"/>
              </w:rPr>
              <w:t>bubur</w:t>
            </w:r>
            <w:r w:rsidRPr="00434DA7">
              <w:rPr>
                <w:b w:val="0"/>
                <w:bCs w:val="0"/>
                <w:spacing w:val="-2"/>
              </w:rPr>
              <w:t xml:space="preserve"> </w:t>
            </w:r>
            <w:r w:rsidRPr="00434DA7">
              <w:rPr>
                <w:b w:val="0"/>
                <w:bCs w:val="0"/>
                <w:spacing w:val="-4"/>
              </w:rPr>
              <w:t>nasi.</w:t>
            </w:r>
          </w:p>
        </w:tc>
        <w:tc>
          <w:tcPr>
            <w:tcW w:w="567" w:type="dxa"/>
          </w:tcPr>
          <w:p w14:paraId="05683500" w14:textId="77777777" w:rsidR="00547C38" w:rsidRPr="00434DA7" w:rsidRDefault="00547C38" w:rsidP="00547C38">
            <w:pPr>
              <w:pStyle w:val="TOC1"/>
              <w:jc w:val="both"/>
              <w:rPr>
                <w:b w:val="0"/>
                <w:bCs w:val="0"/>
              </w:rPr>
            </w:pPr>
          </w:p>
        </w:tc>
        <w:tc>
          <w:tcPr>
            <w:tcW w:w="567" w:type="dxa"/>
          </w:tcPr>
          <w:p w14:paraId="09C5EEDC" w14:textId="77777777" w:rsidR="00547C38" w:rsidRPr="00434DA7" w:rsidRDefault="00547C38" w:rsidP="00547C38">
            <w:pPr>
              <w:pStyle w:val="TOC1"/>
              <w:jc w:val="both"/>
              <w:rPr>
                <w:b w:val="0"/>
                <w:bCs w:val="0"/>
              </w:rPr>
            </w:pPr>
          </w:p>
        </w:tc>
        <w:tc>
          <w:tcPr>
            <w:tcW w:w="567" w:type="dxa"/>
          </w:tcPr>
          <w:p w14:paraId="096927B2" w14:textId="77777777" w:rsidR="00547C38" w:rsidRPr="00434DA7" w:rsidRDefault="00547C38" w:rsidP="00547C38">
            <w:pPr>
              <w:pStyle w:val="TOC1"/>
              <w:jc w:val="both"/>
              <w:rPr>
                <w:b w:val="0"/>
                <w:bCs w:val="0"/>
              </w:rPr>
            </w:pPr>
          </w:p>
        </w:tc>
        <w:tc>
          <w:tcPr>
            <w:tcW w:w="425" w:type="dxa"/>
          </w:tcPr>
          <w:p w14:paraId="22248CDE" w14:textId="77777777" w:rsidR="00547C38" w:rsidRPr="00434DA7" w:rsidRDefault="00547C38" w:rsidP="00547C38">
            <w:pPr>
              <w:pStyle w:val="TOC1"/>
              <w:jc w:val="both"/>
              <w:rPr>
                <w:b w:val="0"/>
                <w:bCs w:val="0"/>
              </w:rPr>
            </w:pPr>
          </w:p>
        </w:tc>
        <w:tc>
          <w:tcPr>
            <w:tcW w:w="567" w:type="dxa"/>
          </w:tcPr>
          <w:p w14:paraId="6F3CD2C6" w14:textId="77777777" w:rsidR="00547C38" w:rsidRPr="00434DA7" w:rsidRDefault="00547C38" w:rsidP="00547C38">
            <w:pPr>
              <w:pStyle w:val="TOC1"/>
              <w:jc w:val="both"/>
              <w:rPr>
                <w:b w:val="0"/>
                <w:bCs w:val="0"/>
              </w:rPr>
            </w:pPr>
          </w:p>
        </w:tc>
      </w:tr>
      <w:tr w:rsidR="00547C38" w:rsidRPr="00434DA7" w14:paraId="4EC6E226" w14:textId="77777777" w:rsidTr="00365C4A">
        <w:trPr>
          <w:trHeight w:val="762"/>
        </w:trPr>
        <w:tc>
          <w:tcPr>
            <w:tcW w:w="567" w:type="dxa"/>
          </w:tcPr>
          <w:p w14:paraId="381F47F8" w14:textId="77777777" w:rsidR="00547C38" w:rsidRPr="00434DA7" w:rsidRDefault="00547C38" w:rsidP="00547C38">
            <w:pPr>
              <w:pStyle w:val="TOC1"/>
              <w:ind w:left="10"/>
              <w:jc w:val="center"/>
              <w:rPr>
                <w:b w:val="0"/>
                <w:bCs w:val="0"/>
                <w:spacing w:val="-5"/>
              </w:rPr>
            </w:pPr>
            <w:r w:rsidRPr="00434DA7">
              <w:rPr>
                <w:b w:val="0"/>
                <w:bCs w:val="0"/>
                <w:spacing w:val="-5"/>
              </w:rPr>
              <w:t>19.</w:t>
            </w:r>
          </w:p>
        </w:tc>
        <w:tc>
          <w:tcPr>
            <w:tcW w:w="4248" w:type="dxa"/>
          </w:tcPr>
          <w:p w14:paraId="2318BC94" w14:textId="77777777" w:rsidR="00547C38" w:rsidRPr="00434DA7" w:rsidRDefault="00547C38" w:rsidP="00547C38">
            <w:pPr>
              <w:pStyle w:val="TOC1"/>
              <w:ind w:left="54"/>
              <w:jc w:val="both"/>
              <w:rPr>
                <w:b w:val="0"/>
                <w:bCs w:val="0"/>
              </w:rPr>
            </w:pPr>
            <w:r w:rsidRPr="00434DA7">
              <w:rPr>
                <w:b w:val="0"/>
                <w:bCs w:val="0"/>
              </w:rPr>
              <w:t>Keluarga tidak mencari informasi dari luar (seperti buku, majalah dan lain-lain) tentang cara pemberian makanan</w:t>
            </w:r>
            <w:r w:rsidRPr="00434DA7">
              <w:rPr>
                <w:b w:val="0"/>
                <w:bCs w:val="0"/>
                <w:spacing w:val="47"/>
              </w:rPr>
              <w:t xml:space="preserve"> </w:t>
            </w:r>
            <w:r w:rsidRPr="00434DA7">
              <w:rPr>
                <w:b w:val="0"/>
                <w:bCs w:val="0"/>
              </w:rPr>
              <w:t>bayi</w:t>
            </w:r>
            <w:r w:rsidRPr="00434DA7">
              <w:rPr>
                <w:b w:val="0"/>
                <w:bCs w:val="0"/>
                <w:spacing w:val="44"/>
              </w:rPr>
              <w:t xml:space="preserve"> </w:t>
            </w:r>
            <w:r w:rsidRPr="00434DA7">
              <w:rPr>
                <w:b w:val="0"/>
                <w:bCs w:val="0"/>
              </w:rPr>
              <w:t>eksklusif</w:t>
            </w:r>
            <w:r w:rsidRPr="00434DA7">
              <w:rPr>
                <w:b w:val="0"/>
                <w:bCs w:val="0"/>
                <w:spacing w:val="46"/>
              </w:rPr>
              <w:t xml:space="preserve"> </w:t>
            </w:r>
            <w:r w:rsidRPr="00434DA7">
              <w:rPr>
                <w:b w:val="0"/>
                <w:bCs w:val="0"/>
              </w:rPr>
              <w:t>kepada</w:t>
            </w:r>
            <w:r w:rsidRPr="00434DA7">
              <w:rPr>
                <w:b w:val="0"/>
                <w:bCs w:val="0"/>
                <w:spacing w:val="51"/>
              </w:rPr>
              <w:t xml:space="preserve"> </w:t>
            </w:r>
            <w:r w:rsidRPr="00434DA7">
              <w:rPr>
                <w:b w:val="0"/>
                <w:bCs w:val="0"/>
              </w:rPr>
              <w:t>bayi</w:t>
            </w:r>
            <w:r w:rsidRPr="00434DA7">
              <w:rPr>
                <w:b w:val="0"/>
                <w:bCs w:val="0"/>
                <w:spacing w:val="45"/>
              </w:rPr>
              <w:t xml:space="preserve"> </w:t>
            </w:r>
            <w:r w:rsidRPr="00434DA7">
              <w:rPr>
                <w:b w:val="0"/>
                <w:bCs w:val="0"/>
              </w:rPr>
              <w:t>pada</w:t>
            </w:r>
            <w:r w:rsidRPr="00434DA7">
              <w:rPr>
                <w:b w:val="0"/>
                <w:bCs w:val="0"/>
                <w:spacing w:val="51"/>
              </w:rPr>
              <w:t xml:space="preserve"> </w:t>
            </w:r>
            <w:r w:rsidRPr="00434DA7">
              <w:rPr>
                <w:b w:val="0"/>
                <w:bCs w:val="0"/>
              </w:rPr>
              <w:t>saat</w:t>
            </w:r>
            <w:r w:rsidRPr="00434DA7">
              <w:rPr>
                <w:b w:val="0"/>
                <w:bCs w:val="0"/>
                <w:spacing w:val="53"/>
              </w:rPr>
              <w:t xml:space="preserve"> </w:t>
            </w:r>
            <w:r w:rsidRPr="00434DA7">
              <w:rPr>
                <w:b w:val="0"/>
                <w:bCs w:val="0"/>
                <w:spacing w:val="-4"/>
              </w:rPr>
              <w:t>bayi</w:t>
            </w:r>
          </w:p>
          <w:p w14:paraId="0707382F" w14:textId="77777777" w:rsidR="00547C38" w:rsidRPr="00434DA7" w:rsidRDefault="00547C38" w:rsidP="00547C38">
            <w:pPr>
              <w:pStyle w:val="TOC1"/>
              <w:ind w:left="54"/>
              <w:jc w:val="both"/>
              <w:rPr>
                <w:b w:val="0"/>
                <w:bCs w:val="0"/>
              </w:rPr>
            </w:pPr>
            <w:r w:rsidRPr="00434DA7">
              <w:rPr>
                <w:b w:val="0"/>
                <w:bCs w:val="0"/>
              </w:rPr>
              <w:t>berusia</w:t>
            </w:r>
            <w:r w:rsidRPr="00434DA7">
              <w:rPr>
                <w:b w:val="0"/>
                <w:bCs w:val="0"/>
                <w:spacing w:val="-2"/>
              </w:rPr>
              <w:t xml:space="preserve"> </w:t>
            </w:r>
            <w:r w:rsidRPr="00434DA7">
              <w:rPr>
                <w:b w:val="0"/>
                <w:bCs w:val="0"/>
              </w:rPr>
              <w:t>0-6</w:t>
            </w:r>
            <w:r w:rsidRPr="00434DA7">
              <w:rPr>
                <w:b w:val="0"/>
                <w:bCs w:val="0"/>
                <w:spacing w:val="-1"/>
              </w:rPr>
              <w:t xml:space="preserve"> </w:t>
            </w:r>
            <w:r w:rsidRPr="00434DA7">
              <w:rPr>
                <w:b w:val="0"/>
                <w:bCs w:val="0"/>
                <w:spacing w:val="-2"/>
              </w:rPr>
              <w:t>bulan.</w:t>
            </w:r>
          </w:p>
        </w:tc>
        <w:tc>
          <w:tcPr>
            <w:tcW w:w="567" w:type="dxa"/>
          </w:tcPr>
          <w:p w14:paraId="3B032250" w14:textId="77777777" w:rsidR="00547C38" w:rsidRPr="00434DA7" w:rsidRDefault="00547C38" w:rsidP="00547C38">
            <w:pPr>
              <w:pStyle w:val="TOC1"/>
              <w:jc w:val="both"/>
              <w:rPr>
                <w:b w:val="0"/>
                <w:bCs w:val="0"/>
              </w:rPr>
            </w:pPr>
          </w:p>
        </w:tc>
        <w:tc>
          <w:tcPr>
            <w:tcW w:w="567" w:type="dxa"/>
          </w:tcPr>
          <w:p w14:paraId="02483C98" w14:textId="77777777" w:rsidR="00547C38" w:rsidRPr="00434DA7" w:rsidRDefault="00547C38" w:rsidP="00547C38">
            <w:pPr>
              <w:pStyle w:val="TOC1"/>
              <w:jc w:val="both"/>
              <w:rPr>
                <w:b w:val="0"/>
                <w:bCs w:val="0"/>
              </w:rPr>
            </w:pPr>
          </w:p>
        </w:tc>
        <w:tc>
          <w:tcPr>
            <w:tcW w:w="567" w:type="dxa"/>
          </w:tcPr>
          <w:p w14:paraId="28494B6B" w14:textId="77777777" w:rsidR="00547C38" w:rsidRPr="00434DA7" w:rsidRDefault="00547C38" w:rsidP="00547C38">
            <w:pPr>
              <w:pStyle w:val="TOC1"/>
              <w:jc w:val="both"/>
              <w:rPr>
                <w:b w:val="0"/>
                <w:bCs w:val="0"/>
              </w:rPr>
            </w:pPr>
          </w:p>
        </w:tc>
        <w:tc>
          <w:tcPr>
            <w:tcW w:w="425" w:type="dxa"/>
          </w:tcPr>
          <w:p w14:paraId="1EDF0431" w14:textId="77777777" w:rsidR="00547C38" w:rsidRPr="00434DA7" w:rsidRDefault="00547C38" w:rsidP="00547C38">
            <w:pPr>
              <w:pStyle w:val="TOC1"/>
              <w:jc w:val="both"/>
              <w:rPr>
                <w:b w:val="0"/>
                <w:bCs w:val="0"/>
              </w:rPr>
            </w:pPr>
          </w:p>
        </w:tc>
        <w:tc>
          <w:tcPr>
            <w:tcW w:w="567" w:type="dxa"/>
          </w:tcPr>
          <w:p w14:paraId="6CB09EBE" w14:textId="77777777" w:rsidR="00547C38" w:rsidRPr="00434DA7" w:rsidRDefault="00547C38" w:rsidP="00547C38">
            <w:pPr>
              <w:pStyle w:val="TOC1"/>
              <w:jc w:val="both"/>
              <w:rPr>
                <w:b w:val="0"/>
                <w:bCs w:val="0"/>
              </w:rPr>
            </w:pPr>
          </w:p>
        </w:tc>
      </w:tr>
      <w:tr w:rsidR="00547C38" w:rsidRPr="00434DA7" w14:paraId="39874B3B" w14:textId="77777777" w:rsidTr="00365C4A">
        <w:trPr>
          <w:trHeight w:val="762"/>
        </w:trPr>
        <w:tc>
          <w:tcPr>
            <w:tcW w:w="567" w:type="dxa"/>
          </w:tcPr>
          <w:p w14:paraId="3EDEA0D9" w14:textId="77777777" w:rsidR="00547C38" w:rsidRPr="00434DA7" w:rsidRDefault="00547C38" w:rsidP="00547C38">
            <w:pPr>
              <w:pStyle w:val="TOC1"/>
              <w:ind w:left="10"/>
              <w:jc w:val="center"/>
              <w:rPr>
                <w:b w:val="0"/>
                <w:bCs w:val="0"/>
                <w:spacing w:val="-5"/>
              </w:rPr>
            </w:pPr>
            <w:r w:rsidRPr="00434DA7">
              <w:rPr>
                <w:b w:val="0"/>
                <w:bCs w:val="0"/>
                <w:spacing w:val="-5"/>
              </w:rPr>
              <w:t>20.</w:t>
            </w:r>
          </w:p>
        </w:tc>
        <w:tc>
          <w:tcPr>
            <w:tcW w:w="4248" w:type="dxa"/>
          </w:tcPr>
          <w:p w14:paraId="7DCD84E3" w14:textId="77777777" w:rsidR="00547C38" w:rsidRPr="00434DA7" w:rsidRDefault="00547C38" w:rsidP="00547C38">
            <w:pPr>
              <w:tabs>
                <w:tab w:val="left" w:pos="1064"/>
              </w:tabs>
              <w:jc w:val="both"/>
              <w:rPr>
                <w:rFonts w:ascii="Arial" w:hAnsi="Arial" w:cs="Arial"/>
              </w:rPr>
            </w:pPr>
            <w:r w:rsidRPr="00434DA7">
              <w:rPr>
                <w:rFonts w:ascii="Arial" w:hAnsi="Arial" w:cs="Arial"/>
              </w:rPr>
              <w:t>Keluarga</w:t>
            </w:r>
            <w:r w:rsidRPr="00434DA7">
              <w:rPr>
                <w:rFonts w:ascii="Arial" w:hAnsi="Arial" w:cs="Arial"/>
                <w:spacing w:val="19"/>
              </w:rPr>
              <w:t xml:space="preserve"> </w:t>
            </w:r>
            <w:r w:rsidRPr="00434DA7">
              <w:rPr>
                <w:rFonts w:ascii="Arial" w:hAnsi="Arial" w:cs="Arial"/>
              </w:rPr>
              <w:t>tidak</w:t>
            </w:r>
            <w:r w:rsidRPr="00434DA7">
              <w:rPr>
                <w:rFonts w:ascii="Arial" w:hAnsi="Arial" w:cs="Arial"/>
                <w:spacing w:val="20"/>
              </w:rPr>
              <w:t xml:space="preserve"> </w:t>
            </w:r>
            <w:r w:rsidRPr="00434DA7">
              <w:rPr>
                <w:rFonts w:ascii="Arial" w:hAnsi="Arial" w:cs="Arial"/>
              </w:rPr>
              <w:t>mengajarkan cara</w:t>
            </w:r>
            <w:r w:rsidRPr="00434DA7">
              <w:rPr>
                <w:rFonts w:ascii="Arial" w:hAnsi="Arial" w:cs="Arial"/>
                <w:spacing w:val="20"/>
              </w:rPr>
              <w:t xml:space="preserve"> </w:t>
            </w:r>
            <w:r w:rsidRPr="00434DA7">
              <w:rPr>
                <w:rFonts w:ascii="Arial" w:hAnsi="Arial" w:cs="Arial"/>
              </w:rPr>
              <w:t>menyusui pada</w:t>
            </w:r>
            <w:r w:rsidRPr="00434DA7">
              <w:rPr>
                <w:rFonts w:ascii="Arial" w:hAnsi="Arial" w:cs="Arial"/>
                <w:spacing w:val="19"/>
              </w:rPr>
              <w:t xml:space="preserve"> </w:t>
            </w:r>
            <w:r w:rsidRPr="00434DA7">
              <w:rPr>
                <w:rFonts w:ascii="Arial" w:hAnsi="Arial" w:cs="Arial"/>
              </w:rPr>
              <w:t>saat bayi berusia 0-6 bulan.</w:t>
            </w:r>
          </w:p>
        </w:tc>
        <w:tc>
          <w:tcPr>
            <w:tcW w:w="567" w:type="dxa"/>
          </w:tcPr>
          <w:p w14:paraId="506FF36C" w14:textId="77777777" w:rsidR="00547C38" w:rsidRPr="00434DA7" w:rsidRDefault="00547C38" w:rsidP="00547C38">
            <w:pPr>
              <w:pStyle w:val="TOC1"/>
              <w:jc w:val="both"/>
              <w:rPr>
                <w:b w:val="0"/>
                <w:bCs w:val="0"/>
              </w:rPr>
            </w:pPr>
          </w:p>
        </w:tc>
        <w:tc>
          <w:tcPr>
            <w:tcW w:w="567" w:type="dxa"/>
          </w:tcPr>
          <w:p w14:paraId="71DA52EB" w14:textId="77777777" w:rsidR="00547C38" w:rsidRPr="00434DA7" w:rsidRDefault="00547C38" w:rsidP="00547C38">
            <w:pPr>
              <w:pStyle w:val="TOC1"/>
              <w:jc w:val="both"/>
              <w:rPr>
                <w:b w:val="0"/>
                <w:bCs w:val="0"/>
              </w:rPr>
            </w:pPr>
          </w:p>
        </w:tc>
        <w:tc>
          <w:tcPr>
            <w:tcW w:w="567" w:type="dxa"/>
          </w:tcPr>
          <w:p w14:paraId="5FABF5A8" w14:textId="77777777" w:rsidR="00547C38" w:rsidRPr="00434DA7" w:rsidRDefault="00547C38" w:rsidP="00547C38">
            <w:pPr>
              <w:pStyle w:val="TOC1"/>
              <w:jc w:val="both"/>
              <w:rPr>
                <w:b w:val="0"/>
                <w:bCs w:val="0"/>
              </w:rPr>
            </w:pPr>
          </w:p>
        </w:tc>
        <w:tc>
          <w:tcPr>
            <w:tcW w:w="425" w:type="dxa"/>
          </w:tcPr>
          <w:p w14:paraId="62FC2AA3" w14:textId="77777777" w:rsidR="00547C38" w:rsidRPr="00434DA7" w:rsidRDefault="00547C38" w:rsidP="00547C38">
            <w:pPr>
              <w:pStyle w:val="TOC1"/>
              <w:jc w:val="both"/>
              <w:rPr>
                <w:b w:val="0"/>
                <w:bCs w:val="0"/>
              </w:rPr>
            </w:pPr>
          </w:p>
        </w:tc>
        <w:tc>
          <w:tcPr>
            <w:tcW w:w="567" w:type="dxa"/>
          </w:tcPr>
          <w:p w14:paraId="7EFC8BAC" w14:textId="77777777" w:rsidR="00547C38" w:rsidRPr="00434DA7" w:rsidRDefault="00547C38" w:rsidP="00547C38">
            <w:pPr>
              <w:pStyle w:val="TOC1"/>
              <w:jc w:val="both"/>
              <w:rPr>
                <w:b w:val="0"/>
                <w:bCs w:val="0"/>
              </w:rPr>
            </w:pPr>
          </w:p>
        </w:tc>
      </w:tr>
      <w:tr w:rsidR="00547C38" w:rsidRPr="00434DA7" w14:paraId="555D8FC1" w14:textId="77777777" w:rsidTr="00365C4A">
        <w:trPr>
          <w:trHeight w:val="762"/>
        </w:trPr>
        <w:tc>
          <w:tcPr>
            <w:tcW w:w="567" w:type="dxa"/>
          </w:tcPr>
          <w:p w14:paraId="165DF91E" w14:textId="77777777" w:rsidR="00547C38" w:rsidRPr="00434DA7" w:rsidRDefault="00547C38" w:rsidP="00547C38">
            <w:pPr>
              <w:pStyle w:val="TOC1"/>
              <w:ind w:left="10"/>
              <w:jc w:val="center"/>
              <w:rPr>
                <w:b w:val="0"/>
                <w:bCs w:val="0"/>
                <w:spacing w:val="-5"/>
              </w:rPr>
            </w:pPr>
            <w:r w:rsidRPr="00434DA7">
              <w:rPr>
                <w:b w:val="0"/>
                <w:bCs w:val="0"/>
                <w:spacing w:val="-5"/>
              </w:rPr>
              <w:t>21.</w:t>
            </w:r>
          </w:p>
        </w:tc>
        <w:tc>
          <w:tcPr>
            <w:tcW w:w="4248" w:type="dxa"/>
          </w:tcPr>
          <w:p w14:paraId="2E2AAFD8" w14:textId="77777777" w:rsidR="00547C38" w:rsidRPr="00434DA7" w:rsidRDefault="00547C38" w:rsidP="00547C38">
            <w:pPr>
              <w:pStyle w:val="TOC1"/>
              <w:ind w:left="54"/>
              <w:jc w:val="both"/>
              <w:rPr>
                <w:b w:val="0"/>
                <w:bCs w:val="0"/>
              </w:rPr>
            </w:pPr>
            <w:r w:rsidRPr="00434DA7">
              <w:rPr>
                <w:b w:val="0"/>
                <w:bCs w:val="0"/>
              </w:rPr>
              <w:t>Keluarga tidak memberikan bahan bacaan seperti majalah, buku, maupun melalui internet tentang pemberian makanan</w:t>
            </w:r>
          </w:p>
          <w:p w14:paraId="36A8B0EF" w14:textId="77777777" w:rsidR="00547C38" w:rsidRPr="00434DA7" w:rsidRDefault="00547C38" w:rsidP="00547C38">
            <w:pPr>
              <w:tabs>
                <w:tab w:val="left" w:pos="1064"/>
              </w:tabs>
              <w:jc w:val="both"/>
              <w:rPr>
                <w:rFonts w:ascii="Arial" w:hAnsi="Arial" w:cs="Arial"/>
              </w:rPr>
            </w:pPr>
            <w:r w:rsidRPr="00434DA7">
              <w:rPr>
                <w:rFonts w:ascii="Arial" w:hAnsi="Arial" w:cs="Arial"/>
              </w:rPr>
              <w:t>bayi</w:t>
            </w:r>
            <w:r w:rsidRPr="00434DA7">
              <w:rPr>
                <w:rFonts w:ascii="Arial" w:hAnsi="Arial" w:cs="Arial"/>
                <w:spacing w:val="-3"/>
              </w:rPr>
              <w:t xml:space="preserve"> </w:t>
            </w:r>
            <w:r w:rsidRPr="00434DA7">
              <w:rPr>
                <w:rFonts w:ascii="Arial" w:hAnsi="Arial" w:cs="Arial"/>
              </w:rPr>
              <w:t>pada saat</w:t>
            </w:r>
            <w:r w:rsidRPr="00434DA7">
              <w:rPr>
                <w:rFonts w:ascii="Arial" w:hAnsi="Arial" w:cs="Arial"/>
                <w:spacing w:val="4"/>
              </w:rPr>
              <w:t xml:space="preserve"> </w:t>
            </w:r>
            <w:r w:rsidRPr="00434DA7">
              <w:rPr>
                <w:rFonts w:ascii="Arial" w:hAnsi="Arial" w:cs="Arial"/>
              </w:rPr>
              <w:t>bayi</w:t>
            </w:r>
            <w:r w:rsidRPr="00434DA7">
              <w:rPr>
                <w:rFonts w:ascii="Arial" w:hAnsi="Arial" w:cs="Arial"/>
                <w:spacing w:val="-2"/>
              </w:rPr>
              <w:t xml:space="preserve"> </w:t>
            </w:r>
            <w:r w:rsidRPr="00434DA7">
              <w:rPr>
                <w:rFonts w:ascii="Arial" w:hAnsi="Arial" w:cs="Arial"/>
              </w:rPr>
              <w:t xml:space="preserve">berusia 0-6 </w:t>
            </w:r>
            <w:r w:rsidRPr="00434DA7">
              <w:rPr>
                <w:rFonts w:ascii="Arial" w:hAnsi="Arial" w:cs="Arial"/>
                <w:spacing w:val="-2"/>
              </w:rPr>
              <w:t>bulan.</w:t>
            </w:r>
          </w:p>
        </w:tc>
        <w:tc>
          <w:tcPr>
            <w:tcW w:w="567" w:type="dxa"/>
          </w:tcPr>
          <w:p w14:paraId="009894E6" w14:textId="77777777" w:rsidR="00547C38" w:rsidRPr="00434DA7" w:rsidRDefault="00547C38" w:rsidP="00547C38">
            <w:pPr>
              <w:pStyle w:val="TOC1"/>
              <w:jc w:val="both"/>
              <w:rPr>
                <w:b w:val="0"/>
                <w:bCs w:val="0"/>
              </w:rPr>
            </w:pPr>
          </w:p>
        </w:tc>
        <w:tc>
          <w:tcPr>
            <w:tcW w:w="567" w:type="dxa"/>
          </w:tcPr>
          <w:p w14:paraId="7894E762" w14:textId="77777777" w:rsidR="00547C38" w:rsidRPr="00434DA7" w:rsidRDefault="00547C38" w:rsidP="00547C38">
            <w:pPr>
              <w:pStyle w:val="TOC1"/>
              <w:jc w:val="both"/>
              <w:rPr>
                <w:b w:val="0"/>
                <w:bCs w:val="0"/>
              </w:rPr>
            </w:pPr>
          </w:p>
        </w:tc>
        <w:tc>
          <w:tcPr>
            <w:tcW w:w="567" w:type="dxa"/>
          </w:tcPr>
          <w:p w14:paraId="037DA4C6" w14:textId="77777777" w:rsidR="00547C38" w:rsidRPr="00434DA7" w:rsidRDefault="00547C38" w:rsidP="00547C38">
            <w:pPr>
              <w:pStyle w:val="TOC1"/>
              <w:jc w:val="both"/>
              <w:rPr>
                <w:b w:val="0"/>
                <w:bCs w:val="0"/>
              </w:rPr>
            </w:pPr>
          </w:p>
        </w:tc>
        <w:tc>
          <w:tcPr>
            <w:tcW w:w="425" w:type="dxa"/>
          </w:tcPr>
          <w:p w14:paraId="0626FCDA" w14:textId="77777777" w:rsidR="00547C38" w:rsidRPr="00434DA7" w:rsidRDefault="00547C38" w:rsidP="00547C38">
            <w:pPr>
              <w:pStyle w:val="TOC1"/>
              <w:jc w:val="both"/>
              <w:rPr>
                <w:b w:val="0"/>
                <w:bCs w:val="0"/>
              </w:rPr>
            </w:pPr>
          </w:p>
        </w:tc>
        <w:tc>
          <w:tcPr>
            <w:tcW w:w="567" w:type="dxa"/>
          </w:tcPr>
          <w:p w14:paraId="20BEDE29" w14:textId="77777777" w:rsidR="00547C38" w:rsidRPr="00434DA7" w:rsidRDefault="00547C38" w:rsidP="00547C38">
            <w:pPr>
              <w:pStyle w:val="TOC1"/>
              <w:jc w:val="both"/>
              <w:rPr>
                <w:b w:val="0"/>
                <w:bCs w:val="0"/>
              </w:rPr>
            </w:pPr>
          </w:p>
        </w:tc>
      </w:tr>
      <w:tr w:rsidR="00547C38" w:rsidRPr="00434DA7" w14:paraId="01703619" w14:textId="77777777" w:rsidTr="00365C4A">
        <w:trPr>
          <w:trHeight w:val="762"/>
        </w:trPr>
        <w:tc>
          <w:tcPr>
            <w:tcW w:w="567" w:type="dxa"/>
          </w:tcPr>
          <w:p w14:paraId="0160B62F" w14:textId="77777777" w:rsidR="00547C38" w:rsidRPr="00434DA7" w:rsidRDefault="00547C38" w:rsidP="00547C38">
            <w:pPr>
              <w:pStyle w:val="TOC1"/>
              <w:ind w:left="10"/>
              <w:jc w:val="center"/>
              <w:rPr>
                <w:b w:val="0"/>
                <w:bCs w:val="0"/>
                <w:spacing w:val="-5"/>
              </w:rPr>
            </w:pPr>
            <w:r w:rsidRPr="00434DA7">
              <w:rPr>
                <w:b w:val="0"/>
                <w:bCs w:val="0"/>
                <w:spacing w:val="-5"/>
              </w:rPr>
              <w:t>22.</w:t>
            </w:r>
          </w:p>
        </w:tc>
        <w:tc>
          <w:tcPr>
            <w:tcW w:w="4248" w:type="dxa"/>
          </w:tcPr>
          <w:p w14:paraId="7639DF18" w14:textId="77777777" w:rsidR="00547C38" w:rsidRPr="00434DA7" w:rsidRDefault="00547C38" w:rsidP="00547C38">
            <w:pPr>
              <w:pStyle w:val="TOC1"/>
              <w:ind w:left="54"/>
              <w:jc w:val="both"/>
              <w:rPr>
                <w:b w:val="0"/>
                <w:bCs w:val="0"/>
              </w:rPr>
            </w:pPr>
            <w:r w:rsidRPr="00434DA7">
              <w:rPr>
                <w:b w:val="0"/>
                <w:bCs w:val="0"/>
              </w:rPr>
              <w:t>Keluarga berpendapat bayi</w:t>
            </w:r>
            <w:r w:rsidRPr="00434DA7">
              <w:rPr>
                <w:b w:val="0"/>
                <w:bCs w:val="0"/>
                <w:spacing w:val="-2"/>
              </w:rPr>
              <w:t xml:space="preserve"> </w:t>
            </w:r>
            <w:r w:rsidRPr="00434DA7">
              <w:rPr>
                <w:b w:val="0"/>
                <w:bCs w:val="0"/>
              </w:rPr>
              <w:t>sudah merasa kenyang jika diberi ASI saja.</w:t>
            </w:r>
          </w:p>
        </w:tc>
        <w:tc>
          <w:tcPr>
            <w:tcW w:w="567" w:type="dxa"/>
          </w:tcPr>
          <w:p w14:paraId="25309A80" w14:textId="77777777" w:rsidR="00547C38" w:rsidRPr="00434DA7" w:rsidRDefault="00547C38" w:rsidP="00547C38">
            <w:pPr>
              <w:pStyle w:val="TOC1"/>
              <w:jc w:val="both"/>
              <w:rPr>
                <w:b w:val="0"/>
                <w:bCs w:val="0"/>
              </w:rPr>
            </w:pPr>
          </w:p>
        </w:tc>
        <w:tc>
          <w:tcPr>
            <w:tcW w:w="567" w:type="dxa"/>
          </w:tcPr>
          <w:p w14:paraId="54A3EC67" w14:textId="77777777" w:rsidR="00547C38" w:rsidRPr="00434DA7" w:rsidRDefault="00547C38" w:rsidP="00547C38">
            <w:pPr>
              <w:pStyle w:val="TOC1"/>
              <w:jc w:val="both"/>
              <w:rPr>
                <w:b w:val="0"/>
                <w:bCs w:val="0"/>
              </w:rPr>
            </w:pPr>
          </w:p>
        </w:tc>
        <w:tc>
          <w:tcPr>
            <w:tcW w:w="567" w:type="dxa"/>
          </w:tcPr>
          <w:p w14:paraId="2FB10555" w14:textId="77777777" w:rsidR="00547C38" w:rsidRPr="00434DA7" w:rsidRDefault="00547C38" w:rsidP="00547C38">
            <w:pPr>
              <w:pStyle w:val="TOC1"/>
              <w:jc w:val="both"/>
              <w:rPr>
                <w:b w:val="0"/>
                <w:bCs w:val="0"/>
              </w:rPr>
            </w:pPr>
          </w:p>
        </w:tc>
        <w:tc>
          <w:tcPr>
            <w:tcW w:w="425" w:type="dxa"/>
          </w:tcPr>
          <w:p w14:paraId="35266685" w14:textId="77777777" w:rsidR="00547C38" w:rsidRPr="00434DA7" w:rsidRDefault="00547C38" w:rsidP="00547C38">
            <w:pPr>
              <w:pStyle w:val="TOC1"/>
              <w:jc w:val="both"/>
              <w:rPr>
                <w:b w:val="0"/>
                <w:bCs w:val="0"/>
              </w:rPr>
            </w:pPr>
          </w:p>
        </w:tc>
        <w:tc>
          <w:tcPr>
            <w:tcW w:w="567" w:type="dxa"/>
          </w:tcPr>
          <w:p w14:paraId="1D37D196" w14:textId="77777777" w:rsidR="00547C38" w:rsidRPr="00434DA7" w:rsidRDefault="00547C38" w:rsidP="00547C38">
            <w:pPr>
              <w:pStyle w:val="TOC1"/>
              <w:jc w:val="both"/>
              <w:rPr>
                <w:b w:val="0"/>
                <w:bCs w:val="0"/>
              </w:rPr>
            </w:pPr>
          </w:p>
        </w:tc>
      </w:tr>
      <w:tr w:rsidR="00547C38" w:rsidRPr="00434DA7" w14:paraId="5DFE6A3D" w14:textId="77777777" w:rsidTr="00365C4A">
        <w:trPr>
          <w:trHeight w:val="762"/>
        </w:trPr>
        <w:tc>
          <w:tcPr>
            <w:tcW w:w="567" w:type="dxa"/>
          </w:tcPr>
          <w:p w14:paraId="48D7FEF3" w14:textId="77777777" w:rsidR="00547C38" w:rsidRPr="00434DA7" w:rsidRDefault="00547C38" w:rsidP="00547C38">
            <w:pPr>
              <w:pStyle w:val="TOC1"/>
              <w:ind w:left="10"/>
              <w:jc w:val="center"/>
              <w:rPr>
                <w:b w:val="0"/>
                <w:bCs w:val="0"/>
                <w:spacing w:val="-5"/>
              </w:rPr>
            </w:pPr>
            <w:r w:rsidRPr="00434DA7">
              <w:rPr>
                <w:b w:val="0"/>
                <w:bCs w:val="0"/>
                <w:spacing w:val="-5"/>
              </w:rPr>
              <w:t>23.</w:t>
            </w:r>
          </w:p>
        </w:tc>
        <w:tc>
          <w:tcPr>
            <w:tcW w:w="4248" w:type="dxa"/>
          </w:tcPr>
          <w:p w14:paraId="215C8E04" w14:textId="77777777" w:rsidR="00547C38" w:rsidRPr="00434DA7" w:rsidRDefault="00547C38" w:rsidP="00547C38">
            <w:pPr>
              <w:pStyle w:val="TOC1"/>
              <w:spacing w:line="242" w:lineRule="auto"/>
              <w:ind w:left="54"/>
              <w:jc w:val="both"/>
              <w:rPr>
                <w:b w:val="0"/>
                <w:bCs w:val="0"/>
              </w:rPr>
            </w:pPr>
            <w:r w:rsidRPr="00434DA7">
              <w:rPr>
                <w:b w:val="0"/>
                <w:bCs w:val="0"/>
              </w:rPr>
              <w:t>Keluarga</w:t>
            </w:r>
            <w:r w:rsidRPr="00434DA7">
              <w:rPr>
                <w:b w:val="0"/>
                <w:bCs w:val="0"/>
                <w:spacing w:val="39"/>
              </w:rPr>
              <w:t xml:space="preserve"> </w:t>
            </w:r>
            <w:r w:rsidRPr="00434DA7">
              <w:rPr>
                <w:b w:val="0"/>
                <w:bCs w:val="0"/>
              </w:rPr>
              <w:t>tidak</w:t>
            </w:r>
            <w:r w:rsidRPr="00434DA7">
              <w:rPr>
                <w:b w:val="0"/>
                <w:bCs w:val="0"/>
                <w:spacing w:val="40"/>
              </w:rPr>
              <w:t xml:space="preserve"> </w:t>
            </w:r>
            <w:r w:rsidRPr="00434DA7">
              <w:rPr>
                <w:b w:val="0"/>
                <w:bCs w:val="0"/>
              </w:rPr>
              <w:t>memberitahu</w:t>
            </w:r>
            <w:r w:rsidRPr="00434DA7">
              <w:rPr>
                <w:b w:val="0"/>
                <w:bCs w:val="0"/>
                <w:spacing w:val="40"/>
              </w:rPr>
              <w:t xml:space="preserve"> </w:t>
            </w:r>
            <w:r w:rsidRPr="00434DA7">
              <w:rPr>
                <w:b w:val="0"/>
                <w:bCs w:val="0"/>
              </w:rPr>
              <w:t>bahwa</w:t>
            </w:r>
            <w:r w:rsidRPr="00434DA7">
              <w:rPr>
                <w:b w:val="0"/>
                <w:bCs w:val="0"/>
                <w:spacing w:val="40"/>
              </w:rPr>
              <w:t xml:space="preserve"> </w:t>
            </w:r>
            <w:r w:rsidRPr="00434DA7">
              <w:rPr>
                <w:b w:val="0"/>
                <w:bCs w:val="0"/>
              </w:rPr>
              <w:t>ASI</w:t>
            </w:r>
            <w:r w:rsidRPr="00434DA7">
              <w:rPr>
                <w:b w:val="0"/>
                <w:bCs w:val="0"/>
                <w:spacing w:val="40"/>
              </w:rPr>
              <w:t xml:space="preserve"> </w:t>
            </w:r>
            <w:r w:rsidRPr="00434DA7">
              <w:rPr>
                <w:b w:val="0"/>
                <w:bCs w:val="0"/>
              </w:rPr>
              <w:t>itu</w:t>
            </w:r>
            <w:r w:rsidRPr="00434DA7">
              <w:rPr>
                <w:b w:val="0"/>
                <w:bCs w:val="0"/>
                <w:spacing w:val="36"/>
              </w:rPr>
              <w:t xml:space="preserve"> </w:t>
            </w:r>
            <w:r w:rsidRPr="00434DA7">
              <w:rPr>
                <w:b w:val="0"/>
                <w:bCs w:val="0"/>
              </w:rPr>
              <w:t xml:space="preserve">penting </w:t>
            </w:r>
            <w:r w:rsidRPr="00434DA7">
              <w:rPr>
                <w:b w:val="0"/>
                <w:bCs w:val="0"/>
                <w:spacing w:val="-2"/>
              </w:rPr>
              <w:t>selama</w:t>
            </w:r>
          </w:p>
          <w:p w14:paraId="76C0F74E" w14:textId="77777777" w:rsidR="00547C38" w:rsidRPr="00434DA7" w:rsidRDefault="00547C38" w:rsidP="00547C38">
            <w:pPr>
              <w:pStyle w:val="TOC1"/>
              <w:ind w:left="54"/>
              <w:jc w:val="both"/>
              <w:rPr>
                <w:b w:val="0"/>
                <w:bCs w:val="0"/>
              </w:rPr>
            </w:pPr>
            <w:r w:rsidRPr="00434DA7">
              <w:rPr>
                <w:b w:val="0"/>
                <w:bCs w:val="0"/>
              </w:rPr>
              <w:t>enam</w:t>
            </w:r>
            <w:r w:rsidRPr="00434DA7">
              <w:rPr>
                <w:b w:val="0"/>
                <w:bCs w:val="0"/>
                <w:spacing w:val="-1"/>
              </w:rPr>
              <w:t xml:space="preserve"> </w:t>
            </w:r>
            <w:r w:rsidRPr="00434DA7">
              <w:rPr>
                <w:b w:val="0"/>
                <w:bCs w:val="0"/>
              </w:rPr>
              <w:t>bulan</w:t>
            </w:r>
            <w:r w:rsidRPr="00434DA7">
              <w:rPr>
                <w:b w:val="0"/>
                <w:bCs w:val="0"/>
                <w:spacing w:val="-4"/>
              </w:rPr>
              <w:t xml:space="preserve"> </w:t>
            </w:r>
            <w:r w:rsidRPr="00434DA7">
              <w:rPr>
                <w:b w:val="0"/>
                <w:bCs w:val="0"/>
                <w:spacing w:val="-2"/>
              </w:rPr>
              <w:t>pertama.</w:t>
            </w:r>
          </w:p>
        </w:tc>
        <w:tc>
          <w:tcPr>
            <w:tcW w:w="567" w:type="dxa"/>
          </w:tcPr>
          <w:p w14:paraId="63DC72F4" w14:textId="77777777" w:rsidR="00547C38" w:rsidRPr="00434DA7" w:rsidRDefault="00547C38" w:rsidP="00547C38">
            <w:pPr>
              <w:pStyle w:val="TOC1"/>
              <w:jc w:val="both"/>
              <w:rPr>
                <w:b w:val="0"/>
                <w:bCs w:val="0"/>
              </w:rPr>
            </w:pPr>
          </w:p>
        </w:tc>
        <w:tc>
          <w:tcPr>
            <w:tcW w:w="567" w:type="dxa"/>
          </w:tcPr>
          <w:p w14:paraId="1B32F227" w14:textId="77777777" w:rsidR="00547C38" w:rsidRPr="00434DA7" w:rsidRDefault="00547C38" w:rsidP="00547C38">
            <w:pPr>
              <w:pStyle w:val="TOC1"/>
              <w:jc w:val="both"/>
              <w:rPr>
                <w:b w:val="0"/>
                <w:bCs w:val="0"/>
              </w:rPr>
            </w:pPr>
          </w:p>
        </w:tc>
        <w:tc>
          <w:tcPr>
            <w:tcW w:w="567" w:type="dxa"/>
          </w:tcPr>
          <w:p w14:paraId="0C809125" w14:textId="77777777" w:rsidR="00547C38" w:rsidRPr="00434DA7" w:rsidRDefault="00547C38" w:rsidP="00547C38">
            <w:pPr>
              <w:pStyle w:val="TOC1"/>
              <w:jc w:val="both"/>
              <w:rPr>
                <w:b w:val="0"/>
                <w:bCs w:val="0"/>
              </w:rPr>
            </w:pPr>
          </w:p>
        </w:tc>
        <w:tc>
          <w:tcPr>
            <w:tcW w:w="425" w:type="dxa"/>
          </w:tcPr>
          <w:p w14:paraId="3B4CFD27" w14:textId="77777777" w:rsidR="00547C38" w:rsidRPr="00434DA7" w:rsidRDefault="00547C38" w:rsidP="00547C38">
            <w:pPr>
              <w:pStyle w:val="TOC1"/>
              <w:jc w:val="both"/>
              <w:rPr>
                <w:b w:val="0"/>
                <w:bCs w:val="0"/>
              </w:rPr>
            </w:pPr>
          </w:p>
        </w:tc>
        <w:tc>
          <w:tcPr>
            <w:tcW w:w="567" w:type="dxa"/>
          </w:tcPr>
          <w:p w14:paraId="13988A4D" w14:textId="77777777" w:rsidR="00547C38" w:rsidRPr="00434DA7" w:rsidRDefault="00547C38" w:rsidP="00547C38">
            <w:pPr>
              <w:pStyle w:val="TOC1"/>
              <w:jc w:val="both"/>
              <w:rPr>
                <w:b w:val="0"/>
                <w:bCs w:val="0"/>
              </w:rPr>
            </w:pPr>
          </w:p>
        </w:tc>
      </w:tr>
      <w:tr w:rsidR="00547C38" w:rsidRPr="00434DA7" w14:paraId="7BCCF694" w14:textId="77777777" w:rsidTr="00365C4A">
        <w:trPr>
          <w:trHeight w:val="762"/>
        </w:trPr>
        <w:tc>
          <w:tcPr>
            <w:tcW w:w="567" w:type="dxa"/>
          </w:tcPr>
          <w:p w14:paraId="043E7DD5" w14:textId="77777777" w:rsidR="00547C38" w:rsidRPr="00434DA7" w:rsidRDefault="00547C38" w:rsidP="00547C38">
            <w:pPr>
              <w:pStyle w:val="TOC1"/>
              <w:ind w:left="10"/>
              <w:jc w:val="center"/>
              <w:rPr>
                <w:b w:val="0"/>
                <w:bCs w:val="0"/>
                <w:spacing w:val="-5"/>
              </w:rPr>
            </w:pPr>
            <w:r w:rsidRPr="00434DA7">
              <w:rPr>
                <w:b w:val="0"/>
                <w:bCs w:val="0"/>
                <w:spacing w:val="-5"/>
              </w:rPr>
              <w:t>24.</w:t>
            </w:r>
          </w:p>
        </w:tc>
        <w:tc>
          <w:tcPr>
            <w:tcW w:w="4248" w:type="dxa"/>
          </w:tcPr>
          <w:p w14:paraId="6C6DF56B" w14:textId="77777777" w:rsidR="00547C38" w:rsidRPr="00434DA7" w:rsidRDefault="00547C38" w:rsidP="00547C38">
            <w:pPr>
              <w:pStyle w:val="TOC1"/>
              <w:ind w:left="54"/>
              <w:jc w:val="both"/>
              <w:rPr>
                <w:b w:val="0"/>
                <w:bCs w:val="0"/>
              </w:rPr>
            </w:pPr>
            <w:r w:rsidRPr="00434DA7">
              <w:rPr>
                <w:b w:val="0"/>
                <w:bCs w:val="0"/>
              </w:rPr>
              <w:t>Keluarga</w:t>
            </w:r>
            <w:r w:rsidRPr="00434DA7">
              <w:rPr>
                <w:b w:val="0"/>
                <w:bCs w:val="0"/>
                <w:spacing w:val="40"/>
              </w:rPr>
              <w:t xml:space="preserve"> </w:t>
            </w:r>
            <w:r w:rsidRPr="00434DA7">
              <w:rPr>
                <w:b w:val="0"/>
                <w:bCs w:val="0"/>
              </w:rPr>
              <w:t>memberitahu</w:t>
            </w:r>
            <w:r w:rsidRPr="00434DA7">
              <w:rPr>
                <w:b w:val="0"/>
                <w:bCs w:val="0"/>
                <w:spacing w:val="40"/>
              </w:rPr>
              <w:t xml:space="preserve"> </w:t>
            </w:r>
            <w:r w:rsidRPr="00434DA7">
              <w:rPr>
                <w:b w:val="0"/>
                <w:bCs w:val="0"/>
              </w:rPr>
              <w:t>cara</w:t>
            </w:r>
            <w:r w:rsidRPr="00434DA7">
              <w:rPr>
                <w:b w:val="0"/>
                <w:bCs w:val="0"/>
                <w:spacing w:val="40"/>
              </w:rPr>
              <w:t xml:space="preserve"> </w:t>
            </w:r>
            <w:r w:rsidRPr="00434DA7">
              <w:rPr>
                <w:b w:val="0"/>
                <w:bCs w:val="0"/>
              </w:rPr>
              <w:t>merawat</w:t>
            </w:r>
            <w:r w:rsidRPr="00434DA7">
              <w:rPr>
                <w:b w:val="0"/>
                <w:bCs w:val="0"/>
                <w:spacing w:val="40"/>
              </w:rPr>
              <w:t xml:space="preserve"> </w:t>
            </w:r>
            <w:r w:rsidRPr="00434DA7">
              <w:rPr>
                <w:b w:val="0"/>
                <w:bCs w:val="0"/>
              </w:rPr>
              <w:t>payudara</w:t>
            </w:r>
            <w:r w:rsidRPr="00434DA7">
              <w:rPr>
                <w:b w:val="0"/>
                <w:bCs w:val="0"/>
                <w:spacing w:val="40"/>
              </w:rPr>
              <w:t xml:space="preserve"> </w:t>
            </w:r>
            <w:r w:rsidRPr="00434DA7">
              <w:rPr>
                <w:b w:val="0"/>
                <w:bCs w:val="0"/>
              </w:rPr>
              <w:t>pada saat bayi berusia 0-6 bulan.</w:t>
            </w:r>
          </w:p>
        </w:tc>
        <w:tc>
          <w:tcPr>
            <w:tcW w:w="567" w:type="dxa"/>
          </w:tcPr>
          <w:p w14:paraId="516D0E0B" w14:textId="77777777" w:rsidR="00547C38" w:rsidRPr="00434DA7" w:rsidRDefault="00547C38" w:rsidP="00547C38">
            <w:pPr>
              <w:pStyle w:val="TOC1"/>
              <w:jc w:val="both"/>
              <w:rPr>
                <w:b w:val="0"/>
                <w:bCs w:val="0"/>
              </w:rPr>
            </w:pPr>
          </w:p>
        </w:tc>
        <w:tc>
          <w:tcPr>
            <w:tcW w:w="567" w:type="dxa"/>
          </w:tcPr>
          <w:p w14:paraId="5FC0A5B8" w14:textId="77777777" w:rsidR="00547C38" w:rsidRPr="00434DA7" w:rsidRDefault="00547C38" w:rsidP="00547C38">
            <w:pPr>
              <w:pStyle w:val="TOC1"/>
              <w:jc w:val="both"/>
              <w:rPr>
                <w:b w:val="0"/>
                <w:bCs w:val="0"/>
              </w:rPr>
            </w:pPr>
          </w:p>
        </w:tc>
        <w:tc>
          <w:tcPr>
            <w:tcW w:w="567" w:type="dxa"/>
          </w:tcPr>
          <w:p w14:paraId="7CA268FE" w14:textId="77777777" w:rsidR="00547C38" w:rsidRPr="00434DA7" w:rsidRDefault="00547C38" w:rsidP="00547C38">
            <w:pPr>
              <w:pStyle w:val="TOC1"/>
              <w:jc w:val="both"/>
              <w:rPr>
                <w:b w:val="0"/>
                <w:bCs w:val="0"/>
              </w:rPr>
            </w:pPr>
          </w:p>
        </w:tc>
        <w:tc>
          <w:tcPr>
            <w:tcW w:w="425" w:type="dxa"/>
          </w:tcPr>
          <w:p w14:paraId="7DA2E0B7" w14:textId="77777777" w:rsidR="00547C38" w:rsidRPr="00434DA7" w:rsidRDefault="00547C38" w:rsidP="00547C38">
            <w:pPr>
              <w:pStyle w:val="TOC1"/>
              <w:jc w:val="both"/>
              <w:rPr>
                <w:b w:val="0"/>
                <w:bCs w:val="0"/>
              </w:rPr>
            </w:pPr>
          </w:p>
        </w:tc>
        <w:tc>
          <w:tcPr>
            <w:tcW w:w="567" w:type="dxa"/>
          </w:tcPr>
          <w:p w14:paraId="6C93C3D7" w14:textId="77777777" w:rsidR="00547C38" w:rsidRPr="00434DA7" w:rsidRDefault="00547C38" w:rsidP="00547C38">
            <w:pPr>
              <w:pStyle w:val="TOC1"/>
              <w:jc w:val="both"/>
              <w:rPr>
                <w:b w:val="0"/>
                <w:bCs w:val="0"/>
              </w:rPr>
            </w:pPr>
          </w:p>
        </w:tc>
      </w:tr>
      <w:tr w:rsidR="00547C38" w:rsidRPr="00434DA7" w14:paraId="06E7F85D" w14:textId="77777777" w:rsidTr="00365C4A">
        <w:trPr>
          <w:trHeight w:val="762"/>
        </w:trPr>
        <w:tc>
          <w:tcPr>
            <w:tcW w:w="567" w:type="dxa"/>
          </w:tcPr>
          <w:p w14:paraId="011C8621" w14:textId="77777777" w:rsidR="00547C38" w:rsidRPr="00434DA7" w:rsidRDefault="00547C38" w:rsidP="00547C38">
            <w:pPr>
              <w:pStyle w:val="TOC1"/>
              <w:ind w:left="10"/>
              <w:jc w:val="center"/>
              <w:rPr>
                <w:b w:val="0"/>
                <w:bCs w:val="0"/>
                <w:spacing w:val="-5"/>
              </w:rPr>
            </w:pPr>
            <w:r w:rsidRPr="00434DA7">
              <w:rPr>
                <w:b w:val="0"/>
                <w:bCs w:val="0"/>
                <w:spacing w:val="-5"/>
              </w:rPr>
              <w:t>25.</w:t>
            </w:r>
          </w:p>
        </w:tc>
        <w:tc>
          <w:tcPr>
            <w:tcW w:w="4248" w:type="dxa"/>
          </w:tcPr>
          <w:p w14:paraId="3E5244EE" w14:textId="77777777" w:rsidR="00547C38" w:rsidRPr="00434DA7" w:rsidRDefault="00547C38" w:rsidP="00547C38">
            <w:pPr>
              <w:pStyle w:val="TOC1"/>
              <w:ind w:left="54"/>
              <w:jc w:val="both"/>
              <w:rPr>
                <w:b w:val="0"/>
                <w:bCs w:val="0"/>
              </w:rPr>
            </w:pPr>
            <w:r w:rsidRPr="00434DA7">
              <w:rPr>
                <w:b w:val="0"/>
                <w:bCs w:val="0"/>
              </w:rPr>
              <w:t>Keluarga</w:t>
            </w:r>
            <w:r w:rsidRPr="00434DA7">
              <w:rPr>
                <w:b w:val="0"/>
                <w:bCs w:val="0"/>
                <w:spacing w:val="40"/>
              </w:rPr>
              <w:t xml:space="preserve"> </w:t>
            </w:r>
            <w:r w:rsidRPr="00434DA7">
              <w:rPr>
                <w:b w:val="0"/>
                <w:bCs w:val="0"/>
              </w:rPr>
              <w:t>tidak</w:t>
            </w:r>
            <w:r w:rsidRPr="00434DA7">
              <w:rPr>
                <w:b w:val="0"/>
                <w:bCs w:val="0"/>
                <w:spacing w:val="40"/>
              </w:rPr>
              <w:t xml:space="preserve"> </w:t>
            </w:r>
            <w:r w:rsidRPr="00434DA7">
              <w:rPr>
                <w:b w:val="0"/>
                <w:bCs w:val="0"/>
              </w:rPr>
              <w:t>membagikan</w:t>
            </w:r>
            <w:r w:rsidRPr="00434DA7">
              <w:rPr>
                <w:b w:val="0"/>
                <w:bCs w:val="0"/>
                <w:spacing w:val="40"/>
              </w:rPr>
              <w:t xml:space="preserve"> </w:t>
            </w:r>
            <w:r w:rsidRPr="00434DA7">
              <w:rPr>
                <w:b w:val="0"/>
                <w:bCs w:val="0"/>
              </w:rPr>
              <w:t>pengalaman</w:t>
            </w:r>
            <w:r w:rsidRPr="00434DA7">
              <w:rPr>
                <w:b w:val="0"/>
                <w:bCs w:val="0"/>
                <w:spacing w:val="40"/>
              </w:rPr>
              <w:t xml:space="preserve"> </w:t>
            </w:r>
            <w:r w:rsidRPr="00434DA7">
              <w:rPr>
                <w:b w:val="0"/>
                <w:bCs w:val="0"/>
              </w:rPr>
              <w:t>menyusui kepada ibu.</w:t>
            </w:r>
          </w:p>
        </w:tc>
        <w:tc>
          <w:tcPr>
            <w:tcW w:w="567" w:type="dxa"/>
          </w:tcPr>
          <w:p w14:paraId="752B26FD" w14:textId="77777777" w:rsidR="00547C38" w:rsidRPr="00434DA7" w:rsidRDefault="00547C38" w:rsidP="00547C38">
            <w:pPr>
              <w:pStyle w:val="TOC1"/>
              <w:jc w:val="both"/>
              <w:rPr>
                <w:b w:val="0"/>
                <w:bCs w:val="0"/>
              </w:rPr>
            </w:pPr>
          </w:p>
        </w:tc>
        <w:tc>
          <w:tcPr>
            <w:tcW w:w="567" w:type="dxa"/>
          </w:tcPr>
          <w:p w14:paraId="1383BCFC" w14:textId="77777777" w:rsidR="00547C38" w:rsidRPr="00434DA7" w:rsidRDefault="00547C38" w:rsidP="00547C38">
            <w:pPr>
              <w:pStyle w:val="TOC1"/>
              <w:jc w:val="both"/>
              <w:rPr>
                <w:b w:val="0"/>
                <w:bCs w:val="0"/>
              </w:rPr>
            </w:pPr>
          </w:p>
        </w:tc>
        <w:tc>
          <w:tcPr>
            <w:tcW w:w="567" w:type="dxa"/>
          </w:tcPr>
          <w:p w14:paraId="3FF5D9CD" w14:textId="77777777" w:rsidR="00547C38" w:rsidRPr="00434DA7" w:rsidRDefault="00547C38" w:rsidP="00547C38">
            <w:pPr>
              <w:pStyle w:val="TOC1"/>
              <w:jc w:val="both"/>
              <w:rPr>
                <w:b w:val="0"/>
                <w:bCs w:val="0"/>
              </w:rPr>
            </w:pPr>
          </w:p>
        </w:tc>
        <w:tc>
          <w:tcPr>
            <w:tcW w:w="425" w:type="dxa"/>
          </w:tcPr>
          <w:p w14:paraId="55B16789" w14:textId="77777777" w:rsidR="00547C38" w:rsidRPr="00434DA7" w:rsidRDefault="00547C38" w:rsidP="00547C38">
            <w:pPr>
              <w:pStyle w:val="TOC1"/>
              <w:jc w:val="both"/>
              <w:rPr>
                <w:b w:val="0"/>
                <w:bCs w:val="0"/>
              </w:rPr>
            </w:pPr>
          </w:p>
        </w:tc>
        <w:tc>
          <w:tcPr>
            <w:tcW w:w="567" w:type="dxa"/>
          </w:tcPr>
          <w:p w14:paraId="11DDD959" w14:textId="77777777" w:rsidR="00547C38" w:rsidRPr="00434DA7" w:rsidRDefault="00547C38" w:rsidP="00547C38">
            <w:pPr>
              <w:pStyle w:val="TOC1"/>
              <w:jc w:val="both"/>
              <w:rPr>
                <w:b w:val="0"/>
                <w:bCs w:val="0"/>
              </w:rPr>
            </w:pPr>
          </w:p>
        </w:tc>
      </w:tr>
      <w:tr w:rsidR="00547C38" w:rsidRPr="00434DA7" w14:paraId="64976568" w14:textId="77777777" w:rsidTr="00365C4A">
        <w:trPr>
          <w:trHeight w:val="762"/>
        </w:trPr>
        <w:tc>
          <w:tcPr>
            <w:tcW w:w="567" w:type="dxa"/>
          </w:tcPr>
          <w:p w14:paraId="0C2FB0C6" w14:textId="77777777" w:rsidR="00547C38" w:rsidRPr="00434DA7" w:rsidRDefault="00547C38" w:rsidP="00547C38">
            <w:pPr>
              <w:pStyle w:val="TOC1"/>
              <w:ind w:left="10"/>
              <w:jc w:val="center"/>
              <w:rPr>
                <w:b w:val="0"/>
                <w:bCs w:val="0"/>
                <w:spacing w:val="-5"/>
              </w:rPr>
            </w:pPr>
            <w:r w:rsidRPr="00434DA7">
              <w:rPr>
                <w:b w:val="0"/>
                <w:bCs w:val="0"/>
                <w:spacing w:val="-5"/>
              </w:rPr>
              <w:lastRenderedPageBreak/>
              <w:t>26.</w:t>
            </w:r>
          </w:p>
        </w:tc>
        <w:tc>
          <w:tcPr>
            <w:tcW w:w="4248" w:type="dxa"/>
          </w:tcPr>
          <w:p w14:paraId="1C9D5D1F" w14:textId="77777777" w:rsidR="00547C38" w:rsidRPr="00434DA7" w:rsidRDefault="00547C38" w:rsidP="00547C38">
            <w:pPr>
              <w:pStyle w:val="TOC1"/>
              <w:ind w:left="54"/>
              <w:jc w:val="both"/>
              <w:rPr>
                <w:b w:val="0"/>
                <w:bCs w:val="0"/>
              </w:rPr>
            </w:pPr>
            <w:r w:rsidRPr="00434DA7">
              <w:rPr>
                <w:b w:val="0"/>
                <w:bCs w:val="0"/>
              </w:rPr>
              <w:t>Keluarga</w:t>
            </w:r>
            <w:r w:rsidRPr="00434DA7">
              <w:rPr>
                <w:b w:val="0"/>
                <w:bCs w:val="0"/>
                <w:spacing w:val="40"/>
              </w:rPr>
              <w:t xml:space="preserve"> </w:t>
            </w:r>
            <w:r w:rsidRPr="00434DA7">
              <w:rPr>
                <w:b w:val="0"/>
                <w:bCs w:val="0"/>
              </w:rPr>
              <w:t>tidak</w:t>
            </w:r>
            <w:r w:rsidRPr="00434DA7">
              <w:rPr>
                <w:b w:val="0"/>
                <w:bCs w:val="0"/>
                <w:spacing w:val="40"/>
              </w:rPr>
              <w:t xml:space="preserve"> </w:t>
            </w:r>
            <w:r w:rsidRPr="00434DA7">
              <w:rPr>
                <w:b w:val="0"/>
                <w:bCs w:val="0"/>
              </w:rPr>
              <w:t>memberitahu</w:t>
            </w:r>
            <w:r w:rsidRPr="00434DA7">
              <w:rPr>
                <w:b w:val="0"/>
                <w:bCs w:val="0"/>
                <w:spacing w:val="40"/>
              </w:rPr>
              <w:t xml:space="preserve"> </w:t>
            </w:r>
            <w:r w:rsidRPr="00434DA7">
              <w:rPr>
                <w:b w:val="0"/>
                <w:bCs w:val="0"/>
              </w:rPr>
              <w:t>kapan</w:t>
            </w:r>
            <w:r w:rsidRPr="00434DA7">
              <w:rPr>
                <w:b w:val="0"/>
                <w:bCs w:val="0"/>
                <w:spacing w:val="40"/>
              </w:rPr>
              <w:t xml:space="preserve"> </w:t>
            </w:r>
            <w:r w:rsidRPr="00434DA7">
              <w:rPr>
                <w:b w:val="0"/>
                <w:bCs w:val="0"/>
              </w:rPr>
              <w:t>harus</w:t>
            </w:r>
            <w:r w:rsidRPr="00434DA7">
              <w:rPr>
                <w:b w:val="0"/>
                <w:bCs w:val="0"/>
                <w:spacing w:val="40"/>
              </w:rPr>
              <w:t xml:space="preserve"> </w:t>
            </w:r>
            <w:r w:rsidRPr="00434DA7">
              <w:rPr>
                <w:b w:val="0"/>
                <w:bCs w:val="0"/>
              </w:rPr>
              <w:t>menyusui pada saat bayi berusia 0-6 bulan.</w:t>
            </w:r>
          </w:p>
        </w:tc>
        <w:tc>
          <w:tcPr>
            <w:tcW w:w="567" w:type="dxa"/>
          </w:tcPr>
          <w:p w14:paraId="5C0A22C9" w14:textId="77777777" w:rsidR="00547C38" w:rsidRPr="00434DA7" w:rsidRDefault="00547C38" w:rsidP="00547C38">
            <w:pPr>
              <w:pStyle w:val="TOC1"/>
              <w:jc w:val="both"/>
              <w:rPr>
                <w:b w:val="0"/>
                <w:bCs w:val="0"/>
              </w:rPr>
            </w:pPr>
          </w:p>
        </w:tc>
        <w:tc>
          <w:tcPr>
            <w:tcW w:w="567" w:type="dxa"/>
          </w:tcPr>
          <w:p w14:paraId="0BE55F86" w14:textId="77777777" w:rsidR="00547C38" w:rsidRPr="00434DA7" w:rsidRDefault="00547C38" w:rsidP="00547C38">
            <w:pPr>
              <w:pStyle w:val="TOC1"/>
              <w:jc w:val="both"/>
              <w:rPr>
                <w:b w:val="0"/>
                <w:bCs w:val="0"/>
              </w:rPr>
            </w:pPr>
          </w:p>
        </w:tc>
        <w:tc>
          <w:tcPr>
            <w:tcW w:w="567" w:type="dxa"/>
          </w:tcPr>
          <w:p w14:paraId="798E5DBC" w14:textId="77777777" w:rsidR="00547C38" w:rsidRPr="00434DA7" w:rsidRDefault="00547C38" w:rsidP="00547C38">
            <w:pPr>
              <w:pStyle w:val="TOC1"/>
              <w:jc w:val="both"/>
              <w:rPr>
                <w:b w:val="0"/>
                <w:bCs w:val="0"/>
              </w:rPr>
            </w:pPr>
          </w:p>
        </w:tc>
        <w:tc>
          <w:tcPr>
            <w:tcW w:w="425" w:type="dxa"/>
          </w:tcPr>
          <w:p w14:paraId="65AEEF21" w14:textId="77777777" w:rsidR="00547C38" w:rsidRPr="00434DA7" w:rsidRDefault="00547C38" w:rsidP="00547C38">
            <w:pPr>
              <w:pStyle w:val="TOC1"/>
              <w:jc w:val="both"/>
              <w:rPr>
                <w:b w:val="0"/>
                <w:bCs w:val="0"/>
              </w:rPr>
            </w:pPr>
          </w:p>
        </w:tc>
        <w:tc>
          <w:tcPr>
            <w:tcW w:w="567" w:type="dxa"/>
          </w:tcPr>
          <w:p w14:paraId="0318AC52" w14:textId="77777777" w:rsidR="00547C38" w:rsidRPr="00434DA7" w:rsidRDefault="00547C38" w:rsidP="00547C38">
            <w:pPr>
              <w:pStyle w:val="TOC1"/>
              <w:jc w:val="both"/>
              <w:rPr>
                <w:b w:val="0"/>
                <w:bCs w:val="0"/>
              </w:rPr>
            </w:pPr>
          </w:p>
        </w:tc>
      </w:tr>
      <w:tr w:rsidR="00547C38" w:rsidRPr="00434DA7" w14:paraId="45FED70E" w14:textId="77777777" w:rsidTr="00365C4A">
        <w:trPr>
          <w:trHeight w:val="762"/>
        </w:trPr>
        <w:tc>
          <w:tcPr>
            <w:tcW w:w="567" w:type="dxa"/>
          </w:tcPr>
          <w:p w14:paraId="1F1A39A7" w14:textId="77777777" w:rsidR="00547C38" w:rsidRPr="00434DA7" w:rsidRDefault="00547C38" w:rsidP="00547C38">
            <w:pPr>
              <w:pStyle w:val="TOC1"/>
              <w:ind w:left="10"/>
              <w:jc w:val="center"/>
              <w:rPr>
                <w:b w:val="0"/>
                <w:bCs w:val="0"/>
                <w:spacing w:val="-5"/>
              </w:rPr>
            </w:pPr>
          </w:p>
        </w:tc>
        <w:tc>
          <w:tcPr>
            <w:tcW w:w="4248" w:type="dxa"/>
          </w:tcPr>
          <w:p w14:paraId="4C22713E" w14:textId="77777777" w:rsidR="00547C38" w:rsidRPr="00434DA7" w:rsidRDefault="00547C38" w:rsidP="00547C38">
            <w:pPr>
              <w:pStyle w:val="TOC1"/>
              <w:ind w:left="54"/>
              <w:jc w:val="both"/>
              <w:rPr>
                <w:b w:val="0"/>
                <w:bCs w:val="0"/>
              </w:rPr>
            </w:pPr>
            <w:r w:rsidRPr="00434DA7">
              <w:rPr>
                <w:b w:val="0"/>
                <w:bCs w:val="0"/>
              </w:rPr>
              <w:t>Dukungan</w:t>
            </w:r>
            <w:r w:rsidRPr="00434DA7">
              <w:rPr>
                <w:b w:val="0"/>
                <w:bCs w:val="0"/>
                <w:spacing w:val="-1"/>
              </w:rPr>
              <w:t xml:space="preserve"> </w:t>
            </w:r>
            <w:r w:rsidRPr="00434DA7">
              <w:rPr>
                <w:b w:val="0"/>
                <w:bCs w:val="0"/>
              </w:rPr>
              <w:t>Appraisal</w:t>
            </w:r>
          </w:p>
        </w:tc>
        <w:tc>
          <w:tcPr>
            <w:tcW w:w="567" w:type="dxa"/>
          </w:tcPr>
          <w:p w14:paraId="605F2C7E" w14:textId="77777777" w:rsidR="00547C38" w:rsidRPr="00434DA7" w:rsidRDefault="00547C38" w:rsidP="00547C38">
            <w:pPr>
              <w:pStyle w:val="TOC1"/>
              <w:jc w:val="both"/>
              <w:rPr>
                <w:b w:val="0"/>
                <w:bCs w:val="0"/>
              </w:rPr>
            </w:pPr>
          </w:p>
        </w:tc>
        <w:tc>
          <w:tcPr>
            <w:tcW w:w="567" w:type="dxa"/>
          </w:tcPr>
          <w:p w14:paraId="3E3AB6DD" w14:textId="77777777" w:rsidR="00547C38" w:rsidRPr="00434DA7" w:rsidRDefault="00547C38" w:rsidP="00547C38">
            <w:pPr>
              <w:pStyle w:val="TOC1"/>
              <w:jc w:val="both"/>
              <w:rPr>
                <w:b w:val="0"/>
                <w:bCs w:val="0"/>
              </w:rPr>
            </w:pPr>
          </w:p>
        </w:tc>
        <w:tc>
          <w:tcPr>
            <w:tcW w:w="567" w:type="dxa"/>
          </w:tcPr>
          <w:p w14:paraId="6D8614FF" w14:textId="77777777" w:rsidR="00547C38" w:rsidRPr="00434DA7" w:rsidRDefault="00547C38" w:rsidP="00547C38">
            <w:pPr>
              <w:pStyle w:val="TOC1"/>
              <w:jc w:val="both"/>
              <w:rPr>
                <w:b w:val="0"/>
                <w:bCs w:val="0"/>
              </w:rPr>
            </w:pPr>
          </w:p>
        </w:tc>
        <w:tc>
          <w:tcPr>
            <w:tcW w:w="425" w:type="dxa"/>
          </w:tcPr>
          <w:p w14:paraId="4BE07D3D" w14:textId="77777777" w:rsidR="00547C38" w:rsidRPr="00434DA7" w:rsidRDefault="00547C38" w:rsidP="00547C38">
            <w:pPr>
              <w:pStyle w:val="TOC1"/>
              <w:jc w:val="both"/>
              <w:rPr>
                <w:b w:val="0"/>
                <w:bCs w:val="0"/>
              </w:rPr>
            </w:pPr>
          </w:p>
        </w:tc>
        <w:tc>
          <w:tcPr>
            <w:tcW w:w="567" w:type="dxa"/>
          </w:tcPr>
          <w:p w14:paraId="7E3157B6" w14:textId="77777777" w:rsidR="00547C38" w:rsidRPr="00434DA7" w:rsidRDefault="00547C38" w:rsidP="00547C38">
            <w:pPr>
              <w:pStyle w:val="TOC1"/>
              <w:jc w:val="both"/>
              <w:rPr>
                <w:b w:val="0"/>
                <w:bCs w:val="0"/>
              </w:rPr>
            </w:pPr>
          </w:p>
        </w:tc>
      </w:tr>
      <w:tr w:rsidR="00547C38" w:rsidRPr="00434DA7" w14:paraId="1F7A682E" w14:textId="77777777" w:rsidTr="00365C4A">
        <w:trPr>
          <w:trHeight w:val="762"/>
        </w:trPr>
        <w:tc>
          <w:tcPr>
            <w:tcW w:w="567" w:type="dxa"/>
          </w:tcPr>
          <w:p w14:paraId="5C8D0A54" w14:textId="77777777" w:rsidR="00547C38" w:rsidRPr="00434DA7" w:rsidRDefault="00547C38" w:rsidP="00547C38">
            <w:pPr>
              <w:pStyle w:val="TOC1"/>
              <w:ind w:left="10"/>
              <w:jc w:val="center"/>
              <w:rPr>
                <w:b w:val="0"/>
                <w:bCs w:val="0"/>
                <w:spacing w:val="-5"/>
              </w:rPr>
            </w:pPr>
            <w:r w:rsidRPr="00434DA7">
              <w:rPr>
                <w:b w:val="0"/>
                <w:bCs w:val="0"/>
                <w:spacing w:val="-5"/>
              </w:rPr>
              <w:t>27.</w:t>
            </w:r>
          </w:p>
        </w:tc>
        <w:tc>
          <w:tcPr>
            <w:tcW w:w="4248" w:type="dxa"/>
          </w:tcPr>
          <w:p w14:paraId="29D214FB" w14:textId="77777777" w:rsidR="00547C38" w:rsidRPr="00434DA7" w:rsidRDefault="00547C38" w:rsidP="00547C38">
            <w:pPr>
              <w:pStyle w:val="TOC1"/>
              <w:spacing w:line="242" w:lineRule="auto"/>
              <w:ind w:left="54"/>
              <w:jc w:val="both"/>
              <w:rPr>
                <w:b w:val="0"/>
                <w:bCs w:val="0"/>
              </w:rPr>
            </w:pPr>
            <w:r w:rsidRPr="00434DA7">
              <w:rPr>
                <w:b w:val="0"/>
                <w:bCs w:val="0"/>
              </w:rPr>
              <w:t>Keluarga</w:t>
            </w:r>
            <w:r w:rsidRPr="00434DA7">
              <w:rPr>
                <w:b w:val="0"/>
                <w:bCs w:val="0"/>
                <w:spacing w:val="80"/>
              </w:rPr>
              <w:t xml:space="preserve"> </w:t>
            </w:r>
            <w:r w:rsidRPr="00434DA7">
              <w:rPr>
                <w:b w:val="0"/>
                <w:bCs w:val="0"/>
              </w:rPr>
              <w:t>mengingatkan</w:t>
            </w:r>
            <w:r w:rsidRPr="00434DA7">
              <w:rPr>
                <w:b w:val="0"/>
                <w:bCs w:val="0"/>
                <w:spacing w:val="80"/>
              </w:rPr>
              <w:t xml:space="preserve"> </w:t>
            </w:r>
            <w:r w:rsidRPr="00434DA7">
              <w:rPr>
                <w:b w:val="0"/>
                <w:bCs w:val="0"/>
              </w:rPr>
              <w:t>ibu</w:t>
            </w:r>
            <w:r w:rsidRPr="00434DA7">
              <w:rPr>
                <w:b w:val="0"/>
                <w:bCs w:val="0"/>
                <w:spacing w:val="80"/>
              </w:rPr>
              <w:t xml:space="preserve"> </w:t>
            </w:r>
            <w:r w:rsidRPr="00434DA7">
              <w:rPr>
                <w:b w:val="0"/>
                <w:bCs w:val="0"/>
              </w:rPr>
              <w:t>untuk</w:t>
            </w:r>
            <w:r w:rsidRPr="00434DA7">
              <w:rPr>
                <w:b w:val="0"/>
                <w:bCs w:val="0"/>
                <w:spacing w:val="80"/>
              </w:rPr>
              <w:t xml:space="preserve"> </w:t>
            </w:r>
            <w:r w:rsidRPr="00434DA7">
              <w:rPr>
                <w:b w:val="0"/>
                <w:bCs w:val="0"/>
              </w:rPr>
              <w:t>menyusui</w:t>
            </w:r>
            <w:r w:rsidRPr="00434DA7">
              <w:rPr>
                <w:b w:val="0"/>
                <w:bCs w:val="0"/>
                <w:spacing w:val="80"/>
              </w:rPr>
              <w:t xml:space="preserve"> </w:t>
            </w:r>
            <w:r w:rsidRPr="00434DA7">
              <w:rPr>
                <w:b w:val="0"/>
                <w:bCs w:val="0"/>
              </w:rPr>
              <w:t>bayi setiap dua</w:t>
            </w:r>
          </w:p>
          <w:p w14:paraId="7B7B9A33" w14:textId="77777777" w:rsidR="00547C38" w:rsidRPr="00434DA7" w:rsidRDefault="00547C38" w:rsidP="00547C38">
            <w:pPr>
              <w:pStyle w:val="TOC1"/>
              <w:ind w:left="54"/>
              <w:jc w:val="both"/>
              <w:rPr>
                <w:b w:val="0"/>
                <w:bCs w:val="0"/>
              </w:rPr>
            </w:pPr>
            <w:r w:rsidRPr="00434DA7">
              <w:rPr>
                <w:b w:val="0"/>
                <w:bCs w:val="0"/>
              </w:rPr>
              <w:t>jam</w:t>
            </w:r>
            <w:r w:rsidRPr="00434DA7">
              <w:rPr>
                <w:b w:val="0"/>
                <w:bCs w:val="0"/>
                <w:spacing w:val="-5"/>
              </w:rPr>
              <w:t xml:space="preserve"> </w:t>
            </w:r>
            <w:r w:rsidRPr="00434DA7">
              <w:rPr>
                <w:b w:val="0"/>
                <w:bCs w:val="0"/>
                <w:spacing w:val="-2"/>
              </w:rPr>
              <w:t>sekali.</w:t>
            </w:r>
          </w:p>
        </w:tc>
        <w:tc>
          <w:tcPr>
            <w:tcW w:w="567" w:type="dxa"/>
          </w:tcPr>
          <w:p w14:paraId="4FD79F7F" w14:textId="77777777" w:rsidR="00547C38" w:rsidRPr="00434DA7" w:rsidRDefault="00547C38" w:rsidP="00547C38">
            <w:pPr>
              <w:pStyle w:val="TOC1"/>
              <w:jc w:val="both"/>
              <w:rPr>
                <w:b w:val="0"/>
                <w:bCs w:val="0"/>
              </w:rPr>
            </w:pPr>
          </w:p>
        </w:tc>
        <w:tc>
          <w:tcPr>
            <w:tcW w:w="567" w:type="dxa"/>
          </w:tcPr>
          <w:p w14:paraId="1E0EA67A" w14:textId="77777777" w:rsidR="00547C38" w:rsidRPr="00434DA7" w:rsidRDefault="00547C38" w:rsidP="00547C38">
            <w:pPr>
              <w:pStyle w:val="TOC1"/>
              <w:jc w:val="both"/>
              <w:rPr>
                <w:b w:val="0"/>
                <w:bCs w:val="0"/>
              </w:rPr>
            </w:pPr>
          </w:p>
        </w:tc>
        <w:tc>
          <w:tcPr>
            <w:tcW w:w="567" w:type="dxa"/>
          </w:tcPr>
          <w:p w14:paraId="331559E8" w14:textId="77777777" w:rsidR="00547C38" w:rsidRPr="00434DA7" w:rsidRDefault="00547C38" w:rsidP="00547C38">
            <w:pPr>
              <w:pStyle w:val="TOC1"/>
              <w:jc w:val="both"/>
              <w:rPr>
                <w:b w:val="0"/>
                <w:bCs w:val="0"/>
              </w:rPr>
            </w:pPr>
          </w:p>
        </w:tc>
        <w:tc>
          <w:tcPr>
            <w:tcW w:w="425" w:type="dxa"/>
          </w:tcPr>
          <w:p w14:paraId="5526ECFA" w14:textId="77777777" w:rsidR="00547C38" w:rsidRPr="00434DA7" w:rsidRDefault="00547C38" w:rsidP="00547C38">
            <w:pPr>
              <w:pStyle w:val="TOC1"/>
              <w:jc w:val="both"/>
              <w:rPr>
                <w:b w:val="0"/>
                <w:bCs w:val="0"/>
              </w:rPr>
            </w:pPr>
          </w:p>
        </w:tc>
        <w:tc>
          <w:tcPr>
            <w:tcW w:w="567" w:type="dxa"/>
          </w:tcPr>
          <w:p w14:paraId="515E088A" w14:textId="77777777" w:rsidR="00547C38" w:rsidRPr="00434DA7" w:rsidRDefault="00547C38" w:rsidP="00547C38">
            <w:pPr>
              <w:pStyle w:val="TOC1"/>
              <w:jc w:val="both"/>
              <w:rPr>
                <w:b w:val="0"/>
                <w:bCs w:val="0"/>
              </w:rPr>
            </w:pPr>
          </w:p>
        </w:tc>
      </w:tr>
      <w:tr w:rsidR="00547C38" w:rsidRPr="00434DA7" w14:paraId="3758ED0C" w14:textId="77777777" w:rsidTr="00365C4A">
        <w:trPr>
          <w:trHeight w:val="762"/>
        </w:trPr>
        <w:tc>
          <w:tcPr>
            <w:tcW w:w="567" w:type="dxa"/>
          </w:tcPr>
          <w:p w14:paraId="35FB8294" w14:textId="77777777" w:rsidR="00547C38" w:rsidRPr="00434DA7" w:rsidRDefault="00547C38" w:rsidP="00547C38">
            <w:pPr>
              <w:pStyle w:val="TOC1"/>
              <w:ind w:left="10"/>
              <w:jc w:val="center"/>
              <w:rPr>
                <w:b w:val="0"/>
                <w:bCs w:val="0"/>
                <w:spacing w:val="-5"/>
              </w:rPr>
            </w:pPr>
            <w:r w:rsidRPr="00434DA7">
              <w:rPr>
                <w:b w:val="0"/>
                <w:bCs w:val="0"/>
                <w:spacing w:val="-5"/>
              </w:rPr>
              <w:t>28.</w:t>
            </w:r>
          </w:p>
        </w:tc>
        <w:tc>
          <w:tcPr>
            <w:tcW w:w="4248" w:type="dxa"/>
          </w:tcPr>
          <w:p w14:paraId="0CCD47C1" w14:textId="77777777" w:rsidR="00547C38" w:rsidRPr="00434DA7" w:rsidRDefault="00547C38" w:rsidP="00547C38">
            <w:pPr>
              <w:pStyle w:val="TOC1"/>
              <w:spacing w:line="242" w:lineRule="auto"/>
              <w:ind w:left="54"/>
              <w:jc w:val="both"/>
              <w:rPr>
                <w:b w:val="0"/>
                <w:bCs w:val="0"/>
              </w:rPr>
            </w:pPr>
            <w:r w:rsidRPr="00434DA7">
              <w:rPr>
                <w:b w:val="0"/>
                <w:bCs w:val="0"/>
              </w:rPr>
              <w:t>Keluarga memberikan</w:t>
            </w:r>
            <w:r w:rsidRPr="00434DA7">
              <w:rPr>
                <w:b w:val="0"/>
                <w:bCs w:val="0"/>
                <w:spacing w:val="80"/>
              </w:rPr>
              <w:t xml:space="preserve"> </w:t>
            </w:r>
            <w:r w:rsidRPr="00434DA7">
              <w:rPr>
                <w:b w:val="0"/>
                <w:bCs w:val="0"/>
              </w:rPr>
              <w:t>pujian</w:t>
            </w:r>
            <w:r w:rsidRPr="00434DA7">
              <w:rPr>
                <w:b w:val="0"/>
                <w:bCs w:val="0"/>
              </w:rPr>
              <w:tab/>
            </w:r>
            <w:r w:rsidRPr="00434DA7">
              <w:rPr>
                <w:b w:val="0"/>
                <w:bCs w:val="0"/>
                <w:spacing w:val="-2"/>
              </w:rPr>
              <w:t>kepada</w:t>
            </w:r>
            <w:r w:rsidRPr="00434DA7">
              <w:rPr>
                <w:b w:val="0"/>
                <w:bCs w:val="0"/>
              </w:rPr>
              <w:tab/>
            </w:r>
            <w:r w:rsidRPr="00434DA7">
              <w:rPr>
                <w:b w:val="0"/>
                <w:bCs w:val="0"/>
                <w:spacing w:val="-4"/>
              </w:rPr>
              <w:t>ibu</w:t>
            </w:r>
            <w:r w:rsidRPr="00434DA7">
              <w:rPr>
                <w:b w:val="0"/>
                <w:bCs w:val="0"/>
              </w:rPr>
              <w:t xml:space="preserve"> </w:t>
            </w:r>
            <w:r w:rsidRPr="00434DA7">
              <w:rPr>
                <w:b w:val="0"/>
                <w:bCs w:val="0"/>
                <w:spacing w:val="-2"/>
              </w:rPr>
              <w:t xml:space="preserve">karena </w:t>
            </w:r>
            <w:r w:rsidRPr="00434DA7">
              <w:rPr>
                <w:b w:val="0"/>
                <w:bCs w:val="0"/>
              </w:rPr>
              <w:t>sudah menyusui bayi.</w:t>
            </w:r>
          </w:p>
        </w:tc>
        <w:tc>
          <w:tcPr>
            <w:tcW w:w="567" w:type="dxa"/>
          </w:tcPr>
          <w:p w14:paraId="3A465E60" w14:textId="77777777" w:rsidR="00547C38" w:rsidRPr="00434DA7" w:rsidRDefault="00547C38" w:rsidP="00547C38">
            <w:pPr>
              <w:pStyle w:val="TOC1"/>
              <w:jc w:val="both"/>
              <w:rPr>
                <w:b w:val="0"/>
                <w:bCs w:val="0"/>
              </w:rPr>
            </w:pPr>
          </w:p>
        </w:tc>
        <w:tc>
          <w:tcPr>
            <w:tcW w:w="567" w:type="dxa"/>
          </w:tcPr>
          <w:p w14:paraId="389F699C" w14:textId="77777777" w:rsidR="00547C38" w:rsidRPr="00434DA7" w:rsidRDefault="00547C38" w:rsidP="00547C38">
            <w:pPr>
              <w:pStyle w:val="TOC1"/>
              <w:jc w:val="both"/>
              <w:rPr>
                <w:b w:val="0"/>
                <w:bCs w:val="0"/>
              </w:rPr>
            </w:pPr>
          </w:p>
        </w:tc>
        <w:tc>
          <w:tcPr>
            <w:tcW w:w="567" w:type="dxa"/>
          </w:tcPr>
          <w:p w14:paraId="56A34C41" w14:textId="77777777" w:rsidR="00547C38" w:rsidRPr="00434DA7" w:rsidRDefault="00547C38" w:rsidP="00547C38">
            <w:pPr>
              <w:pStyle w:val="TOC1"/>
              <w:jc w:val="both"/>
              <w:rPr>
                <w:b w:val="0"/>
                <w:bCs w:val="0"/>
              </w:rPr>
            </w:pPr>
          </w:p>
        </w:tc>
        <w:tc>
          <w:tcPr>
            <w:tcW w:w="425" w:type="dxa"/>
          </w:tcPr>
          <w:p w14:paraId="51B1377F" w14:textId="77777777" w:rsidR="00547C38" w:rsidRPr="00434DA7" w:rsidRDefault="00547C38" w:rsidP="00547C38">
            <w:pPr>
              <w:pStyle w:val="TOC1"/>
              <w:jc w:val="both"/>
              <w:rPr>
                <w:b w:val="0"/>
                <w:bCs w:val="0"/>
              </w:rPr>
            </w:pPr>
          </w:p>
        </w:tc>
        <w:tc>
          <w:tcPr>
            <w:tcW w:w="567" w:type="dxa"/>
          </w:tcPr>
          <w:p w14:paraId="16AAF3D5" w14:textId="77777777" w:rsidR="00547C38" w:rsidRPr="00434DA7" w:rsidRDefault="00547C38" w:rsidP="00547C38">
            <w:pPr>
              <w:pStyle w:val="TOC1"/>
              <w:jc w:val="both"/>
              <w:rPr>
                <w:b w:val="0"/>
                <w:bCs w:val="0"/>
              </w:rPr>
            </w:pPr>
          </w:p>
        </w:tc>
      </w:tr>
      <w:tr w:rsidR="00547C38" w:rsidRPr="00434DA7" w14:paraId="4FDD47BF" w14:textId="77777777" w:rsidTr="00365C4A">
        <w:trPr>
          <w:trHeight w:val="762"/>
        </w:trPr>
        <w:tc>
          <w:tcPr>
            <w:tcW w:w="567" w:type="dxa"/>
          </w:tcPr>
          <w:p w14:paraId="698AC7D0" w14:textId="77777777" w:rsidR="00547C38" w:rsidRPr="00434DA7" w:rsidRDefault="00547C38" w:rsidP="00547C38">
            <w:pPr>
              <w:pStyle w:val="TOC1"/>
              <w:ind w:left="10"/>
              <w:jc w:val="center"/>
              <w:rPr>
                <w:b w:val="0"/>
                <w:bCs w:val="0"/>
                <w:spacing w:val="-5"/>
              </w:rPr>
            </w:pPr>
            <w:r w:rsidRPr="00434DA7">
              <w:rPr>
                <w:b w:val="0"/>
                <w:bCs w:val="0"/>
                <w:spacing w:val="-5"/>
              </w:rPr>
              <w:t>29.</w:t>
            </w:r>
          </w:p>
        </w:tc>
        <w:tc>
          <w:tcPr>
            <w:tcW w:w="4248" w:type="dxa"/>
          </w:tcPr>
          <w:p w14:paraId="0C206A55" w14:textId="77777777" w:rsidR="00547C38" w:rsidRPr="00434DA7" w:rsidRDefault="00547C38" w:rsidP="00547C38">
            <w:pPr>
              <w:pStyle w:val="TOC1"/>
              <w:spacing w:line="242" w:lineRule="auto"/>
              <w:ind w:left="54"/>
              <w:jc w:val="both"/>
              <w:rPr>
                <w:b w:val="0"/>
                <w:bCs w:val="0"/>
              </w:rPr>
            </w:pPr>
            <w:r w:rsidRPr="00434DA7">
              <w:rPr>
                <w:b w:val="0"/>
                <w:bCs w:val="0"/>
              </w:rPr>
              <w:t>Keluarga</w:t>
            </w:r>
            <w:r w:rsidRPr="00434DA7">
              <w:rPr>
                <w:b w:val="0"/>
                <w:bCs w:val="0"/>
                <w:spacing w:val="80"/>
              </w:rPr>
              <w:t xml:space="preserve"> </w:t>
            </w:r>
            <w:r w:rsidRPr="00434DA7">
              <w:rPr>
                <w:b w:val="0"/>
                <w:bCs w:val="0"/>
              </w:rPr>
              <w:t>ibu</w:t>
            </w:r>
            <w:r w:rsidRPr="00434DA7">
              <w:rPr>
                <w:b w:val="0"/>
                <w:bCs w:val="0"/>
                <w:spacing w:val="80"/>
              </w:rPr>
              <w:t xml:space="preserve"> </w:t>
            </w:r>
            <w:r w:rsidRPr="00434DA7">
              <w:rPr>
                <w:b w:val="0"/>
                <w:bCs w:val="0"/>
              </w:rPr>
              <w:t>membantu</w:t>
            </w:r>
            <w:r w:rsidRPr="00434DA7">
              <w:rPr>
                <w:b w:val="0"/>
                <w:bCs w:val="0"/>
                <w:spacing w:val="80"/>
              </w:rPr>
              <w:t xml:space="preserve"> </w:t>
            </w:r>
            <w:r w:rsidRPr="00434DA7">
              <w:rPr>
                <w:b w:val="0"/>
                <w:bCs w:val="0"/>
              </w:rPr>
              <w:t>menangani</w:t>
            </w:r>
            <w:r w:rsidRPr="00434DA7">
              <w:rPr>
                <w:b w:val="0"/>
                <w:bCs w:val="0"/>
                <w:spacing w:val="80"/>
              </w:rPr>
              <w:t xml:space="preserve"> </w:t>
            </w:r>
            <w:r w:rsidRPr="00434DA7">
              <w:rPr>
                <w:b w:val="0"/>
                <w:bCs w:val="0"/>
              </w:rPr>
              <w:t xml:space="preserve">permasalahan </w:t>
            </w:r>
            <w:r w:rsidRPr="00434DA7">
              <w:rPr>
                <w:b w:val="0"/>
                <w:bCs w:val="0"/>
                <w:spacing w:val="-2"/>
              </w:rPr>
              <w:t>menyusui.</w:t>
            </w:r>
          </w:p>
        </w:tc>
        <w:tc>
          <w:tcPr>
            <w:tcW w:w="567" w:type="dxa"/>
          </w:tcPr>
          <w:p w14:paraId="529BE458" w14:textId="77777777" w:rsidR="00547C38" w:rsidRPr="00434DA7" w:rsidRDefault="00547C38" w:rsidP="00547C38">
            <w:pPr>
              <w:pStyle w:val="TOC1"/>
              <w:jc w:val="both"/>
              <w:rPr>
                <w:b w:val="0"/>
                <w:bCs w:val="0"/>
              </w:rPr>
            </w:pPr>
          </w:p>
        </w:tc>
        <w:tc>
          <w:tcPr>
            <w:tcW w:w="567" w:type="dxa"/>
          </w:tcPr>
          <w:p w14:paraId="4193D6EA" w14:textId="77777777" w:rsidR="00547C38" w:rsidRPr="00434DA7" w:rsidRDefault="00547C38" w:rsidP="00547C38">
            <w:pPr>
              <w:pStyle w:val="TOC1"/>
              <w:jc w:val="both"/>
              <w:rPr>
                <w:b w:val="0"/>
                <w:bCs w:val="0"/>
              </w:rPr>
            </w:pPr>
          </w:p>
        </w:tc>
        <w:tc>
          <w:tcPr>
            <w:tcW w:w="567" w:type="dxa"/>
          </w:tcPr>
          <w:p w14:paraId="5FA8ABC4" w14:textId="77777777" w:rsidR="00547C38" w:rsidRPr="00434DA7" w:rsidRDefault="00547C38" w:rsidP="00547C38">
            <w:pPr>
              <w:pStyle w:val="TOC1"/>
              <w:jc w:val="both"/>
              <w:rPr>
                <w:b w:val="0"/>
                <w:bCs w:val="0"/>
              </w:rPr>
            </w:pPr>
          </w:p>
        </w:tc>
        <w:tc>
          <w:tcPr>
            <w:tcW w:w="425" w:type="dxa"/>
          </w:tcPr>
          <w:p w14:paraId="64D27975" w14:textId="77777777" w:rsidR="00547C38" w:rsidRPr="00434DA7" w:rsidRDefault="00547C38" w:rsidP="00547C38">
            <w:pPr>
              <w:pStyle w:val="TOC1"/>
              <w:jc w:val="both"/>
              <w:rPr>
                <w:b w:val="0"/>
                <w:bCs w:val="0"/>
              </w:rPr>
            </w:pPr>
          </w:p>
        </w:tc>
        <w:tc>
          <w:tcPr>
            <w:tcW w:w="567" w:type="dxa"/>
          </w:tcPr>
          <w:p w14:paraId="798A75FC" w14:textId="77777777" w:rsidR="00547C38" w:rsidRPr="00434DA7" w:rsidRDefault="00547C38" w:rsidP="00547C38">
            <w:pPr>
              <w:pStyle w:val="TOC1"/>
              <w:jc w:val="both"/>
              <w:rPr>
                <w:b w:val="0"/>
                <w:bCs w:val="0"/>
              </w:rPr>
            </w:pPr>
          </w:p>
        </w:tc>
      </w:tr>
      <w:tr w:rsidR="00547C38" w:rsidRPr="00434DA7" w14:paraId="7B19568C" w14:textId="77777777" w:rsidTr="00365C4A">
        <w:trPr>
          <w:trHeight w:val="762"/>
        </w:trPr>
        <w:tc>
          <w:tcPr>
            <w:tcW w:w="567" w:type="dxa"/>
          </w:tcPr>
          <w:p w14:paraId="77164652" w14:textId="77777777" w:rsidR="00547C38" w:rsidRPr="00434DA7" w:rsidRDefault="00547C38" w:rsidP="00547C38">
            <w:pPr>
              <w:pStyle w:val="TOC1"/>
              <w:ind w:left="10"/>
              <w:jc w:val="center"/>
              <w:rPr>
                <w:b w:val="0"/>
                <w:bCs w:val="0"/>
                <w:spacing w:val="-5"/>
              </w:rPr>
            </w:pPr>
            <w:r w:rsidRPr="00434DA7">
              <w:rPr>
                <w:b w:val="0"/>
                <w:bCs w:val="0"/>
                <w:spacing w:val="-5"/>
              </w:rPr>
              <w:t>30.</w:t>
            </w:r>
          </w:p>
        </w:tc>
        <w:tc>
          <w:tcPr>
            <w:tcW w:w="4248" w:type="dxa"/>
          </w:tcPr>
          <w:p w14:paraId="2C94B31F" w14:textId="77777777" w:rsidR="00547C38" w:rsidRPr="00434DA7" w:rsidRDefault="00547C38" w:rsidP="00547C38">
            <w:pPr>
              <w:pStyle w:val="TOC1"/>
              <w:spacing w:line="222" w:lineRule="exact"/>
              <w:ind w:left="54"/>
              <w:jc w:val="both"/>
              <w:rPr>
                <w:b w:val="0"/>
                <w:bCs w:val="0"/>
              </w:rPr>
            </w:pPr>
            <w:r w:rsidRPr="00434DA7">
              <w:rPr>
                <w:b w:val="0"/>
                <w:bCs w:val="0"/>
              </w:rPr>
              <w:t>Keluarga</w:t>
            </w:r>
            <w:r w:rsidRPr="00434DA7">
              <w:rPr>
                <w:b w:val="0"/>
                <w:bCs w:val="0"/>
                <w:spacing w:val="57"/>
              </w:rPr>
              <w:t xml:space="preserve"> </w:t>
            </w:r>
            <w:r w:rsidRPr="00434DA7">
              <w:rPr>
                <w:b w:val="0"/>
                <w:bCs w:val="0"/>
              </w:rPr>
              <w:t>mendampingi</w:t>
            </w:r>
            <w:r w:rsidRPr="00434DA7">
              <w:rPr>
                <w:b w:val="0"/>
                <w:bCs w:val="0"/>
                <w:spacing w:val="55"/>
              </w:rPr>
              <w:t xml:space="preserve"> </w:t>
            </w:r>
            <w:r w:rsidRPr="00434DA7">
              <w:rPr>
                <w:b w:val="0"/>
                <w:bCs w:val="0"/>
              </w:rPr>
              <w:t>ibu</w:t>
            </w:r>
            <w:r w:rsidRPr="00434DA7">
              <w:rPr>
                <w:b w:val="0"/>
                <w:bCs w:val="0"/>
                <w:spacing w:val="58"/>
              </w:rPr>
              <w:t xml:space="preserve"> </w:t>
            </w:r>
            <w:r w:rsidRPr="00434DA7">
              <w:rPr>
                <w:b w:val="0"/>
                <w:bCs w:val="0"/>
              </w:rPr>
              <w:t>untuk</w:t>
            </w:r>
            <w:r w:rsidRPr="00434DA7">
              <w:rPr>
                <w:b w:val="0"/>
                <w:bCs w:val="0"/>
                <w:spacing w:val="54"/>
              </w:rPr>
              <w:t xml:space="preserve"> </w:t>
            </w:r>
            <w:r w:rsidRPr="00434DA7">
              <w:rPr>
                <w:b w:val="0"/>
                <w:bCs w:val="0"/>
              </w:rPr>
              <w:t>konsultasi</w:t>
            </w:r>
            <w:r w:rsidRPr="00434DA7">
              <w:rPr>
                <w:b w:val="0"/>
                <w:bCs w:val="0"/>
                <w:spacing w:val="52"/>
              </w:rPr>
              <w:t xml:space="preserve"> </w:t>
            </w:r>
            <w:r w:rsidRPr="00434DA7">
              <w:rPr>
                <w:b w:val="0"/>
                <w:bCs w:val="0"/>
                <w:spacing w:val="-2"/>
              </w:rPr>
              <w:t>kepada</w:t>
            </w:r>
          </w:p>
          <w:p w14:paraId="5FA88580" w14:textId="77777777" w:rsidR="00547C38" w:rsidRPr="00434DA7" w:rsidRDefault="00547C38" w:rsidP="00547C38">
            <w:pPr>
              <w:pStyle w:val="TOC1"/>
              <w:spacing w:line="242" w:lineRule="auto"/>
              <w:ind w:left="54"/>
              <w:jc w:val="both"/>
              <w:rPr>
                <w:b w:val="0"/>
                <w:bCs w:val="0"/>
              </w:rPr>
            </w:pPr>
            <w:r w:rsidRPr="00434DA7">
              <w:rPr>
                <w:b w:val="0"/>
                <w:bCs w:val="0"/>
              </w:rPr>
              <w:t>tenaga</w:t>
            </w:r>
            <w:r w:rsidRPr="00434DA7">
              <w:rPr>
                <w:b w:val="0"/>
                <w:bCs w:val="0"/>
                <w:spacing w:val="80"/>
              </w:rPr>
              <w:t xml:space="preserve"> </w:t>
            </w:r>
            <w:r w:rsidRPr="00434DA7">
              <w:rPr>
                <w:b w:val="0"/>
                <w:bCs w:val="0"/>
              </w:rPr>
              <w:t>kesehatan</w:t>
            </w:r>
            <w:r w:rsidRPr="00434DA7">
              <w:rPr>
                <w:b w:val="0"/>
                <w:bCs w:val="0"/>
                <w:spacing w:val="80"/>
              </w:rPr>
              <w:t xml:space="preserve"> </w:t>
            </w:r>
            <w:r w:rsidRPr="00434DA7">
              <w:rPr>
                <w:b w:val="0"/>
                <w:bCs w:val="0"/>
              </w:rPr>
              <w:t>ketika</w:t>
            </w:r>
            <w:r w:rsidRPr="00434DA7">
              <w:rPr>
                <w:b w:val="0"/>
                <w:bCs w:val="0"/>
                <w:spacing w:val="80"/>
              </w:rPr>
              <w:t xml:space="preserve"> </w:t>
            </w:r>
            <w:r w:rsidRPr="00434DA7">
              <w:rPr>
                <w:b w:val="0"/>
                <w:bCs w:val="0"/>
              </w:rPr>
              <w:t>menemukan</w:t>
            </w:r>
            <w:r w:rsidRPr="00434DA7">
              <w:rPr>
                <w:b w:val="0"/>
                <w:bCs w:val="0"/>
                <w:spacing w:val="80"/>
              </w:rPr>
              <w:t xml:space="preserve"> </w:t>
            </w:r>
            <w:r w:rsidRPr="00434DA7">
              <w:rPr>
                <w:b w:val="0"/>
                <w:bCs w:val="0"/>
              </w:rPr>
              <w:t xml:space="preserve">permasalahan </w:t>
            </w:r>
            <w:r w:rsidRPr="00434DA7">
              <w:rPr>
                <w:b w:val="0"/>
                <w:bCs w:val="0"/>
                <w:spacing w:val="-2"/>
              </w:rPr>
              <w:t>menyusui.</w:t>
            </w:r>
          </w:p>
        </w:tc>
        <w:tc>
          <w:tcPr>
            <w:tcW w:w="567" w:type="dxa"/>
          </w:tcPr>
          <w:p w14:paraId="5F166626" w14:textId="77777777" w:rsidR="00547C38" w:rsidRPr="00434DA7" w:rsidRDefault="00547C38" w:rsidP="00547C38">
            <w:pPr>
              <w:pStyle w:val="TOC1"/>
              <w:jc w:val="both"/>
              <w:rPr>
                <w:b w:val="0"/>
                <w:bCs w:val="0"/>
              </w:rPr>
            </w:pPr>
          </w:p>
        </w:tc>
        <w:tc>
          <w:tcPr>
            <w:tcW w:w="567" w:type="dxa"/>
          </w:tcPr>
          <w:p w14:paraId="7959BA29" w14:textId="77777777" w:rsidR="00547C38" w:rsidRPr="00434DA7" w:rsidRDefault="00547C38" w:rsidP="00547C38">
            <w:pPr>
              <w:pStyle w:val="TOC1"/>
              <w:jc w:val="both"/>
              <w:rPr>
                <w:b w:val="0"/>
                <w:bCs w:val="0"/>
              </w:rPr>
            </w:pPr>
          </w:p>
        </w:tc>
        <w:tc>
          <w:tcPr>
            <w:tcW w:w="567" w:type="dxa"/>
          </w:tcPr>
          <w:p w14:paraId="0247A87D" w14:textId="77777777" w:rsidR="00547C38" w:rsidRPr="00434DA7" w:rsidRDefault="00547C38" w:rsidP="00547C38">
            <w:pPr>
              <w:pStyle w:val="TOC1"/>
              <w:jc w:val="both"/>
              <w:rPr>
                <w:b w:val="0"/>
                <w:bCs w:val="0"/>
              </w:rPr>
            </w:pPr>
          </w:p>
        </w:tc>
        <w:tc>
          <w:tcPr>
            <w:tcW w:w="425" w:type="dxa"/>
          </w:tcPr>
          <w:p w14:paraId="121784FA" w14:textId="77777777" w:rsidR="00547C38" w:rsidRPr="00434DA7" w:rsidRDefault="00547C38" w:rsidP="00547C38">
            <w:pPr>
              <w:pStyle w:val="TOC1"/>
              <w:jc w:val="both"/>
              <w:rPr>
                <w:b w:val="0"/>
                <w:bCs w:val="0"/>
              </w:rPr>
            </w:pPr>
          </w:p>
        </w:tc>
        <w:tc>
          <w:tcPr>
            <w:tcW w:w="567" w:type="dxa"/>
          </w:tcPr>
          <w:p w14:paraId="2B551BD4" w14:textId="77777777" w:rsidR="00547C38" w:rsidRPr="00434DA7" w:rsidRDefault="00547C38" w:rsidP="00547C38">
            <w:pPr>
              <w:pStyle w:val="TOC1"/>
              <w:jc w:val="both"/>
              <w:rPr>
                <w:b w:val="0"/>
                <w:bCs w:val="0"/>
              </w:rPr>
            </w:pPr>
          </w:p>
        </w:tc>
      </w:tr>
      <w:tr w:rsidR="00547C38" w:rsidRPr="00434DA7" w14:paraId="66163855" w14:textId="77777777" w:rsidTr="00365C4A">
        <w:trPr>
          <w:trHeight w:val="762"/>
        </w:trPr>
        <w:tc>
          <w:tcPr>
            <w:tcW w:w="567" w:type="dxa"/>
          </w:tcPr>
          <w:p w14:paraId="161A4474" w14:textId="77777777" w:rsidR="00547C38" w:rsidRPr="00434DA7" w:rsidRDefault="00547C38" w:rsidP="00547C38">
            <w:pPr>
              <w:pStyle w:val="TOC1"/>
              <w:ind w:left="10"/>
              <w:jc w:val="center"/>
              <w:rPr>
                <w:b w:val="0"/>
                <w:bCs w:val="0"/>
                <w:spacing w:val="-5"/>
              </w:rPr>
            </w:pPr>
            <w:r w:rsidRPr="00434DA7">
              <w:rPr>
                <w:b w:val="0"/>
                <w:bCs w:val="0"/>
                <w:spacing w:val="-5"/>
              </w:rPr>
              <w:t>31.</w:t>
            </w:r>
          </w:p>
        </w:tc>
        <w:tc>
          <w:tcPr>
            <w:tcW w:w="4248" w:type="dxa"/>
          </w:tcPr>
          <w:p w14:paraId="08C0D8E8" w14:textId="77777777" w:rsidR="00547C38" w:rsidRPr="00434DA7" w:rsidRDefault="00547C38" w:rsidP="00547C38">
            <w:pPr>
              <w:pStyle w:val="TOC1"/>
              <w:spacing w:line="242" w:lineRule="auto"/>
              <w:ind w:left="54"/>
              <w:jc w:val="both"/>
              <w:rPr>
                <w:b w:val="0"/>
                <w:bCs w:val="0"/>
              </w:rPr>
            </w:pPr>
            <w:r w:rsidRPr="00434DA7">
              <w:rPr>
                <w:b w:val="0"/>
                <w:bCs w:val="0"/>
              </w:rPr>
              <w:t>Keluarga</w:t>
            </w:r>
            <w:r w:rsidRPr="00434DA7">
              <w:rPr>
                <w:b w:val="0"/>
                <w:bCs w:val="0"/>
                <w:spacing w:val="40"/>
              </w:rPr>
              <w:t xml:space="preserve"> </w:t>
            </w:r>
            <w:r w:rsidRPr="00434DA7">
              <w:rPr>
                <w:b w:val="0"/>
                <w:bCs w:val="0"/>
              </w:rPr>
              <w:t xml:space="preserve">memarahi </w:t>
            </w:r>
            <w:r w:rsidRPr="00434DA7">
              <w:rPr>
                <w:b w:val="0"/>
                <w:bCs w:val="0"/>
                <w:spacing w:val="-4"/>
              </w:rPr>
              <w:t xml:space="preserve">ibu </w:t>
            </w:r>
            <w:r w:rsidRPr="00434DA7">
              <w:rPr>
                <w:b w:val="0"/>
                <w:bCs w:val="0"/>
                <w:spacing w:val="-2"/>
              </w:rPr>
              <w:t>ketika</w:t>
            </w:r>
            <w:r w:rsidRPr="00434DA7">
              <w:rPr>
                <w:b w:val="0"/>
                <w:bCs w:val="0"/>
              </w:rPr>
              <w:t xml:space="preserve"> </w:t>
            </w:r>
            <w:r w:rsidRPr="00434DA7">
              <w:rPr>
                <w:b w:val="0"/>
                <w:bCs w:val="0"/>
                <w:spacing w:val="-4"/>
              </w:rPr>
              <w:t xml:space="preserve">ibu </w:t>
            </w:r>
            <w:r w:rsidRPr="00434DA7">
              <w:rPr>
                <w:b w:val="0"/>
                <w:bCs w:val="0"/>
                <w:spacing w:val="-2"/>
              </w:rPr>
              <w:t xml:space="preserve">mengeluh </w:t>
            </w:r>
            <w:r w:rsidRPr="00434DA7">
              <w:rPr>
                <w:b w:val="0"/>
                <w:bCs w:val="0"/>
              </w:rPr>
              <w:t>kesulitan menyusui bayi.</w:t>
            </w:r>
          </w:p>
        </w:tc>
        <w:tc>
          <w:tcPr>
            <w:tcW w:w="567" w:type="dxa"/>
          </w:tcPr>
          <w:p w14:paraId="694DE9B0" w14:textId="77777777" w:rsidR="00547C38" w:rsidRPr="00434DA7" w:rsidRDefault="00547C38" w:rsidP="00547C38">
            <w:pPr>
              <w:pStyle w:val="TOC1"/>
              <w:jc w:val="both"/>
              <w:rPr>
                <w:b w:val="0"/>
                <w:bCs w:val="0"/>
              </w:rPr>
            </w:pPr>
          </w:p>
        </w:tc>
        <w:tc>
          <w:tcPr>
            <w:tcW w:w="567" w:type="dxa"/>
          </w:tcPr>
          <w:p w14:paraId="6D0AE19F" w14:textId="77777777" w:rsidR="00547C38" w:rsidRPr="00434DA7" w:rsidRDefault="00547C38" w:rsidP="00547C38">
            <w:pPr>
              <w:pStyle w:val="TOC1"/>
              <w:jc w:val="both"/>
              <w:rPr>
                <w:b w:val="0"/>
                <w:bCs w:val="0"/>
              </w:rPr>
            </w:pPr>
          </w:p>
        </w:tc>
        <w:tc>
          <w:tcPr>
            <w:tcW w:w="567" w:type="dxa"/>
          </w:tcPr>
          <w:p w14:paraId="557E850D" w14:textId="77777777" w:rsidR="00547C38" w:rsidRPr="00434DA7" w:rsidRDefault="00547C38" w:rsidP="00547C38">
            <w:pPr>
              <w:pStyle w:val="TOC1"/>
              <w:jc w:val="both"/>
              <w:rPr>
                <w:b w:val="0"/>
                <w:bCs w:val="0"/>
              </w:rPr>
            </w:pPr>
          </w:p>
        </w:tc>
        <w:tc>
          <w:tcPr>
            <w:tcW w:w="425" w:type="dxa"/>
          </w:tcPr>
          <w:p w14:paraId="71C319F6" w14:textId="77777777" w:rsidR="00547C38" w:rsidRPr="00434DA7" w:rsidRDefault="00547C38" w:rsidP="00547C38">
            <w:pPr>
              <w:pStyle w:val="TOC1"/>
              <w:jc w:val="both"/>
              <w:rPr>
                <w:b w:val="0"/>
                <w:bCs w:val="0"/>
              </w:rPr>
            </w:pPr>
          </w:p>
        </w:tc>
        <w:tc>
          <w:tcPr>
            <w:tcW w:w="567" w:type="dxa"/>
          </w:tcPr>
          <w:p w14:paraId="64C7F531" w14:textId="77777777" w:rsidR="00547C38" w:rsidRPr="00434DA7" w:rsidRDefault="00547C38" w:rsidP="00547C38">
            <w:pPr>
              <w:pStyle w:val="TOC1"/>
              <w:jc w:val="both"/>
              <w:rPr>
                <w:b w:val="0"/>
                <w:bCs w:val="0"/>
              </w:rPr>
            </w:pPr>
          </w:p>
        </w:tc>
      </w:tr>
      <w:tr w:rsidR="00547C38" w:rsidRPr="00434DA7" w14:paraId="0167E30B" w14:textId="77777777" w:rsidTr="00365C4A">
        <w:trPr>
          <w:trHeight w:val="762"/>
        </w:trPr>
        <w:tc>
          <w:tcPr>
            <w:tcW w:w="567" w:type="dxa"/>
          </w:tcPr>
          <w:p w14:paraId="7D7C056B" w14:textId="77777777" w:rsidR="00547C38" w:rsidRPr="00434DA7" w:rsidRDefault="00547C38" w:rsidP="00547C38">
            <w:pPr>
              <w:pStyle w:val="TOC1"/>
              <w:ind w:left="10"/>
              <w:jc w:val="center"/>
              <w:rPr>
                <w:b w:val="0"/>
                <w:bCs w:val="0"/>
                <w:spacing w:val="-5"/>
              </w:rPr>
            </w:pPr>
            <w:r w:rsidRPr="00434DA7">
              <w:rPr>
                <w:b w:val="0"/>
                <w:bCs w:val="0"/>
                <w:spacing w:val="-5"/>
              </w:rPr>
              <w:t>32.</w:t>
            </w:r>
          </w:p>
        </w:tc>
        <w:tc>
          <w:tcPr>
            <w:tcW w:w="4248" w:type="dxa"/>
          </w:tcPr>
          <w:p w14:paraId="19E8D355" w14:textId="77777777" w:rsidR="00547C38" w:rsidRPr="00434DA7" w:rsidRDefault="00547C38" w:rsidP="00547C38">
            <w:pPr>
              <w:pStyle w:val="TOC1"/>
              <w:spacing w:line="222" w:lineRule="exact"/>
              <w:ind w:left="54"/>
              <w:jc w:val="both"/>
              <w:rPr>
                <w:b w:val="0"/>
                <w:bCs w:val="0"/>
              </w:rPr>
            </w:pPr>
            <w:r w:rsidRPr="00434DA7">
              <w:rPr>
                <w:b w:val="0"/>
                <w:bCs w:val="0"/>
              </w:rPr>
              <w:t>Keluarga</w:t>
            </w:r>
            <w:r w:rsidRPr="00434DA7">
              <w:rPr>
                <w:b w:val="0"/>
                <w:bCs w:val="0"/>
                <w:spacing w:val="2"/>
              </w:rPr>
              <w:t xml:space="preserve"> </w:t>
            </w:r>
            <w:r w:rsidRPr="00434DA7">
              <w:rPr>
                <w:b w:val="0"/>
                <w:bCs w:val="0"/>
              </w:rPr>
              <w:t>tidak</w:t>
            </w:r>
            <w:r w:rsidRPr="00434DA7">
              <w:rPr>
                <w:b w:val="0"/>
                <w:bCs w:val="0"/>
                <w:spacing w:val="7"/>
              </w:rPr>
              <w:t xml:space="preserve"> </w:t>
            </w:r>
            <w:r w:rsidRPr="00434DA7">
              <w:rPr>
                <w:b w:val="0"/>
                <w:bCs w:val="0"/>
              </w:rPr>
              <w:t>memberikan</w:t>
            </w:r>
            <w:r w:rsidRPr="00434DA7">
              <w:rPr>
                <w:b w:val="0"/>
                <w:bCs w:val="0"/>
                <w:spacing w:val="-1"/>
              </w:rPr>
              <w:t xml:space="preserve"> </w:t>
            </w:r>
            <w:r w:rsidRPr="00434DA7">
              <w:rPr>
                <w:b w:val="0"/>
                <w:bCs w:val="0"/>
              </w:rPr>
              <w:t>contoh</w:t>
            </w:r>
            <w:r w:rsidRPr="00434DA7">
              <w:rPr>
                <w:b w:val="0"/>
                <w:bCs w:val="0"/>
                <w:spacing w:val="2"/>
              </w:rPr>
              <w:t xml:space="preserve"> </w:t>
            </w:r>
            <w:r w:rsidRPr="00434DA7">
              <w:rPr>
                <w:b w:val="0"/>
                <w:bCs w:val="0"/>
              </w:rPr>
              <w:t>ibu</w:t>
            </w:r>
            <w:r w:rsidRPr="00434DA7">
              <w:rPr>
                <w:b w:val="0"/>
                <w:bCs w:val="0"/>
                <w:spacing w:val="3"/>
              </w:rPr>
              <w:t xml:space="preserve"> </w:t>
            </w:r>
            <w:r w:rsidRPr="00434DA7">
              <w:rPr>
                <w:b w:val="0"/>
                <w:bCs w:val="0"/>
              </w:rPr>
              <w:t>(tetangga)</w:t>
            </w:r>
            <w:r w:rsidRPr="00434DA7">
              <w:rPr>
                <w:b w:val="0"/>
                <w:bCs w:val="0"/>
                <w:spacing w:val="5"/>
              </w:rPr>
              <w:t xml:space="preserve"> </w:t>
            </w:r>
            <w:r w:rsidRPr="00434DA7">
              <w:rPr>
                <w:b w:val="0"/>
                <w:bCs w:val="0"/>
                <w:spacing w:val="-4"/>
              </w:rPr>
              <w:t>yang</w:t>
            </w:r>
          </w:p>
          <w:p w14:paraId="1400284B" w14:textId="77777777" w:rsidR="00547C38" w:rsidRPr="00434DA7" w:rsidRDefault="00547C38" w:rsidP="00547C38">
            <w:pPr>
              <w:pStyle w:val="TOC1"/>
              <w:spacing w:line="242" w:lineRule="auto"/>
              <w:ind w:left="54"/>
              <w:jc w:val="both"/>
              <w:rPr>
                <w:b w:val="0"/>
                <w:bCs w:val="0"/>
              </w:rPr>
            </w:pPr>
            <w:r w:rsidRPr="00434DA7">
              <w:rPr>
                <w:b w:val="0"/>
                <w:bCs w:val="0"/>
              </w:rPr>
              <w:t>telah</w:t>
            </w:r>
            <w:r w:rsidRPr="00434DA7">
              <w:rPr>
                <w:b w:val="0"/>
                <w:bCs w:val="0"/>
                <w:spacing w:val="80"/>
              </w:rPr>
              <w:t xml:space="preserve"> </w:t>
            </w:r>
            <w:r w:rsidRPr="00434DA7">
              <w:rPr>
                <w:b w:val="0"/>
                <w:bCs w:val="0"/>
              </w:rPr>
              <w:t>berhasil</w:t>
            </w:r>
            <w:r w:rsidRPr="00434DA7">
              <w:rPr>
                <w:b w:val="0"/>
                <w:bCs w:val="0"/>
                <w:spacing w:val="80"/>
              </w:rPr>
              <w:t xml:space="preserve"> </w:t>
            </w:r>
            <w:r w:rsidRPr="00434DA7">
              <w:rPr>
                <w:b w:val="0"/>
                <w:bCs w:val="0"/>
              </w:rPr>
              <w:t>menyusui</w:t>
            </w:r>
            <w:r w:rsidRPr="00434DA7">
              <w:rPr>
                <w:b w:val="0"/>
                <w:bCs w:val="0"/>
                <w:spacing w:val="80"/>
              </w:rPr>
              <w:t xml:space="preserve"> </w:t>
            </w:r>
            <w:r w:rsidRPr="00434DA7">
              <w:rPr>
                <w:b w:val="0"/>
                <w:bCs w:val="0"/>
              </w:rPr>
              <w:t>bayi</w:t>
            </w:r>
            <w:r w:rsidRPr="00434DA7">
              <w:rPr>
                <w:b w:val="0"/>
                <w:bCs w:val="0"/>
                <w:spacing w:val="80"/>
              </w:rPr>
              <w:t xml:space="preserve"> </w:t>
            </w:r>
            <w:r w:rsidRPr="00434DA7">
              <w:rPr>
                <w:b w:val="0"/>
                <w:bCs w:val="0"/>
              </w:rPr>
              <w:t>selama</w:t>
            </w:r>
            <w:r w:rsidRPr="00434DA7">
              <w:rPr>
                <w:b w:val="0"/>
                <w:bCs w:val="0"/>
                <w:spacing w:val="80"/>
              </w:rPr>
              <w:t xml:space="preserve"> </w:t>
            </w:r>
            <w:r w:rsidRPr="00434DA7">
              <w:rPr>
                <w:b w:val="0"/>
                <w:bCs w:val="0"/>
              </w:rPr>
              <w:t>enam</w:t>
            </w:r>
            <w:r w:rsidRPr="00434DA7">
              <w:rPr>
                <w:b w:val="0"/>
                <w:bCs w:val="0"/>
                <w:spacing w:val="80"/>
              </w:rPr>
              <w:t xml:space="preserve"> </w:t>
            </w:r>
            <w:r w:rsidRPr="00434DA7">
              <w:rPr>
                <w:b w:val="0"/>
                <w:bCs w:val="0"/>
              </w:rPr>
              <w:t xml:space="preserve">bulan </w:t>
            </w:r>
            <w:r w:rsidRPr="00434DA7">
              <w:rPr>
                <w:b w:val="0"/>
                <w:bCs w:val="0"/>
                <w:spacing w:val="-2"/>
              </w:rPr>
              <w:t>pertama.</w:t>
            </w:r>
          </w:p>
        </w:tc>
        <w:tc>
          <w:tcPr>
            <w:tcW w:w="567" w:type="dxa"/>
          </w:tcPr>
          <w:p w14:paraId="65167280" w14:textId="77777777" w:rsidR="00547C38" w:rsidRPr="00434DA7" w:rsidRDefault="00547C38" w:rsidP="00547C38">
            <w:pPr>
              <w:pStyle w:val="TOC1"/>
              <w:jc w:val="both"/>
              <w:rPr>
                <w:b w:val="0"/>
                <w:bCs w:val="0"/>
              </w:rPr>
            </w:pPr>
          </w:p>
        </w:tc>
        <w:tc>
          <w:tcPr>
            <w:tcW w:w="567" w:type="dxa"/>
          </w:tcPr>
          <w:p w14:paraId="29338D9D" w14:textId="77777777" w:rsidR="00547C38" w:rsidRPr="00434DA7" w:rsidRDefault="00547C38" w:rsidP="00547C38">
            <w:pPr>
              <w:pStyle w:val="TOC1"/>
              <w:jc w:val="both"/>
              <w:rPr>
                <w:b w:val="0"/>
                <w:bCs w:val="0"/>
              </w:rPr>
            </w:pPr>
          </w:p>
        </w:tc>
        <w:tc>
          <w:tcPr>
            <w:tcW w:w="567" w:type="dxa"/>
          </w:tcPr>
          <w:p w14:paraId="39CC9634" w14:textId="77777777" w:rsidR="00547C38" w:rsidRPr="00434DA7" w:rsidRDefault="00547C38" w:rsidP="00547C38">
            <w:pPr>
              <w:pStyle w:val="TOC1"/>
              <w:jc w:val="both"/>
              <w:rPr>
                <w:b w:val="0"/>
                <w:bCs w:val="0"/>
              </w:rPr>
            </w:pPr>
          </w:p>
        </w:tc>
        <w:tc>
          <w:tcPr>
            <w:tcW w:w="425" w:type="dxa"/>
          </w:tcPr>
          <w:p w14:paraId="78AB1E61" w14:textId="77777777" w:rsidR="00547C38" w:rsidRPr="00434DA7" w:rsidRDefault="00547C38" w:rsidP="00547C38">
            <w:pPr>
              <w:pStyle w:val="TOC1"/>
              <w:jc w:val="both"/>
              <w:rPr>
                <w:b w:val="0"/>
                <w:bCs w:val="0"/>
              </w:rPr>
            </w:pPr>
          </w:p>
        </w:tc>
        <w:tc>
          <w:tcPr>
            <w:tcW w:w="567" w:type="dxa"/>
          </w:tcPr>
          <w:p w14:paraId="57B9791B" w14:textId="77777777" w:rsidR="00547C38" w:rsidRPr="00434DA7" w:rsidRDefault="00547C38" w:rsidP="00547C38">
            <w:pPr>
              <w:pStyle w:val="TOC1"/>
              <w:jc w:val="both"/>
              <w:rPr>
                <w:b w:val="0"/>
                <w:bCs w:val="0"/>
              </w:rPr>
            </w:pPr>
          </w:p>
        </w:tc>
      </w:tr>
      <w:tr w:rsidR="00547C38" w:rsidRPr="00434DA7" w14:paraId="220195A0" w14:textId="77777777" w:rsidTr="00365C4A">
        <w:trPr>
          <w:trHeight w:val="762"/>
        </w:trPr>
        <w:tc>
          <w:tcPr>
            <w:tcW w:w="567" w:type="dxa"/>
          </w:tcPr>
          <w:p w14:paraId="097DD57F" w14:textId="77777777" w:rsidR="00547C38" w:rsidRPr="00434DA7" w:rsidRDefault="00547C38" w:rsidP="00547C38">
            <w:pPr>
              <w:pStyle w:val="TOC1"/>
              <w:ind w:left="10"/>
              <w:jc w:val="center"/>
              <w:rPr>
                <w:b w:val="0"/>
                <w:bCs w:val="0"/>
                <w:spacing w:val="-5"/>
              </w:rPr>
            </w:pPr>
            <w:r w:rsidRPr="00434DA7">
              <w:rPr>
                <w:b w:val="0"/>
                <w:bCs w:val="0"/>
                <w:spacing w:val="-5"/>
              </w:rPr>
              <w:t>33.</w:t>
            </w:r>
          </w:p>
        </w:tc>
        <w:tc>
          <w:tcPr>
            <w:tcW w:w="4248" w:type="dxa"/>
          </w:tcPr>
          <w:p w14:paraId="3B741AF7" w14:textId="77777777" w:rsidR="00547C38" w:rsidRPr="00434DA7" w:rsidRDefault="00547C38" w:rsidP="00547C38">
            <w:pPr>
              <w:pStyle w:val="TOC1"/>
              <w:tabs>
                <w:tab w:val="left" w:pos="2214"/>
                <w:tab w:val="left" w:pos="3409"/>
                <w:tab w:val="left" w:pos="4153"/>
              </w:tabs>
              <w:spacing w:line="222" w:lineRule="exact"/>
              <w:ind w:left="54"/>
              <w:jc w:val="both"/>
              <w:rPr>
                <w:b w:val="0"/>
                <w:bCs w:val="0"/>
              </w:rPr>
            </w:pPr>
            <w:r w:rsidRPr="00434DA7">
              <w:rPr>
                <w:b w:val="0"/>
                <w:bCs w:val="0"/>
              </w:rPr>
              <w:t>Keluarga</w:t>
            </w:r>
            <w:r w:rsidRPr="00434DA7">
              <w:rPr>
                <w:b w:val="0"/>
                <w:bCs w:val="0"/>
                <w:spacing w:val="-1"/>
              </w:rPr>
              <w:t xml:space="preserve"> </w:t>
            </w:r>
            <w:r w:rsidRPr="00434DA7">
              <w:rPr>
                <w:b w:val="0"/>
                <w:bCs w:val="0"/>
                <w:spacing w:val="-2"/>
              </w:rPr>
              <w:t>memberikan</w:t>
            </w:r>
            <w:r w:rsidRPr="00434DA7">
              <w:rPr>
                <w:b w:val="0"/>
                <w:bCs w:val="0"/>
              </w:rPr>
              <w:tab/>
            </w:r>
            <w:r w:rsidRPr="00434DA7">
              <w:rPr>
                <w:b w:val="0"/>
                <w:bCs w:val="0"/>
                <w:spacing w:val="-2"/>
              </w:rPr>
              <w:t>pengertian</w:t>
            </w:r>
            <w:r w:rsidRPr="00434DA7">
              <w:rPr>
                <w:b w:val="0"/>
                <w:bCs w:val="0"/>
              </w:rPr>
              <w:tab/>
            </w:r>
            <w:r w:rsidRPr="00434DA7">
              <w:rPr>
                <w:b w:val="0"/>
                <w:bCs w:val="0"/>
                <w:spacing w:val="-4"/>
              </w:rPr>
              <w:t>yang</w:t>
            </w:r>
            <w:r w:rsidRPr="00434DA7">
              <w:rPr>
                <w:b w:val="0"/>
                <w:bCs w:val="0"/>
              </w:rPr>
              <w:tab/>
            </w:r>
            <w:r w:rsidRPr="00434DA7">
              <w:rPr>
                <w:b w:val="0"/>
                <w:bCs w:val="0"/>
                <w:spacing w:val="-4"/>
              </w:rPr>
              <w:t>jelas</w:t>
            </w:r>
          </w:p>
          <w:p w14:paraId="703B530D" w14:textId="77777777" w:rsidR="00547C38" w:rsidRPr="00434DA7" w:rsidRDefault="00547C38" w:rsidP="00547C38">
            <w:pPr>
              <w:pStyle w:val="TOC1"/>
              <w:spacing w:line="242" w:lineRule="auto"/>
              <w:ind w:left="54"/>
              <w:jc w:val="both"/>
              <w:rPr>
                <w:b w:val="0"/>
                <w:bCs w:val="0"/>
              </w:rPr>
            </w:pPr>
            <w:r w:rsidRPr="00434DA7">
              <w:rPr>
                <w:b w:val="0"/>
                <w:bCs w:val="0"/>
              </w:rPr>
              <w:t>mengenai</w:t>
            </w:r>
            <w:r w:rsidRPr="00434DA7">
              <w:rPr>
                <w:b w:val="0"/>
                <w:bCs w:val="0"/>
                <w:spacing w:val="40"/>
              </w:rPr>
              <w:t xml:space="preserve"> </w:t>
            </w:r>
            <w:r w:rsidRPr="00434DA7">
              <w:rPr>
                <w:b w:val="0"/>
                <w:bCs w:val="0"/>
              </w:rPr>
              <w:t>permasalahan</w:t>
            </w:r>
            <w:r w:rsidRPr="00434DA7">
              <w:rPr>
                <w:b w:val="0"/>
                <w:bCs w:val="0"/>
                <w:spacing w:val="40"/>
              </w:rPr>
              <w:t xml:space="preserve"> </w:t>
            </w:r>
            <w:r w:rsidRPr="00434DA7">
              <w:rPr>
                <w:b w:val="0"/>
                <w:bCs w:val="0"/>
              </w:rPr>
              <w:t>menyusui</w:t>
            </w:r>
            <w:r w:rsidRPr="00434DA7">
              <w:rPr>
                <w:b w:val="0"/>
                <w:bCs w:val="0"/>
                <w:spacing w:val="40"/>
              </w:rPr>
              <w:t xml:space="preserve"> </w:t>
            </w:r>
            <w:r w:rsidRPr="00434DA7">
              <w:rPr>
                <w:b w:val="0"/>
                <w:bCs w:val="0"/>
              </w:rPr>
              <w:t>yang</w:t>
            </w:r>
            <w:r w:rsidRPr="00434DA7">
              <w:rPr>
                <w:b w:val="0"/>
                <w:bCs w:val="0"/>
                <w:spacing w:val="40"/>
              </w:rPr>
              <w:t xml:space="preserve"> </w:t>
            </w:r>
            <w:r w:rsidRPr="00434DA7">
              <w:rPr>
                <w:b w:val="0"/>
                <w:bCs w:val="0"/>
              </w:rPr>
              <w:t xml:space="preserve">dikeluhkan </w:t>
            </w:r>
            <w:r w:rsidRPr="00434DA7">
              <w:rPr>
                <w:b w:val="0"/>
                <w:bCs w:val="0"/>
                <w:spacing w:val="-4"/>
              </w:rPr>
              <w:t>ibu.</w:t>
            </w:r>
          </w:p>
        </w:tc>
        <w:tc>
          <w:tcPr>
            <w:tcW w:w="567" w:type="dxa"/>
          </w:tcPr>
          <w:p w14:paraId="2EEE0FA9" w14:textId="77777777" w:rsidR="00547C38" w:rsidRPr="00434DA7" w:rsidRDefault="00547C38" w:rsidP="00547C38">
            <w:pPr>
              <w:pStyle w:val="TOC1"/>
              <w:jc w:val="both"/>
              <w:rPr>
                <w:b w:val="0"/>
                <w:bCs w:val="0"/>
              </w:rPr>
            </w:pPr>
          </w:p>
        </w:tc>
        <w:tc>
          <w:tcPr>
            <w:tcW w:w="567" w:type="dxa"/>
          </w:tcPr>
          <w:p w14:paraId="7DDB9CA2" w14:textId="77777777" w:rsidR="00547C38" w:rsidRPr="00434DA7" w:rsidRDefault="00547C38" w:rsidP="00547C38">
            <w:pPr>
              <w:pStyle w:val="TOC1"/>
              <w:jc w:val="both"/>
              <w:rPr>
                <w:b w:val="0"/>
                <w:bCs w:val="0"/>
              </w:rPr>
            </w:pPr>
          </w:p>
        </w:tc>
        <w:tc>
          <w:tcPr>
            <w:tcW w:w="567" w:type="dxa"/>
          </w:tcPr>
          <w:p w14:paraId="6D14F5AD" w14:textId="77777777" w:rsidR="00547C38" w:rsidRPr="00434DA7" w:rsidRDefault="00547C38" w:rsidP="00547C38">
            <w:pPr>
              <w:pStyle w:val="TOC1"/>
              <w:jc w:val="both"/>
              <w:rPr>
                <w:b w:val="0"/>
                <w:bCs w:val="0"/>
              </w:rPr>
            </w:pPr>
          </w:p>
        </w:tc>
        <w:tc>
          <w:tcPr>
            <w:tcW w:w="425" w:type="dxa"/>
          </w:tcPr>
          <w:p w14:paraId="5821CD61" w14:textId="77777777" w:rsidR="00547C38" w:rsidRPr="00434DA7" w:rsidRDefault="00547C38" w:rsidP="00547C38">
            <w:pPr>
              <w:pStyle w:val="TOC1"/>
              <w:jc w:val="both"/>
              <w:rPr>
                <w:b w:val="0"/>
                <w:bCs w:val="0"/>
              </w:rPr>
            </w:pPr>
          </w:p>
        </w:tc>
        <w:tc>
          <w:tcPr>
            <w:tcW w:w="567" w:type="dxa"/>
          </w:tcPr>
          <w:p w14:paraId="23D0F2DC" w14:textId="77777777" w:rsidR="00547C38" w:rsidRPr="00434DA7" w:rsidRDefault="00547C38" w:rsidP="00547C38">
            <w:pPr>
              <w:pStyle w:val="TOC1"/>
              <w:jc w:val="both"/>
              <w:rPr>
                <w:b w:val="0"/>
                <w:bCs w:val="0"/>
              </w:rPr>
            </w:pPr>
          </w:p>
        </w:tc>
      </w:tr>
      <w:tr w:rsidR="00547C38" w:rsidRPr="00434DA7" w14:paraId="41455256" w14:textId="77777777" w:rsidTr="00365C4A">
        <w:trPr>
          <w:trHeight w:val="762"/>
        </w:trPr>
        <w:tc>
          <w:tcPr>
            <w:tcW w:w="567" w:type="dxa"/>
          </w:tcPr>
          <w:p w14:paraId="31D5DB57" w14:textId="77777777" w:rsidR="00547C38" w:rsidRPr="00434DA7" w:rsidRDefault="00547C38" w:rsidP="00547C38">
            <w:pPr>
              <w:pStyle w:val="TOC1"/>
              <w:ind w:left="10"/>
              <w:jc w:val="center"/>
              <w:rPr>
                <w:b w:val="0"/>
                <w:bCs w:val="0"/>
                <w:spacing w:val="-5"/>
              </w:rPr>
            </w:pPr>
            <w:r w:rsidRPr="00434DA7">
              <w:rPr>
                <w:b w:val="0"/>
                <w:bCs w:val="0"/>
                <w:spacing w:val="-5"/>
              </w:rPr>
              <w:t>34.</w:t>
            </w:r>
          </w:p>
        </w:tc>
        <w:tc>
          <w:tcPr>
            <w:tcW w:w="4248" w:type="dxa"/>
          </w:tcPr>
          <w:p w14:paraId="744C65A1" w14:textId="77777777" w:rsidR="00547C38" w:rsidRPr="00434DA7" w:rsidRDefault="00547C38" w:rsidP="00547C38">
            <w:pPr>
              <w:pStyle w:val="TOC1"/>
              <w:tabs>
                <w:tab w:val="left" w:pos="2214"/>
                <w:tab w:val="left" w:pos="3409"/>
                <w:tab w:val="left" w:pos="4153"/>
              </w:tabs>
              <w:spacing w:line="222" w:lineRule="exact"/>
              <w:ind w:left="54"/>
              <w:jc w:val="both"/>
              <w:rPr>
                <w:b w:val="0"/>
                <w:bCs w:val="0"/>
              </w:rPr>
            </w:pPr>
            <w:r w:rsidRPr="00434DA7">
              <w:rPr>
                <w:b w:val="0"/>
                <w:bCs w:val="0"/>
                <w:spacing w:val="-2"/>
              </w:rPr>
              <w:t xml:space="preserve">Keluarga tidak memberikan dukungan terhadap </w:t>
            </w:r>
            <w:r w:rsidRPr="00434DA7">
              <w:rPr>
                <w:b w:val="0"/>
                <w:bCs w:val="0"/>
              </w:rPr>
              <w:t>keputusan ibu untuk menyusui bayi.</w:t>
            </w:r>
          </w:p>
        </w:tc>
        <w:tc>
          <w:tcPr>
            <w:tcW w:w="567" w:type="dxa"/>
          </w:tcPr>
          <w:p w14:paraId="31E3C734" w14:textId="77777777" w:rsidR="00547C38" w:rsidRPr="00434DA7" w:rsidRDefault="00547C38" w:rsidP="00547C38">
            <w:pPr>
              <w:pStyle w:val="TOC1"/>
              <w:jc w:val="both"/>
              <w:rPr>
                <w:b w:val="0"/>
                <w:bCs w:val="0"/>
              </w:rPr>
            </w:pPr>
          </w:p>
        </w:tc>
        <w:tc>
          <w:tcPr>
            <w:tcW w:w="567" w:type="dxa"/>
          </w:tcPr>
          <w:p w14:paraId="0A5DD728" w14:textId="77777777" w:rsidR="00547C38" w:rsidRPr="00434DA7" w:rsidRDefault="00547C38" w:rsidP="00547C38">
            <w:pPr>
              <w:pStyle w:val="TOC1"/>
              <w:jc w:val="both"/>
              <w:rPr>
                <w:b w:val="0"/>
                <w:bCs w:val="0"/>
              </w:rPr>
            </w:pPr>
          </w:p>
        </w:tc>
        <w:tc>
          <w:tcPr>
            <w:tcW w:w="567" w:type="dxa"/>
          </w:tcPr>
          <w:p w14:paraId="4D13D506" w14:textId="77777777" w:rsidR="00547C38" w:rsidRPr="00434DA7" w:rsidRDefault="00547C38" w:rsidP="00547C38">
            <w:pPr>
              <w:pStyle w:val="TOC1"/>
              <w:jc w:val="both"/>
              <w:rPr>
                <w:b w:val="0"/>
                <w:bCs w:val="0"/>
              </w:rPr>
            </w:pPr>
          </w:p>
        </w:tc>
        <w:tc>
          <w:tcPr>
            <w:tcW w:w="425" w:type="dxa"/>
          </w:tcPr>
          <w:p w14:paraId="0CE02990" w14:textId="77777777" w:rsidR="00547C38" w:rsidRPr="00434DA7" w:rsidRDefault="00547C38" w:rsidP="00547C38">
            <w:pPr>
              <w:pStyle w:val="TOC1"/>
              <w:jc w:val="both"/>
              <w:rPr>
                <w:b w:val="0"/>
                <w:bCs w:val="0"/>
              </w:rPr>
            </w:pPr>
          </w:p>
        </w:tc>
        <w:tc>
          <w:tcPr>
            <w:tcW w:w="567" w:type="dxa"/>
          </w:tcPr>
          <w:p w14:paraId="0EA73FC0" w14:textId="77777777" w:rsidR="00547C38" w:rsidRPr="00434DA7" w:rsidRDefault="00547C38" w:rsidP="00547C38">
            <w:pPr>
              <w:pStyle w:val="TOC1"/>
              <w:jc w:val="both"/>
              <w:rPr>
                <w:b w:val="0"/>
                <w:bCs w:val="0"/>
              </w:rPr>
            </w:pPr>
          </w:p>
        </w:tc>
      </w:tr>
    </w:tbl>
    <w:p w14:paraId="120267B6" w14:textId="77777777" w:rsidR="00547C38" w:rsidRPr="00145753" w:rsidRDefault="00547C38" w:rsidP="00547C38">
      <w:pPr>
        <w:rPr>
          <w:rFonts w:ascii="Arial" w:hAnsi="Arial" w:cs="Arial"/>
          <w:b/>
          <w:bCs/>
        </w:rPr>
      </w:pPr>
    </w:p>
    <w:p w14:paraId="298A3888" w14:textId="77777777" w:rsidR="00547C38" w:rsidRPr="00145753" w:rsidRDefault="00547C38" w:rsidP="00547C38">
      <w:pPr>
        <w:rPr>
          <w:rFonts w:ascii="Arial" w:hAnsi="Arial" w:cs="Arial"/>
          <w:b/>
          <w:bCs/>
        </w:rPr>
      </w:pPr>
    </w:p>
    <w:p w14:paraId="53CECBD2" w14:textId="77777777" w:rsidR="00547C38" w:rsidRPr="00145753" w:rsidRDefault="00547C38" w:rsidP="00547C38">
      <w:pPr>
        <w:rPr>
          <w:rFonts w:ascii="Arial" w:hAnsi="Arial" w:cs="Arial"/>
          <w:b/>
          <w:bCs/>
        </w:rPr>
      </w:pPr>
    </w:p>
    <w:p w14:paraId="7E293E6C" w14:textId="77777777" w:rsidR="00547C38" w:rsidRPr="00145753" w:rsidRDefault="00547C38" w:rsidP="00547C38">
      <w:pPr>
        <w:rPr>
          <w:rFonts w:ascii="Arial" w:hAnsi="Arial" w:cs="Arial"/>
          <w:b/>
          <w:bCs/>
        </w:rPr>
      </w:pPr>
    </w:p>
    <w:p w14:paraId="0BF085FD" w14:textId="77777777" w:rsidR="00547C38" w:rsidRPr="00145753" w:rsidRDefault="00547C38" w:rsidP="00547C38">
      <w:pPr>
        <w:rPr>
          <w:rFonts w:ascii="Arial" w:hAnsi="Arial" w:cs="Arial"/>
          <w:b/>
          <w:bCs/>
        </w:rPr>
      </w:pPr>
    </w:p>
    <w:p w14:paraId="2D23BA25" w14:textId="77777777" w:rsidR="00547C38" w:rsidRPr="00145753" w:rsidRDefault="00547C38" w:rsidP="00547C38">
      <w:pPr>
        <w:rPr>
          <w:rFonts w:ascii="Arial" w:hAnsi="Arial" w:cs="Arial"/>
          <w:b/>
          <w:bCs/>
        </w:rPr>
      </w:pPr>
    </w:p>
    <w:p w14:paraId="43A4B102" w14:textId="77777777" w:rsidR="00547C38" w:rsidRPr="00145753" w:rsidRDefault="00547C38" w:rsidP="00547C38">
      <w:pPr>
        <w:rPr>
          <w:rFonts w:ascii="Arial" w:hAnsi="Arial" w:cs="Arial"/>
          <w:b/>
          <w:bCs/>
        </w:rPr>
      </w:pPr>
    </w:p>
    <w:p w14:paraId="256C6922" w14:textId="77777777" w:rsidR="00547C38" w:rsidRPr="00145753" w:rsidRDefault="00547C38" w:rsidP="00547C38">
      <w:pPr>
        <w:rPr>
          <w:rFonts w:ascii="Arial" w:hAnsi="Arial" w:cs="Arial"/>
          <w:b/>
          <w:bCs/>
        </w:rPr>
      </w:pPr>
    </w:p>
    <w:p w14:paraId="5A4B8573" w14:textId="77777777" w:rsidR="00547C38" w:rsidRPr="00145753" w:rsidRDefault="00547C38" w:rsidP="00547C38">
      <w:pPr>
        <w:rPr>
          <w:rFonts w:ascii="Arial" w:hAnsi="Arial" w:cs="Arial"/>
          <w:b/>
          <w:bCs/>
        </w:rPr>
      </w:pPr>
    </w:p>
    <w:p w14:paraId="4FDD13DA" w14:textId="77777777" w:rsidR="00547C38" w:rsidRPr="00145753" w:rsidRDefault="00547C38" w:rsidP="00547C38">
      <w:pPr>
        <w:rPr>
          <w:rFonts w:ascii="Arial" w:hAnsi="Arial" w:cs="Arial"/>
          <w:b/>
          <w:bCs/>
        </w:rPr>
      </w:pPr>
    </w:p>
    <w:p w14:paraId="552CC439" w14:textId="77777777" w:rsidR="00547C38" w:rsidRPr="00145753" w:rsidRDefault="00547C38" w:rsidP="00547C38">
      <w:pPr>
        <w:rPr>
          <w:rFonts w:ascii="Arial" w:hAnsi="Arial" w:cs="Arial"/>
          <w:b/>
          <w:bCs/>
        </w:rPr>
      </w:pPr>
    </w:p>
    <w:p w14:paraId="4BD1D3E7" w14:textId="77777777" w:rsidR="00547C38" w:rsidRPr="00145753" w:rsidRDefault="00547C38" w:rsidP="00547C38">
      <w:pPr>
        <w:rPr>
          <w:rFonts w:ascii="Arial" w:hAnsi="Arial" w:cs="Arial"/>
          <w:b/>
          <w:bCs/>
        </w:rPr>
      </w:pPr>
    </w:p>
    <w:p w14:paraId="68076293" w14:textId="77777777" w:rsidR="00547C38" w:rsidRPr="00145753" w:rsidRDefault="00547C38" w:rsidP="00547C38">
      <w:pPr>
        <w:rPr>
          <w:rFonts w:ascii="Arial" w:hAnsi="Arial" w:cs="Arial"/>
          <w:b/>
          <w:bCs/>
        </w:rPr>
      </w:pPr>
    </w:p>
    <w:p w14:paraId="63FA436F" w14:textId="77777777" w:rsidR="00547C38" w:rsidRPr="00145753" w:rsidRDefault="00547C38" w:rsidP="00547C38">
      <w:pPr>
        <w:rPr>
          <w:rFonts w:ascii="Arial" w:hAnsi="Arial" w:cs="Arial"/>
          <w:b/>
          <w:bCs/>
        </w:rPr>
      </w:pPr>
    </w:p>
    <w:p w14:paraId="184B9FB9" w14:textId="77777777" w:rsidR="00547C38" w:rsidRPr="00145753" w:rsidRDefault="00547C38" w:rsidP="00547C38">
      <w:pPr>
        <w:rPr>
          <w:rFonts w:ascii="Arial" w:hAnsi="Arial" w:cs="Arial"/>
          <w:b/>
          <w:bCs/>
        </w:rPr>
      </w:pPr>
    </w:p>
    <w:p w14:paraId="011CE433" w14:textId="77777777" w:rsidR="00547C38" w:rsidRPr="00145753" w:rsidRDefault="00547C38" w:rsidP="00547C38">
      <w:pPr>
        <w:rPr>
          <w:rFonts w:ascii="Arial" w:hAnsi="Arial" w:cs="Arial"/>
          <w:b/>
          <w:bCs/>
        </w:rPr>
      </w:pPr>
    </w:p>
    <w:p w14:paraId="461C78B1" w14:textId="77777777" w:rsidR="00547C38" w:rsidRPr="00145753" w:rsidRDefault="00547C38" w:rsidP="00547C38">
      <w:pPr>
        <w:rPr>
          <w:rFonts w:ascii="Arial" w:hAnsi="Arial" w:cs="Arial"/>
          <w:b/>
          <w:bCs/>
        </w:rPr>
      </w:pPr>
    </w:p>
    <w:p w14:paraId="6A756488" w14:textId="77777777" w:rsidR="00547C38" w:rsidRPr="00145753" w:rsidRDefault="00547C38" w:rsidP="00547C38">
      <w:pPr>
        <w:rPr>
          <w:rFonts w:ascii="Arial" w:hAnsi="Arial" w:cs="Arial"/>
          <w:b/>
          <w:bCs/>
        </w:rPr>
      </w:pPr>
    </w:p>
    <w:p w14:paraId="44CCF452" w14:textId="77777777" w:rsidR="00547C38" w:rsidRPr="00145753" w:rsidRDefault="00547C38" w:rsidP="00547C38">
      <w:pPr>
        <w:rPr>
          <w:rFonts w:ascii="Arial" w:hAnsi="Arial" w:cs="Arial"/>
          <w:b/>
          <w:bCs/>
        </w:rPr>
      </w:pPr>
    </w:p>
    <w:p w14:paraId="11B8C3F2" w14:textId="77777777" w:rsidR="00547C38" w:rsidRPr="00145753" w:rsidRDefault="00547C38" w:rsidP="00547C38">
      <w:pPr>
        <w:rPr>
          <w:rFonts w:ascii="Arial" w:hAnsi="Arial" w:cs="Arial"/>
          <w:b/>
          <w:bCs/>
        </w:rPr>
      </w:pPr>
    </w:p>
    <w:p w14:paraId="4897EC17" w14:textId="77777777" w:rsidR="00547C38" w:rsidRPr="00145753" w:rsidRDefault="00547C38" w:rsidP="00547C38">
      <w:pPr>
        <w:rPr>
          <w:rFonts w:ascii="Arial" w:hAnsi="Arial" w:cs="Arial"/>
          <w:b/>
          <w:bCs/>
        </w:rPr>
      </w:pPr>
    </w:p>
    <w:p w14:paraId="16288AB8" w14:textId="77777777" w:rsidR="00547C38" w:rsidRPr="00145753" w:rsidRDefault="00547C38" w:rsidP="00547C38">
      <w:pPr>
        <w:rPr>
          <w:rFonts w:ascii="Arial" w:hAnsi="Arial" w:cs="Arial"/>
          <w:b/>
          <w:bCs/>
        </w:rPr>
      </w:pPr>
    </w:p>
    <w:p w14:paraId="3F66A5D2" w14:textId="77777777" w:rsidR="00547B98" w:rsidRPr="00145753" w:rsidRDefault="00547B98" w:rsidP="00547C38">
      <w:pPr>
        <w:tabs>
          <w:tab w:val="left" w:pos="877"/>
        </w:tabs>
        <w:rPr>
          <w:rFonts w:ascii="Arial" w:hAnsi="Arial" w:cs="Arial"/>
        </w:rPr>
      </w:pPr>
    </w:p>
    <w:p w14:paraId="09DFEF5C" w14:textId="77777777" w:rsidR="00145753" w:rsidRPr="00145753" w:rsidRDefault="00145753" w:rsidP="00547C38">
      <w:pPr>
        <w:tabs>
          <w:tab w:val="left" w:pos="877"/>
        </w:tabs>
        <w:rPr>
          <w:rFonts w:ascii="Arial" w:hAnsi="Arial" w:cs="Arial"/>
        </w:rPr>
      </w:pPr>
    </w:p>
    <w:p w14:paraId="4833F3F3" w14:textId="77777777" w:rsidR="00145753" w:rsidRPr="00145753" w:rsidRDefault="00145753" w:rsidP="00547C38">
      <w:pPr>
        <w:tabs>
          <w:tab w:val="left" w:pos="877"/>
        </w:tabs>
        <w:rPr>
          <w:rFonts w:ascii="Arial" w:hAnsi="Arial" w:cs="Arial"/>
        </w:rPr>
      </w:pPr>
    </w:p>
    <w:p w14:paraId="24EC47D0" w14:textId="77777777" w:rsidR="00145753" w:rsidRPr="00145753" w:rsidRDefault="00145753" w:rsidP="00547C38">
      <w:pPr>
        <w:tabs>
          <w:tab w:val="left" w:pos="877"/>
        </w:tabs>
        <w:rPr>
          <w:rFonts w:ascii="Arial" w:hAnsi="Arial" w:cs="Arial"/>
        </w:rPr>
      </w:pPr>
    </w:p>
    <w:p w14:paraId="67262F5A" w14:textId="77777777" w:rsidR="00145753" w:rsidRPr="00145753" w:rsidRDefault="00145753" w:rsidP="00547C38">
      <w:pPr>
        <w:tabs>
          <w:tab w:val="left" w:pos="877"/>
        </w:tabs>
        <w:rPr>
          <w:rFonts w:ascii="Arial" w:hAnsi="Arial" w:cs="Arial"/>
        </w:rPr>
      </w:pPr>
    </w:p>
    <w:p w14:paraId="76606040" w14:textId="11857F09" w:rsidR="00145753" w:rsidRDefault="00145753" w:rsidP="00145753">
      <w:pPr>
        <w:tabs>
          <w:tab w:val="left" w:pos="877"/>
        </w:tabs>
        <w:rPr>
          <w:rFonts w:ascii="Arial" w:hAnsi="Arial" w:cs="Arial"/>
          <w:b/>
          <w:bCs/>
        </w:rPr>
      </w:pPr>
      <w:r w:rsidRPr="00145753">
        <w:rPr>
          <w:rFonts w:ascii="Arial" w:hAnsi="Arial" w:cs="Arial"/>
          <w:b/>
          <w:bCs/>
        </w:rPr>
        <w:tab/>
        <w:t xml:space="preserve">   </w:t>
      </w:r>
    </w:p>
    <w:p w14:paraId="7B677E08" w14:textId="4C5B02A0" w:rsidR="00FF099C" w:rsidRDefault="00FF099C" w:rsidP="00145753">
      <w:pPr>
        <w:tabs>
          <w:tab w:val="left" w:pos="877"/>
        </w:tabs>
        <w:rPr>
          <w:rFonts w:ascii="Arial" w:hAnsi="Arial" w:cs="Arial"/>
          <w:b/>
          <w:bCs/>
        </w:rPr>
      </w:pPr>
    </w:p>
    <w:p w14:paraId="5A808891" w14:textId="100417B8" w:rsidR="00FF099C" w:rsidRDefault="00FF099C" w:rsidP="00145753">
      <w:pPr>
        <w:tabs>
          <w:tab w:val="left" w:pos="877"/>
        </w:tabs>
        <w:rPr>
          <w:rFonts w:ascii="Arial" w:hAnsi="Arial" w:cs="Arial"/>
          <w:b/>
          <w:bCs/>
        </w:rPr>
      </w:pPr>
    </w:p>
    <w:p w14:paraId="080E96AF" w14:textId="32B76AD4" w:rsidR="00FF099C" w:rsidRDefault="00FF099C" w:rsidP="00145753">
      <w:pPr>
        <w:tabs>
          <w:tab w:val="left" w:pos="877"/>
        </w:tabs>
        <w:rPr>
          <w:rFonts w:ascii="Arial" w:hAnsi="Arial" w:cs="Arial"/>
          <w:b/>
          <w:bCs/>
        </w:rPr>
      </w:pPr>
    </w:p>
    <w:p w14:paraId="418A03C8" w14:textId="66BFF568" w:rsidR="00FF099C" w:rsidRDefault="00FF099C" w:rsidP="00145753">
      <w:pPr>
        <w:tabs>
          <w:tab w:val="left" w:pos="877"/>
        </w:tabs>
        <w:rPr>
          <w:rFonts w:ascii="Arial" w:hAnsi="Arial" w:cs="Arial"/>
          <w:b/>
          <w:bCs/>
        </w:rPr>
      </w:pPr>
    </w:p>
    <w:p w14:paraId="6D368A3E" w14:textId="60626934" w:rsidR="00FF099C" w:rsidRDefault="00FF099C" w:rsidP="00145753">
      <w:pPr>
        <w:tabs>
          <w:tab w:val="left" w:pos="877"/>
        </w:tabs>
        <w:rPr>
          <w:rFonts w:ascii="Arial" w:hAnsi="Arial" w:cs="Arial"/>
          <w:b/>
          <w:bCs/>
        </w:rPr>
      </w:pPr>
    </w:p>
    <w:p w14:paraId="3A6AD352" w14:textId="2F39CC0E" w:rsidR="00FF099C" w:rsidRDefault="00FF099C" w:rsidP="00145753">
      <w:pPr>
        <w:tabs>
          <w:tab w:val="left" w:pos="877"/>
        </w:tabs>
        <w:rPr>
          <w:rFonts w:ascii="Arial" w:hAnsi="Arial" w:cs="Arial"/>
          <w:b/>
          <w:bCs/>
        </w:rPr>
      </w:pPr>
    </w:p>
    <w:p w14:paraId="5755F1B4" w14:textId="17265E36" w:rsidR="00FF099C" w:rsidRDefault="00FF099C" w:rsidP="00145753">
      <w:pPr>
        <w:tabs>
          <w:tab w:val="left" w:pos="877"/>
        </w:tabs>
        <w:rPr>
          <w:rFonts w:ascii="Arial" w:hAnsi="Arial" w:cs="Arial"/>
          <w:b/>
          <w:bCs/>
        </w:rPr>
      </w:pPr>
    </w:p>
    <w:p w14:paraId="35F8EC99" w14:textId="29997F27" w:rsidR="00FF099C" w:rsidRDefault="00FF099C" w:rsidP="00145753">
      <w:pPr>
        <w:tabs>
          <w:tab w:val="left" w:pos="877"/>
        </w:tabs>
        <w:rPr>
          <w:rFonts w:ascii="Arial" w:hAnsi="Arial" w:cs="Arial"/>
          <w:b/>
          <w:bCs/>
        </w:rPr>
      </w:pPr>
    </w:p>
    <w:p w14:paraId="00AFBF48" w14:textId="7149E4E6" w:rsidR="00FF099C" w:rsidRDefault="00FF099C" w:rsidP="00145753">
      <w:pPr>
        <w:tabs>
          <w:tab w:val="left" w:pos="877"/>
        </w:tabs>
        <w:rPr>
          <w:rFonts w:ascii="Arial" w:hAnsi="Arial" w:cs="Arial"/>
          <w:b/>
          <w:bCs/>
        </w:rPr>
      </w:pPr>
    </w:p>
    <w:p w14:paraId="3ADF5127" w14:textId="24392574" w:rsidR="00FF099C" w:rsidRDefault="00FF099C" w:rsidP="00145753">
      <w:pPr>
        <w:tabs>
          <w:tab w:val="left" w:pos="877"/>
        </w:tabs>
        <w:rPr>
          <w:rFonts w:ascii="Arial" w:hAnsi="Arial" w:cs="Arial"/>
          <w:b/>
          <w:bCs/>
        </w:rPr>
      </w:pPr>
    </w:p>
    <w:p w14:paraId="3F5E9647" w14:textId="1E5FE0FF" w:rsidR="00FF099C" w:rsidRPr="00434DA7" w:rsidRDefault="00434DA7" w:rsidP="00434DA7">
      <w:pPr>
        <w:tabs>
          <w:tab w:val="left" w:pos="877"/>
        </w:tabs>
        <w:ind w:firstLine="1134"/>
        <w:rPr>
          <w:rFonts w:ascii="Arial" w:hAnsi="Arial" w:cs="Arial"/>
          <w:b/>
          <w:bCs/>
          <w:lang w:val="en-US"/>
        </w:rPr>
      </w:pPr>
      <w:r>
        <w:rPr>
          <w:rFonts w:ascii="Arial" w:hAnsi="Arial" w:cs="Arial"/>
          <w:b/>
          <w:bCs/>
          <w:lang w:val="en-US"/>
        </w:rPr>
        <w:t>Putri Kinasih (2017)</w:t>
      </w:r>
    </w:p>
    <w:p w14:paraId="6DCD5813" w14:textId="79B8C710" w:rsidR="00FF099C" w:rsidRDefault="00FF099C" w:rsidP="00145753">
      <w:pPr>
        <w:tabs>
          <w:tab w:val="left" w:pos="877"/>
        </w:tabs>
        <w:rPr>
          <w:rFonts w:ascii="Arial" w:hAnsi="Arial" w:cs="Arial"/>
          <w:b/>
          <w:bCs/>
        </w:rPr>
      </w:pPr>
    </w:p>
    <w:p w14:paraId="40B99BE3" w14:textId="2B9E1CAC" w:rsidR="00FF099C" w:rsidRDefault="00FF099C" w:rsidP="00145753">
      <w:pPr>
        <w:tabs>
          <w:tab w:val="left" w:pos="877"/>
        </w:tabs>
        <w:rPr>
          <w:rFonts w:ascii="Arial" w:hAnsi="Arial" w:cs="Arial"/>
          <w:b/>
          <w:bCs/>
        </w:rPr>
      </w:pPr>
    </w:p>
    <w:p w14:paraId="6BBEB7B7" w14:textId="0E9AE164" w:rsidR="00FF099C" w:rsidRDefault="00FF099C" w:rsidP="00145753">
      <w:pPr>
        <w:tabs>
          <w:tab w:val="left" w:pos="877"/>
        </w:tabs>
        <w:rPr>
          <w:rFonts w:ascii="Arial" w:hAnsi="Arial" w:cs="Arial"/>
          <w:b/>
          <w:bCs/>
        </w:rPr>
      </w:pPr>
    </w:p>
    <w:p w14:paraId="66C5812F" w14:textId="41F9C955" w:rsidR="00FF099C" w:rsidRDefault="00FF099C" w:rsidP="00145753">
      <w:pPr>
        <w:tabs>
          <w:tab w:val="left" w:pos="877"/>
        </w:tabs>
        <w:rPr>
          <w:rFonts w:ascii="Arial" w:hAnsi="Arial" w:cs="Arial"/>
          <w:b/>
          <w:bCs/>
        </w:rPr>
      </w:pPr>
    </w:p>
    <w:p w14:paraId="26AD92E1" w14:textId="6BE882C6" w:rsidR="00FF099C" w:rsidRDefault="00FF099C" w:rsidP="00145753">
      <w:pPr>
        <w:tabs>
          <w:tab w:val="left" w:pos="877"/>
        </w:tabs>
        <w:rPr>
          <w:rFonts w:ascii="Arial" w:hAnsi="Arial" w:cs="Arial"/>
          <w:b/>
          <w:bCs/>
        </w:rPr>
      </w:pPr>
    </w:p>
    <w:p w14:paraId="51EDD93E" w14:textId="2CB40E58" w:rsidR="00FF099C" w:rsidRDefault="00FF099C" w:rsidP="00145753">
      <w:pPr>
        <w:tabs>
          <w:tab w:val="left" w:pos="877"/>
        </w:tabs>
        <w:rPr>
          <w:rFonts w:ascii="Arial" w:hAnsi="Arial" w:cs="Arial"/>
          <w:b/>
          <w:bCs/>
        </w:rPr>
      </w:pPr>
    </w:p>
    <w:p w14:paraId="12971240" w14:textId="48A3D147" w:rsidR="00FF099C" w:rsidRDefault="00FF099C" w:rsidP="00145753">
      <w:pPr>
        <w:tabs>
          <w:tab w:val="left" w:pos="877"/>
        </w:tabs>
        <w:rPr>
          <w:rFonts w:ascii="Arial" w:hAnsi="Arial" w:cs="Arial"/>
          <w:b/>
          <w:bCs/>
        </w:rPr>
      </w:pPr>
    </w:p>
    <w:p w14:paraId="4FA07B31" w14:textId="5AA2DDF1" w:rsidR="00FF099C" w:rsidRDefault="00FF099C" w:rsidP="00145753">
      <w:pPr>
        <w:tabs>
          <w:tab w:val="left" w:pos="877"/>
        </w:tabs>
        <w:rPr>
          <w:rFonts w:ascii="Arial" w:hAnsi="Arial" w:cs="Arial"/>
          <w:b/>
          <w:bCs/>
        </w:rPr>
      </w:pPr>
    </w:p>
    <w:p w14:paraId="352949E8" w14:textId="0C051D94" w:rsidR="00FF099C" w:rsidRDefault="00FF099C" w:rsidP="00145753">
      <w:pPr>
        <w:tabs>
          <w:tab w:val="left" w:pos="877"/>
        </w:tabs>
        <w:rPr>
          <w:rFonts w:ascii="Arial" w:hAnsi="Arial" w:cs="Arial"/>
          <w:b/>
          <w:bCs/>
        </w:rPr>
      </w:pPr>
    </w:p>
    <w:p w14:paraId="3B4C7781" w14:textId="7F91674D" w:rsidR="00FF099C" w:rsidRDefault="00FF099C" w:rsidP="00145753">
      <w:pPr>
        <w:tabs>
          <w:tab w:val="left" w:pos="877"/>
        </w:tabs>
        <w:rPr>
          <w:rFonts w:ascii="Arial" w:hAnsi="Arial" w:cs="Arial"/>
          <w:b/>
          <w:bCs/>
        </w:rPr>
      </w:pPr>
    </w:p>
    <w:p w14:paraId="0834F434" w14:textId="728932D9" w:rsidR="00FF099C" w:rsidRDefault="00FF099C" w:rsidP="00145753">
      <w:pPr>
        <w:tabs>
          <w:tab w:val="left" w:pos="877"/>
        </w:tabs>
        <w:rPr>
          <w:rFonts w:ascii="Arial" w:hAnsi="Arial" w:cs="Arial"/>
          <w:b/>
          <w:bCs/>
        </w:rPr>
      </w:pPr>
    </w:p>
    <w:p w14:paraId="1470A55F" w14:textId="4084EEC6" w:rsidR="00FF099C" w:rsidRDefault="00FF099C" w:rsidP="00145753">
      <w:pPr>
        <w:tabs>
          <w:tab w:val="left" w:pos="877"/>
        </w:tabs>
        <w:rPr>
          <w:rFonts w:ascii="Arial" w:hAnsi="Arial" w:cs="Arial"/>
          <w:b/>
          <w:bCs/>
        </w:rPr>
      </w:pPr>
    </w:p>
    <w:p w14:paraId="46C903C9" w14:textId="28A31867" w:rsidR="00FF099C" w:rsidRDefault="00FF099C" w:rsidP="00145753">
      <w:pPr>
        <w:tabs>
          <w:tab w:val="left" w:pos="877"/>
        </w:tabs>
        <w:rPr>
          <w:rFonts w:ascii="Arial" w:hAnsi="Arial" w:cs="Arial"/>
          <w:b/>
          <w:bCs/>
        </w:rPr>
      </w:pPr>
    </w:p>
    <w:p w14:paraId="13EBEDDB" w14:textId="5D109424" w:rsidR="00FF099C" w:rsidRDefault="00FF099C" w:rsidP="00145753">
      <w:pPr>
        <w:tabs>
          <w:tab w:val="left" w:pos="877"/>
        </w:tabs>
        <w:rPr>
          <w:rFonts w:ascii="Arial" w:hAnsi="Arial" w:cs="Arial"/>
          <w:b/>
          <w:bCs/>
        </w:rPr>
      </w:pPr>
    </w:p>
    <w:p w14:paraId="69967174" w14:textId="6A1EC149" w:rsidR="00FF099C" w:rsidRDefault="00FF099C" w:rsidP="00434DA7">
      <w:pPr>
        <w:pStyle w:val="Heading1"/>
        <w:ind w:left="0"/>
        <w:rPr>
          <w:sz w:val="22"/>
          <w:szCs w:val="22"/>
          <w:lang w:val="en-US"/>
        </w:rPr>
      </w:pPr>
      <w:r w:rsidRPr="00FF099C">
        <w:rPr>
          <w:sz w:val="22"/>
          <w:szCs w:val="22"/>
          <w:lang w:val="en-US"/>
        </w:rPr>
        <w:lastRenderedPageBreak/>
        <w:t>Lampiran 4. Master Tabel</w:t>
      </w:r>
    </w:p>
    <w:p w14:paraId="38EA08C7" w14:textId="77777777" w:rsidR="00FF099C" w:rsidRPr="00FF099C" w:rsidRDefault="00FF099C" w:rsidP="00FF099C">
      <w:pPr>
        <w:pStyle w:val="Heading1"/>
        <w:rPr>
          <w:sz w:val="22"/>
          <w:szCs w:val="22"/>
          <w:lang w:val="en-US"/>
        </w:rPr>
      </w:pP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
        <w:gridCol w:w="819"/>
        <w:gridCol w:w="590"/>
        <w:gridCol w:w="799"/>
        <w:gridCol w:w="917"/>
        <w:gridCol w:w="681"/>
        <w:gridCol w:w="832"/>
        <w:gridCol w:w="865"/>
        <w:gridCol w:w="924"/>
        <w:gridCol w:w="832"/>
        <w:gridCol w:w="878"/>
      </w:tblGrid>
      <w:tr w:rsidR="00FF099C" w:rsidRPr="00434DA7" w14:paraId="0F006AE1" w14:textId="77777777" w:rsidTr="00434DA7">
        <w:tc>
          <w:tcPr>
            <w:tcW w:w="924" w:type="dxa"/>
          </w:tcPr>
          <w:p w14:paraId="4B8B5D96" w14:textId="77777777" w:rsidR="00FF099C" w:rsidRPr="00434DA7" w:rsidRDefault="00FF099C" w:rsidP="00434DA7">
            <w:pPr>
              <w:rPr>
                <w:rFonts w:ascii="Arial" w:hAnsi="Arial" w:cs="Arial"/>
                <w:sz w:val="18"/>
                <w:szCs w:val="18"/>
              </w:rPr>
            </w:pPr>
            <w:r w:rsidRPr="00434DA7">
              <w:rPr>
                <w:rFonts w:ascii="Arial" w:hAnsi="Arial" w:cs="Arial"/>
                <w:sz w:val="18"/>
                <w:szCs w:val="18"/>
              </w:rPr>
              <w:t>No</w:t>
            </w:r>
          </w:p>
        </w:tc>
        <w:tc>
          <w:tcPr>
            <w:tcW w:w="763" w:type="dxa"/>
          </w:tcPr>
          <w:p w14:paraId="3C92134B" w14:textId="77777777" w:rsidR="00FF099C" w:rsidRPr="00434DA7" w:rsidRDefault="00FF099C" w:rsidP="00434DA7">
            <w:pPr>
              <w:rPr>
                <w:rFonts w:ascii="Arial" w:hAnsi="Arial" w:cs="Arial"/>
                <w:sz w:val="18"/>
                <w:szCs w:val="18"/>
              </w:rPr>
            </w:pPr>
            <w:r w:rsidRPr="00434DA7">
              <w:rPr>
                <w:rFonts w:ascii="Arial" w:hAnsi="Arial" w:cs="Arial"/>
                <w:sz w:val="18"/>
                <w:szCs w:val="18"/>
              </w:rPr>
              <w:t>Nama Responden</w:t>
            </w:r>
          </w:p>
        </w:tc>
        <w:tc>
          <w:tcPr>
            <w:tcW w:w="555" w:type="dxa"/>
          </w:tcPr>
          <w:p w14:paraId="4AFAE8E1" w14:textId="77777777" w:rsidR="00FF099C" w:rsidRPr="00434DA7" w:rsidRDefault="00FF099C" w:rsidP="00434DA7">
            <w:pPr>
              <w:rPr>
                <w:rFonts w:ascii="Arial" w:hAnsi="Arial" w:cs="Arial"/>
                <w:sz w:val="18"/>
                <w:szCs w:val="18"/>
              </w:rPr>
            </w:pPr>
            <w:r w:rsidRPr="00434DA7">
              <w:rPr>
                <w:rFonts w:ascii="Arial" w:hAnsi="Arial" w:cs="Arial"/>
                <w:sz w:val="18"/>
                <w:szCs w:val="18"/>
              </w:rPr>
              <w:t>Usia (tahun)</w:t>
            </w:r>
          </w:p>
        </w:tc>
        <w:tc>
          <w:tcPr>
            <w:tcW w:w="745" w:type="dxa"/>
          </w:tcPr>
          <w:p w14:paraId="16C4E844" w14:textId="77777777" w:rsidR="00FF099C" w:rsidRPr="00434DA7" w:rsidRDefault="00FF099C" w:rsidP="00434DA7">
            <w:pPr>
              <w:rPr>
                <w:rFonts w:ascii="Arial" w:hAnsi="Arial" w:cs="Arial"/>
                <w:sz w:val="18"/>
                <w:szCs w:val="18"/>
              </w:rPr>
            </w:pPr>
            <w:r w:rsidRPr="00434DA7">
              <w:rPr>
                <w:rFonts w:ascii="Arial" w:hAnsi="Arial" w:cs="Arial"/>
                <w:sz w:val="18"/>
                <w:szCs w:val="18"/>
              </w:rPr>
              <w:t>Pendidikan</w:t>
            </w:r>
          </w:p>
        </w:tc>
        <w:tc>
          <w:tcPr>
            <w:tcW w:w="851" w:type="dxa"/>
          </w:tcPr>
          <w:p w14:paraId="1B0F3B18" w14:textId="77777777" w:rsidR="00FF099C" w:rsidRPr="00434DA7" w:rsidRDefault="00FF099C" w:rsidP="00434DA7">
            <w:pPr>
              <w:rPr>
                <w:rFonts w:ascii="Arial" w:hAnsi="Arial" w:cs="Arial"/>
                <w:sz w:val="18"/>
                <w:szCs w:val="18"/>
              </w:rPr>
            </w:pPr>
            <w:r w:rsidRPr="00434DA7">
              <w:rPr>
                <w:rFonts w:ascii="Arial" w:hAnsi="Arial" w:cs="Arial"/>
                <w:sz w:val="18"/>
                <w:szCs w:val="18"/>
              </w:rPr>
              <w:t>Pekerjaan</w:t>
            </w:r>
          </w:p>
        </w:tc>
        <w:tc>
          <w:tcPr>
            <w:tcW w:w="638" w:type="dxa"/>
          </w:tcPr>
          <w:p w14:paraId="325AB8A6" w14:textId="77777777" w:rsidR="00FF099C" w:rsidRPr="00434DA7" w:rsidRDefault="00FF099C" w:rsidP="00434DA7">
            <w:pPr>
              <w:rPr>
                <w:rFonts w:ascii="Arial" w:hAnsi="Arial" w:cs="Arial"/>
                <w:sz w:val="18"/>
                <w:szCs w:val="18"/>
              </w:rPr>
            </w:pPr>
            <w:r w:rsidRPr="00434DA7">
              <w:rPr>
                <w:rFonts w:ascii="Arial" w:hAnsi="Arial" w:cs="Arial"/>
                <w:sz w:val="18"/>
                <w:szCs w:val="18"/>
              </w:rPr>
              <w:t>Status ASI Eksklusif</w:t>
            </w:r>
          </w:p>
        </w:tc>
        <w:tc>
          <w:tcPr>
            <w:tcW w:w="775" w:type="dxa"/>
          </w:tcPr>
          <w:p w14:paraId="5D6A833B" w14:textId="77777777" w:rsidR="00FF099C" w:rsidRPr="00434DA7" w:rsidRDefault="00FF099C" w:rsidP="00434DA7">
            <w:pPr>
              <w:rPr>
                <w:rFonts w:ascii="Arial" w:hAnsi="Arial" w:cs="Arial"/>
                <w:sz w:val="18"/>
                <w:szCs w:val="18"/>
              </w:rPr>
            </w:pPr>
            <w:r w:rsidRPr="00434DA7">
              <w:rPr>
                <w:rFonts w:ascii="Arial" w:hAnsi="Arial" w:cs="Arial"/>
                <w:sz w:val="18"/>
                <w:szCs w:val="18"/>
              </w:rPr>
              <w:t>Dukungan Emosional</w:t>
            </w:r>
          </w:p>
        </w:tc>
        <w:tc>
          <w:tcPr>
            <w:tcW w:w="804" w:type="dxa"/>
          </w:tcPr>
          <w:p w14:paraId="5A3960D9" w14:textId="77777777" w:rsidR="00FF099C" w:rsidRPr="00434DA7" w:rsidRDefault="00FF099C" w:rsidP="00434DA7">
            <w:pPr>
              <w:rPr>
                <w:rFonts w:ascii="Arial" w:hAnsi="Arial" w:cs="Arial"/>
                <w:sz w:val="18"/>
                <w:szCs w:val="18"/>
              </w:rPr>
            </w:pPr>
            <w:r w:rsidRPr="00434DA7">
              <w:rPr>
                <w:rFonts w:ascii="Arial" w:hAnsi="Arial" w:cs="Arial"/>
                <w:sz w:val="18"/>
                <w:szCs w:val="18"/>
              </w:rPr>
              <w:t>Dukungan Instrumental</w:t>
            </w:r>
          </w:p>
        </w:tc>
        <w:tc>
          <w:tcPr>
            <w:tcW w:w="857" w:type="dxa"/>
          </w:tcPr>
          <w:p w14:paraId="66454CAE" w14:textId="77777777" w:rsidR="00FF099C" w:rsidRPr="00434DA7" w:rsidRDefault="00FF099C" w:rsidP="00434DA7">
            <w:pPr>
              <w:rPr>
                <w:rFonts w:ascii="Arial" w:hAnsi="Arial" w:cs="Arial"/>
                <w:sz w:val="18"/>
                <w:szCs w:val="18"/>
              </w:rPr>
            </w:pPr>
            <w:r w:rsidRPr="00434DA7">
              <w:rPr>
                <w:rFonts w:ascii="Arial" w:hAnsi="Arial" w:cs="Arial"/>
                <w:sz w:val="18"/>
                <w:szCs w:val="18"/>
              </w:rPr>
              <w:t>Dukungan Informasional</w:t>
            </w:r>
          </w:p>
        </w:tc>
        <w:tc>
          <w:tcPr>
            <w:tcW w:w="775" w:type="dxa"/>
          </w:tcPr>
          <w:p w14:paraId="0B9BA5FA" w14:textId="77777777" w:rsidR="00FF099C" w:rsidRPr="00434DA7" w:rsidRDefault="00FF099C" w:rsidP="00434DA7">
            <w:pPr>
              <w:rPr>
                <w:rFonts w:ascii="Arial" w:hAnsi="Arial" w:cs="Arial"/>
                <w:sz w:val="18"/>
                <w:szCs w:val="18"/>
              </w:rPr>
            </w:pPr>
            <w:r w:rsidRPr="00434DA7">
              <w:rPr>
                <w:rFonts w:ascii="Arial" w:hAnsi="Arial" w:cs="Arial"/>
                <w:sz w:val="18"/>
                <w:szCs w:val="18"/>
              </w:rPr>
              <w:t>Dukungan Appraisal</w:t>
            </w:r>
          </w:p>
        </w:tc>
        <w:tc>
          <w:tcPr>
            <w:tcW w:w="816" w:type="dxa"/>
          </w:tcPr>
          <w:p w14:paraId="6D3B1779" w14:textId="77777777" w:rsidR="00FF099C" w:rsidRPr="00434DA7" w:rsidRDefault="00FF099C" w:rsidP="00434DA7">
            <w:pPr>
              <w:rPr>
                <w:rFonts w:ascii="Arial" w:hAnsi="Arial" w:cs="Arial"/>
                <w:sz w:val="18"/>
                <w:szCs w:val="18"/>
              </w:rPr>
            </w:pPr>
            <w:r w:rsidRPr="00434DA7">
              <w:rPr>
                <w:rFonts w:ascii="Arial" w:hAnsi="Arial" w:cs="Arial"/>
                <w:sz w:val="18"/>
                <w:szCs w:val="18"/>
              </w:rPr>
              <w:t>Dukungan Keluarga Keseluruhan</w:t>
            </w:r>
          </w:p>
        </w:tc>
      </w:tr>
      <w:tr w:rsidR="00FF099C" w:rsidRPr="00434DA7" w14:paraId="74AAFD71" w14:textId="77777777" w:rsidTr="00434DA7">
        <w:tc>
          <w:tcPr>
            <w:tcW w:w="924" w:type="dxa"/>
          </w:tcPr>
          <w:p w14:paraId="1E10FF33" w14:textId="77777777" w:rsidR="00FF099C" w:rsidRPr="00434DA7" w:rsidRDefault="00FF099C" w:rsidP="00434DA7">
            <w:pPr>
              <w:rPr>
                <w:rFonts w:ascii="Arial" w:hAnsi="Arial" w:cs="Arial"/>
                <w:sz w:val="18"/>
                <w:szCs w:val="18"/>
              </w:rPr>
            </w:pPr>
            <w:r w:rsidRPr="00434DA7">
              <w:rPr>
                <w:rFonts w:ascii="Arial" w:hAnsi="Arial" w:cs="Arial"/>
                <w:sz w:val="18"/>
                <w:szCs w:val="18"/>
              </w:rPr>
              <w:t>1</w:t>
            </w:r>
          </w:p>
        </w:tc>
        <w:tc>
          <w:tcPr>
            <w:tcW w:w="763" w:type="dxa"/>
          </w:tcPr>
          <w:p w14:paraId="0D1B099E" w14:textId="77777777" w:rsidR="00FF099C" w:rsidRPr="00434DA7" w:rsidRDefault="00FF099C" w:rsidP="00434DA7">
            <w:pPr>
              <w:rPr>
                <w:rFonts w:ascii="Arial" w:hAnsi="Arial" w:cs="Arial"/>
                <w:sz w:val="18"/>
                <w:szCs w:val="18"/>
              </w:rPr>
            </w:pPr>
            <w:r w:rsidRPr="00434DA7">
              <w:rPr>
                <w:rFonts w:ascii="Arial" w:hAnsi="Arial" w:cs="Arial"/>
                <w:sz w:val="18"/>
                <w:szCs w:val="18"/>
              </w:rPr>
              <w:t>Ny. A</w:t>
            </w:r>
          </w:p>
        </w:tc>
        <w:tc>
          <w:tcPr>
            <w:tcW w:w="555" w:type="dxa"/>
          </w:tcPr>
          <w:p w14:paraId="614CADD1"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45" w:type="dxa"/>
          </w:tcPr>
          <w:p w14:paraId="55B50656"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1CC1022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37CAE78"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13E07B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3B9B97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70CCB7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0E782A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2C8B3CD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4C5C5EAC" w14:textId="77777777" w:rsidTr="00434DA7">
        <w:tc>
          <w:tcPr>
            <w:tcW w:w="924" w:type="dxa"/>
          </w:tcPr>
          <w:p w14:paraId="5EC9CE5C" w14:textId="77777777" w:rsidR="00FF099C" w:rsidRPr="00434DA7" w:rsidRDefault="00FF099C" w:rsidP="00434DA7">
            <w:pPr>
              <w:rPr>
                <w:rFonts w:ascii="Arial" w:hAnsi="Arial" w:cs="Arial"/>
                <w:sz w:val="18"/>
                <w:szCs w:val="18"/>
              </w:rPr>
            </w:pPr>
            <w:r w:rsidRPr="00434DA7">
              <w:rPr>
                <w:rFonts w:ascii="Arial" w:hAnsi="Arial" w:cs="Arial"/>
                <w:sz w:val="18"/>
                <w:szCs w:val="18"/>
              </w:rPr>
              <w:t>2</w:t>
            </w:r>
          </w:p>
        </w:tc>
        <w:tc>
          <w:tcPr>
            <w:tcW w:w="763" w:type="dxa"/>
          </w:tcPr>
          <w:p w14:paraId="7EFE986D" w14:textId="77777777" w:rsidR="00FF099C" w:rsidRPr="00434DA7" w:rsidRDefault="00FF099C" w:rsidP="00434DA7">
            <w:pPr>
              <w:rPr>
                <w:rFonts w:ascii="Arial" w:hAnsi="Arial" w:cs="Arial"/>
                <w:sz w:val="18"/>
                <w:szCs w:val="18"/>
              </w:rPr>
            </w:pPr>
            <w:r w:rsidRPr="00434DA7">
              <w:rPr>
                <w:rFonts w:ascii="Arial" w:hAnsi="Arial" w:cs="Arial"/>
                <w:sz w:val="18"/>
                <w:szCs w:val="18"/>
              </w:rPr>
              <w:t>Ny. B</w:t>
            </w:r>
          </w:p>
        </w:tc>
        <w:tc>
          <w:tcPr>
            <w:tcW w:w="555" w:type="dxa"/>
          </w:tcPr>
          <w:p w14:paraId="082A9B37"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65914C25"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12230601"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64AA10AE"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B4EC58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7FC3EC8"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330152C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54D25BA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5125BE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B2BD4B2" w14:textId="77777777" w:rsidTr="00434DA7">
        <w:tc>
          <w:tcPr>
            <w:tcW w:w="924" w:type="dxa"/>
          </w:tcPr>
          <w:p w14:paraId="0EA8B757" w14:textId="77777777" w:rsidR="00FF099C" w:rsidRPr="00434DA7" w:rsidRDefault="00FF099C" w:rsidP="00434DA7">
            <w:pPr>
              <w:rPr>
                <w:rFonts w:ascii="Arial" w:hAnsi="Arial" w:cs="Arial"/>
                <w:sz w:val="18"/>
                <w:szCs w:val="18"/>
              </w:rPr>
            </w:pPr>
            <w:r w:rsidRPr="00434DA7">
              <w:rPr>
                <w:rFonts w:ascii="Arial" w:hAnsi="Arial" w:cs="Arial"/>
                <w:sz w:val="18"/>
                <w:szCs w:val="18"/>
              </w:rPr>
              <w:t>3</w:t>
            </w:r>
          </w:p>
        </w:tc>
        <w:tc>
          <w:tcPr>
            <w:tcW w:w="763" w:type="dxa"/>
          </w:tcPr>
          <w:p w14:paraId="798E49B0" w14:textId="77777777" w:rsidR="00FF099C" w:rsidRPr="00434DA7" w:rsidRDefault="00FF099C" w:rsidP="00434DA7">
            <w:pPr>
              <w:rPr>
                <w:rFonts w:ascii="Arial" w:hAnsi="Arial" w:cs="Arial"/>
                <w:sz w:val="18"/>
                <w:szCs w:val="18"/>
              </w:rPr>
            </w:pPr>
            <w:r w:rsidRPr="00434DA7">
              <w:rPr>
                <w:rFonts w:ascii="Arial" w:hAnsi="Arial" w:cs="Arial"/>
                <w:sz w:val="18"/>
                <w:szCs w:val="18"/>
              </w:rPr>
              <w:t>Ny. C</w:t>
            </w:r>
          </w:p>
        </w:tc>
        <w:tc>
          <w:tcPr>
            <w:tcW w:w="555" w:type="dxa"/>
          </w:tcPr>
          <w:p w14:paraId="62ADD0E8"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41344ABE"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0E243B89"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1F0CA873"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3A707A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9DDCDF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D3341F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4276744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55578F9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3B120145" w14:textId="77777777" w:rsidTr="00434DA7">
        <w:tc>
          <w:tcPr>
            <w:tcW w:w="924" w:type="dxa"/>
          </w:tcPr>
          <w:p w14:paraId="7B8B5F6A" w14:textId="77777777" w:rsidR="00FF099C" w:rsidRPr="00434DA7" w:rsidRDefault="00FF099C" w:rsidP="00434DA7">
            <w:pPr>
              <w:rPr>
                <w:rFonts w:ascii="Arial" w:hAnsi="Arial" w:cs="Arial"/>
                <w:sz w:val="18"/>
                <w:szCs w:val="18"/>
              </w:rPr>
            </w:pPr>
            <w:r w:rsidRPr="00434DA7">
              <w:rPr>
                <w:rFonts w:ascii="Arial" w:hAnsi="Arial" w:cs="Arial"/>
                <w:sz w:val="18"/>
                <w:szCs w:val="18"/>
              </w:rPr>
              <w:t>4</w:t>
            </w:r>
          </w:p>
        </w:tc>
        <w:tc>
          <w:tcPr>
            <w:tcW w:w="763" w:type="dxa"/>
          </w:tcPr>
          <w:p w14:paraId="2CD872E6" w14:textId="77777777" w:rsidR="00FF099C" w:rsidRPr="00434DA7" w:rsidRDefault="00FF099C" w:rsidP="00434DA7">
            <w:pPr>
              <w:rPr>
                <w:rFonts w:ascii="Arial" w:hAnsi="Arial" w:cs="Arial"/>
                <w:sz w:val="18"/>
                <w:szCs w:val="18"/>
              </w:rPr>
            </w:pPr>
            <w:r w:rsidRPr="00434DA7">
              <w:rPr>
                <w:rFonts w:ascii="Arial" w:hAnsi="Arial" w:cs="Arial"/>
                <w:sz w:val="18"/>
                <w:szCs w:val="18"/>
              </w:rPr>
              <w:t>Ny. D</w:t>
            </w:r>
          </w:p>
        </w:tc>
        <w:tc>
          <w:tcPr>
            <w:tcW w:w="555" w:type="dxa"/>
          </w:tcPr>
          <w:p w14:paraId="06BCB21B" w14:textId="77777777" w:rsidR="00FF099C" w:rsidRPr="00434DA7" w:rsidRDefault="00FF099C" w:rsidP="00434DA7">
            <w:pPr>
              <w:rPr>
                <w:rFonts w:ascii="Arial" w:hAnsi="Arial" w:cs="Arial"/>
                <w:sz w:val="18"/>
                <w:szCs w:val="18"/>
              </w:rPr>
            </w:pPr>
            <w:r w:rsidRPr="00434DA7">
              <w:rPr>
                <w:rFonts w:ascii="Arial" w:hAnsi="Arial" w:cs="Arial"/>
                <w:sz w:val="18"/>
                <w:szCs w:val="18"/>
              </w:rPr>
              <w:t>34</w:t>
            </w:r>
          </w:p>
        </w:tc>
        <w:tc>
          <w:tcPr>
            <w:tcW w:w="745" w:type="dxa"/>
          </w:tcPr>
          <w:p w14:paraId="10097367"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59CF5BB"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018BF36F"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71069D6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5D1351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5EF5D7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AE2A15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3533B2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1089282" w14:textId="77777777" w:rsidTr="00434DA7">
        <w:tc>
          <w:tcPr>
            <w:tcW w:w="924" w:type="dxa"/>
          </w:tcPr>
          <w:p w14:paraId="3CC77854" w14:textId="77777777" w:rsidR="00FF099C" w:rsidRPr="00434DA7" w:rsidRDefault="00FF099C" w:rsidP="00434DA7">
            <w:pPr>
              <w:rPr>
                <w:rFonts w:ascii="Arial" w:hAnsi="Arial" w:cs="Arial"/>
                <w:sz w:val="18"/>
                <w:szCs w:val="18"/>
              </w:rPr>
            </w:pPr>
            <w:r w:rsidRPr="00434DA7">
              <w:rPr>
                <w:rFonts w:ascii="Arial" w:hAnsi="Arial" w:cs="Arial"/>
                <w:sz w:val="18"/>
                <w:szCs w:val="18"/>
              </w:rPr>
              <w:t>5</w:t>
            </w:r>
          </w:p>
        </w:tc>
        <w:tc>
          <w:tcPr>
            <w:tcW w:w="763" w:type="dxa"/>
          </w:tcPr>
          <w:p w14:paraId="4B5FF433" w14:textId="77777777" w:rsidR="00FF099C" w:rsidRPr="00434DA7" w:rsidRDefault="00FF099C" w:rsidP="00434DA7">
            <w:pPr>
              <w:rPr>
                <w:rFonts w:ascii="Arial" w:hAnsi="Arial" w:cs="Arial"/>
                <w:sz w:val="18"/>
                <w:szCs w:val="18"/>
              </w:rPr>
            </w:pPr>
            <w:r w:rsidRPr="00434DA7">
              <w:rPr>
                <w:rFonts w:ascii="Arial" w:hAnsi="Arial" w:cs="Arial"/>
                <w:sz w:val="18"/>
                <w:szCs w:val="18"/>
              </w:rPr>
              <w:t>Ny. E</w:t>
            </w:r>
          </w:p>
        </w:tc>
        <w:tc>
          <w:tcPr>
            <w:tcW w:w="555" w:type="dxa"/>
          </w:tcPr>
          <w:p w14:paraId="3B281F85"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0D4E06BD"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056536D6"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16F56FBC"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60CC376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576DF9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C6C3D8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2F82560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62B953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4A7A9C43" w14:textId="77777777" w:rsidTr="00434DA7">
        <w:tc>
          <w:tcPr>
            <w:tcW w:w="924" w:type="dxa"/>
          </w:tcPr>
          <w:p w14:paraId="00E96729" w14:textId="77777777" w:rsidR="00FF099C" w:rsidRPr="00434DA7" w:rsidRDefault="00FF099C" w:rsidP="00434DA7">
            <w:pPr>
              <w:rPr>
                <w:rFonts w:ascii="Arial" w:hAnsi="Arial" w:cs="Arial"/>
                <w:sz w:val="18"/>
                <w:szCs w:val="18"/>
              </w:rPr>
            </w:pPr>
            <w:r w:rsidRPr="00434DA7">
              <w:rPr>
                <w:rFonts w:ascii="Arial" w:hAnsi="Arial" w:cs="Arial"/>
                <w:sz w:val="18"/>
                <w:szCs w:val="18"/>
              </w:rPr>
              <w:t>6</w:t>
            </w:r>
          </w:p>
        </w:tc>
        <w:tc>
          <w:tcPr>
            <w:tcW w:w="763" w:type="dxa"/>
          </w:tcPr>
          <w:p w14:paraId="152752E2" w14:textId="77777777" w:rsidR="00FF099C" w:rsidRPr="00434DA7" w:rsidRDefault="00FF099C" w:rsidP="00434DA7">
            <w:pPr>
              <w:rPr>
                <w:rFonts w:ascii="Arial" w:hAnsi="Arial" w:cs="Arial"/>
                <w:sz w:val="18"/>
                <w:szCs w:val="18"/>
              </w:rPr>
            </w:pPr>
            <w:r w:rsidRPr="00434DA7">
              <w:rPr>
                <w:rFonts w:ascii="Arial" w:hAnsi="Arial" w:cs="Arial"/>
                <w:sz w:val="18"/>
                <w:szCs w:val="18"/>
              </w:rPr>
              <w:t>Ny. F</w:t>
            </w:r>
          </w:p>
        </w:tc>
        <w:tc>
          <w:tcPr>
            <w:tcW w:w="555" w:type="dxa"/>
          </w:tcPr>
          <w:p w14:paraId="20A36A6B"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38364055"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144EDA94"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0242BE5"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76B4B8A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E1C849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7171EA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D007E7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7001D8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BD0083E" w14:textId="77777777" w:rsidTr="00434DA7">
        <w:tc>
          <w:tcPr>
            <w:tcW w:w="924" w:type="dxa"/>
          </w:tcPr>
          <w:p w14:paraId="5CC9A1B6" w14:textId="77777777" w:rsidR="00FF099C" w:rsidRPr="00434DA7" w:rsidRDefault="00FF099C" w:rsidP="00434DA7">
            <w:pPr>
              <w:rPr>
                <w:rFonts w:ascii="Arial" w:hAnsi="Arial" w:cs="Arial"/>
                <w:sz w:val="18"/>
                <w:szCs w:val="18"/>
              </w:rPr>
            </w:pPr>
            <w:r w:rsidRPr="00434DA7">
              <w:rPr>
                <w:rFonts w:ascii="Arial" w:hAnsi="Arial" w:cs="Arial"/>
                <w:sz w:val="18"/>
                <w:szCs w:val="18"/>
              </w:rPr>
              <w:t>7</w:t>
            </w:r>
          </w:p>
        </w:tc>
        <w:tc>
          <w:tcPr>
            <w:tcW w:w="763" w:type="dxa"/>
          </w:tcPr>
          <w:p w14:paraId="3E4DA81F" w14:textId="77777777" w:rsidR="00FF099C" w:rsidRPr="00434DA7" w:rsidRDefault="00FF099C" w:rsidP="00434DA7">
            <w:pPr>
              <w:rPr>
                <w:rFonts w:ascii="Arial" w:hAnsi="Arial" w:cs="Arial"/>
                <w:sz w:val="18"/>
                <w:szCs w:val="18"/>
              </w:rPr>
            </w:pPr>
            <w:r w:rsidRPr="00434DA7">
              <w:rPr>
                <w:rFonts w:ascii="Arial" w:hAnsi="Arial" w:cs="Arial"/>
                <w:sz w:val="18"/>
                <w:szCs w:val="18"/>
              </w:rPr>
              <w:t>Ny. G</w:t>
            </w:r>
          </w:p>
        </w:tc>
        <w:tc>
          <w:tcPr>
            <w:tcW w:w="555" w:type="dxa"/>
          </w:tcPr>
          <w:p w14:paraId="44378168"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206C4BF3"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5AA6298"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4955FB3"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118520E2"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3B4B433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515D4E0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0387F26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16A732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04BD8B40" w14:textId="77777777" w:rsidTr="00434DA7">
        <w:tc>
          <w:tcPr>
            <w:tcW w:w="924" w:type="dxa"/>
          </w:tcPr>
          <w:p w14:paraId="36D8F609" w14:textId="77777777" w:rsidR="00FF099C" w:rsidRPr="00434DA7" w:rsidRDefault="00FF099C" w:rsidP="00434DA7">
            <w:pPr>
              <w:rPr>
                <w:rFonts w:ascii="Arial" w:hAnsi="Arial" w:cs="Arial"/>
                <w:sz w:val="18"/>
                <w:szCs w:val="18"/>
              </w:rPr>
            </w:pPr>
            <w:r w:rsidRPr="00434DA7">
              <w:rPr>
                <w:rFonts w:ascii="Arial" w:hAnsi="Arial" w:cs="Arial"/>
                <w:sz w:val="18"/>
                <w:szCs w:val="18"/>
              </w:rPr>
              <w:t>8</w:t>
            </w:r>
          </w:p>
        </w:tc>
        <w:tc>
          <w:tcPr>
            <w:tcW w:w="763" w:type="dxa"/>
          </w:tcPr>
          <w:p w14:paraId="3C6383FF" w14:textId="77777777" w:rsidR="00FF099C" w:rsidRPr="00434DA7" w:rsidRDefault="00FF099C" w:rsidP="00434DA7">
            <w:pPr>
              <w:rPr>
                <w:rFonts w:ascii="Arial" w:hAnsi="Arial" w:cs="Arial"/>
                <w:sz w:val="18"/>
                <w:szCs w:val="18"/>
              </w:rPr>
            </w:pPr>
            <w:r w:rsidRPr="00434DA7">
              <w:rPr>
                <w:rFonts w:ascii="Arial" w:hAnsi="Arial" w:cs="Arial"/>
                <w:sz w:val="18"/>
                <w:szCs w:val="18"/>
              </w:rPr>
              <w:t>Ny. H</w:t>
            </w:r>
          </w:p>
        </w:tc>
        <w:tc>
          <w:tcPr>
            <w:tcW w:w="555" w:type="dxa"/>
          </w:tcPr>
          <w:p w14:paraId="50CBA77A" w14:textId="77777777" w:rsidR="00FF099C" w:rsidRPr="00434DA7" w:rsidRDefault="00FF099C" w:rsidP="00434DA7">
            <w:pPr>
              <w:rPr>
                <w:rFonts w:ascii="Arial" w:hAnsi="Arial" w:cs="Arial"/>
                <w:sz w:val="18"/>
                <w:szCs w:val="18"/>
              </w:rPr>
            </w:pPr>
            <w:r w:rsidRPr="00434DA7">
              <w:rPr>
                <w:rFonts w:ascii="Arial" w:hAnsi="Arial" w:cs="Arial"/>
                <w:sz w:val="18"/>
                <w:szCs w:val="18"/>
              </w:rPr>
              <w:t>32</w:t>
            </w:r>
          </w:p>
        </w:tc>
        <w:tc>
          <w:tcPr>
            <w:tcW w:w="745" w:type="dxa"/>
          </w:tcPr>
          <w:p w14:paraId="2FE4C4FE"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76661DA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468CD0FC"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33A1F4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7CF98F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422B832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A53906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2D8082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589B5C2" w14:textId="77777777" w:rsidTr="00434DA7">
        <w:tc>
          <w:tcPr>
            <w:tcW w:w="924" w:type="dxa"/>
          </w:tcPr>
          <w:p w14:paraId="7693C9DF" w14:textId="77777777" w:rsidR="00FF099C" w:rsidRPr="00434DA7" w:rsidRDefault="00FF099C" w:rsidP="00434DA7">
            <w:pPr>
              <w:rPr>
                <w:rFonts w:ascii="Arial" w:hAnsi="Arial" w:cs="Arial"/>
                <w:sz w:val="18"/>
                <w:szCs w:val="18"/>
              </w:rPr>
            </w:pPr>
            <w:r w:rsidRPr="00434DA7">
              <w:rPr>
                <w:rFonts w:ascii="Arial" w:hAnsi="Arial" w:cs="Arial"/>
                <w:sz w:val="18"/>
                <w:szCs w:val="18"/>
              </w:rPr>
              <w:t>9</w:t>
            </w:r>
          </w:p>
        </w:tc>
        <w:tc>
          <w:tcPr>
            <w:tcW w:w="763" w:type="dxa"/>
          </w:tcPr>
          <w:p w14:paraId="1EB475FC" w14:textId="77777777" w:rsidR="00FF099C" w:rsidRPr="00434DA7" w:rsidRDefault="00FF099C" w:rsidP="00434DA7">
            <w:pPr>
              <w:rPr>
                <w:rFonts w:ascii="Arial" w:hAnsi="Arial" w:cs="Arial"/>
                <w:sz w:val="18"/>
                <w:szCs w:val="18"/>
              </w:rPr>
            </w:pPr>
            <w:r w:rsidRPr="00434DA7">
              <w:rPr>
                <w:rFonts w:ascii="Arial" w:hAnsi="Arial" w:cs="Arial"/>
                <w:sz w:val="18"/>
                <w:szCs w:val="18"/>
              </w:rPr>
              <w:t>Ny. I</w:t>
            </w:r>
          </w:p>
        </w:tc>
        <w:tc>
          <w:tcPr>
            <w:tcW w:w="555" w:type="dxa"/>
          </w:tcPr>
          <w:p w14:paraId="0C1F15B3" w14:textId="77777777" w:rsidR="00FF099C" w:rsidRPr="00434DA7" w:rsidRDefault="00FF099C" w:rsidP="00434DA7">
            <w:pPr>
              <w:rPr>
                <w:rFonts w:ascii="Arial" w:hAnsi="Arial" w:cs="Arial"/>
                <w:sz w:val="18"/>
                <w:szCs w:val="18"/>
              </w:rPr>
            </w:pPr>
            <w:r w:rsidRPr="00434DA7">
              <w:rPr>
                <w:rFonts w:ascii="Arial" w:hAnsi="Arial" w:cs="Arial"/>
                <w:sz w:val="18"/>
                <w:szCs w:val="18"/>
              </w:rPr>
              <w:t>28</w:t>
            </w:r>
          </w:p>
        </w:tc>
        <w:tc>
          <w:tcPr>
            <w:tcW w:w="745" w:type="dxa"/>
          </w:tcPr>
          <w:p w14:paraId="1F901CA4"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6A7844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138AD40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FF45BB8"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6C6F798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B955E0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C43DD8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296280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C57E718" w14:textId="77777777" w:rsidTr="00434DA7">
        <w:tc>
          <w:tcPr>
            <w:tcW w:w="924" w:type="dxa"/>
          </w:tcPr>
          <w:p w14:paraId="6F0EB5EE" w14:textId="77777777" w:rsidR="00FF099C" w:rsidRPr="00434DA7" w:rsidRDefault="00FF099C" w:rsidP="00434DA7">
            <w:pPr>
              <w:rPr>
                <w:rFonts w:ascii="Arial" w:hAnsi="Arial" w:cs="Arial"/>
                <w:sz w:val="18"/>
                <w:szCs w:val="18"/>
              </w:rPr>
            </w:pPr>
            <w:r w:rsidRPr="00434DA7">
              <w:rPr>
                <w:rFonts w:ascii="Arial" w:hAnsi="Arial" w:cs="Arial"/>
                <w:sz w:val="18"/>
                <w:szCs w:val="18"/>
              </w:rPr>
              <w:t>10</w:t>
            </w:r>
          </w:p>
        </w:tc>
        <w:tc>
          <w:tcPr>
            <w:tcW w:w="763" w:type="dxa"/>
          </w:tcPr>
          <w:p w14:paraId="22665F3A" w14:textId="77777777" w:rsidR="00FF099C" w:rsidRPr="00434DA7" w:rsidRDefault="00FF099C" w:rsidP="00434DA7">
            <w:pPr>
              <w:rPr>
                <w:rFonts w:ascii="Arial" w:hAnsi="Arial" w:cs="Arial"/>
                <w:sz w:val="18"/>
                <w:szCs w:val="18"/>
              </w:rPr>
            </w:pPr>
            <w:r w:rsidRPr="00434DA7">
              <w:rPr>
                <w:rFonts w:ascii="Arial" w:hAnsi="Arial" w:cs="Arial"/>
                <w:sz w:val="18"/>
                <w:szCs w:val="18"/>
              </w:rPr>
              <w:t>Ny. J</w:t>
            </w:r>
          </w:p>
        </w:tc>
        <w:tc>
          <w:tcPr>
            <w:tcW w:w="555" w:type="dxa"/>
          </w:tcPr>
          <w:p w14:paraId="4C5FFFF9"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19EBCD60"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6328E28"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5C84436F"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591BEE4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F91551E"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57B174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E3894D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BB2259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9C7D4FE" w14:textId="77777777" w:rsidTr="00434DA7">
        <w:tc>
          <w:tcPr>
            <w:tcW w:w="924" w:type="dxa"/>
          </w:tcPr>
          <w:p w14:paraId="33495F22" w14:textId="77777777" w:rsidR="00FF099C" w:rsidRPr="00434DA7" w:rsidRDefault="00FF099C" w:rsidP="00434DA7">
            <w:pPr>
              <w:rPr>
                <w:rFonts w:ascii="Arial" w:hAnsi="Arial" w:cs="Arial"/>
                <w:sz w:val="18"/>
                <w:szCs w:val="18"/>
              </w:rPr>
            </w:pPr>
            <w:r w:rsidRPr="00434DA7">
              <w:rPr>
                <w:rFonts w:ascii="Arial" w:hAnsi="Arial" w:cs="Arial"/>
                <w:sz w:val="18"/>
                <w:szCs w:val="18"/>
              </w:rPr>
              <w:t>11</w:t>
            </w:r>
          </w:p>
        </w:tc>
        <w:tc>
          <w:tcPr>
            <w:tcW w:w="763" w:type="dxa"/>
          </w:tcPr>
          <w:p w14:paraId="20D365E8" w14:textId="77777777" w:rsidR="00FF099C" w:rsidRPr="00434DA7" w:rsidRDefault="00FF099C" w:rsidP="00434DA7">
            <w:pPr>
              <w:rPr>
                <w:rFonts w:ascii="Arial" w:hAnsi="Arial" w:cs="Arial"/>
                <w:sz w:val="18"/>
                <w:szCs w:val="18"/>
              </w:rPr>
            </w:pPr>
            <w:r w:rsidRPr="00434DA7">
              <w:rPr>
                <w:rFonts w:ascii="Arial" w:hAnsi="Arial" w:cs="Arial"/>
                <w:sz w:val="18"/>
                <w:szCs w:val="18"/>
              </w:rPr>
              <w:t>Ny. K</w:t>
            </w:r>
          </w:p>
        </w:tc>
        <w:tc>
          <w:tcPr>
            <w:tcW w:w="555" w:type="dxa"/>
          </w:tcPr>
          <w:p w14:paraId="68F944DA"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3DD35BA7"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706FE431"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0F92136E"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72001E8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9A00A6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5BBB872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43CC16E"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9D55FC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3470CF6" w14:textId="77777777" w:rsidTr="00434DA7">
        <w:tc>
          <w:tcPr>
            <w:tcW w:w="924" w:type="dxa"/>
          </w:tcPr>
          <w:p w14:paraId="4242F89A" w14:textId="77777777" w:rsidR="00FF099C" w:rsidRPr="00434DA7" w:rsidRDefault="00FF099C" w:rsidP="00434DA7">
            <w:pPr>
              <w:rPr>
                <w:rFonts w:ascii="Arial" w:hAnsi="Arial" w:cs="Arial"/>
                <w:sz w:val="18"/>
                <w:szCs w:val="18"/>
              </w:rPr>
            </w:pPr>
            <w:r w:rsidRPr="00434DA7">
              <w:rPr>
                <w:rFonts w:ascii="Arial" w:hAnsi="Arial" w:cs="Arial"/>
                <w:sz w:val="18"/>
                <w:szCs w:val="18"/>
              </w:rPr>
              <w:t>12</w:t>
            </w:r>
          </w:p>
        </w:tc>
        <w:tc>
          <w:tcPr>
            <w:tcW w:w="763" w:type="dxa"/>
          </w:tcPr>
          <w:p w14:paraId="1E480E1B" w14:textId="77777777" w:rsidR="00FF099C" w:rsidRPr="00434DA7" w:rsidRDefault="00FF099C" w:rsidP="00434DA7">
            <w:pPr>
              <w:rPr>
                <w:rFonts w:ascii="Arial" w:hAnsi="Arial" w:cs="Arial"/>
                <w:sz w:val="18"/>
                <w:szCs w:val="18"/>
              </w:rPr>
            </w:pPr>
            <w:r w:rsidRPr="00434DA7">
              <w:rPr>
                <w:rFonts w:ascii="Arial" w:hAnsi="Arial" w:cs="Arial"/>
                <w:sz w:val="18"/>
                <w:szCs w:val="18"/>
              </w:rPr>
              <w:t>Ny. L</w:t>
            </w:r>
          </w:p>
        </w:tc>
        <w:tc>
          <w:tcPr>
            <w:tcW w:w="555" w:type="dxa"/>
          </w:tcPr>
          <w:p w14:paraId="4D51D356"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45" w:type="dxa"/>
          </w:tcPr>
          <w:p w14:paraId="5725668E"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0DC2708"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8D248C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63DEEB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30FB3A0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0EDA85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860A36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E69289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236DBB5" w14:textId="77777777" w:rsidTr="00434DA7">
        <w:tc>
          <w:tcPr>
            <w:tcW w:w="924" w:type="dxa"/>
          </w:tcPr>
          <w:p w14:paraId="17C9069F" w14:textId="77777777" w:rsidR="00FF099C" w:rsidRPr="00434DA7" w:rsidRDefault="00FF099C" w:rsidP="00434DA7">
            <w:pPr>
              <w:rPr>
                <w:rFonts w:ascii="Arial" w:hAnsi="Arial" w:cs="Arial"/>
                <w:sz w:val="18"/>
                <w:szCs w:val="18"/>
              </w:rPr>
            </w:pPr>
            <w:r w:rsidRPr="00434DA7">
              <w:rPr>
                <w:rFonts w:ascii="Arial" w:hAnsi="Arial" w:cs="Arial"/>
                <w:sz w:val="18"/>
                <w:szCs w:val="18"/>
              </w:rPr>
              <w:t>13</w:t>
            </w:r>
          </w:p>
        </w:tc>
        <w:tc>
          <w:tcPr>
            <w:tcW w:w="763" w:type="dxa"/>
          </w:tcPr>
          <w:p w14:paraId="160FBFA8" w14:textId="77777777" w:rsidR="00FF099C" w:rsidRPr="00434DA7" w:rsidRDefault="00FF099C" w:rsidP="00434DA7">
            <w:pPr>
              <w:rPr>
                <w:rFonts w:ascii="Arial" w:hAnsi="Arial" w:cs="Arial"/>
                <w:sz w:val="18"/>
                <w:szCs w:val="18"/>
              </w:rPr>
            </w:pPr>
            <w:r w:rsidRPr="00434DA7">
              <w:rPr>
                <w:rFonts w:ascii="Arial" w:hAnsi="Arial" w:cs="Arial"/>
                <w:sz w:val="18"/>
                <w:szCs w:val="18"/>
              </w:rPr>
              <w:t>Ny. M</w:t>
            </w:r>
          </w:p>
        </w:tc>
        <w:tc>
          <w:tcPr>
            <w:tcW w:w="555" w:type="dxa"/>
          </w:tcPr>
          <w:p w14:paraId="753844DA"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45" w:type="dxa"/>
          </w:tcPr>
          <w:p w14:paraId="0AB66193"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11C9F9FB"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0C87C0C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EFBDE7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F92A0A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72AC2B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2E7CFDB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0C1D118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AC96E45" w14:textId="77777777" w:rsidTr="00434DA7">
        <w:tc>
          <w:tcPr>
            <w:tcW w:w="924" w:type="dxa"/>
          </w:tcPr>
          <w:p w14:paraId="1D97A345" w14:textId="77777777" w:rsidR="00FF099C" w:rsidRPr="00434DA7" w:rsidRDefault="00FF099C" w:rsidP="00434DA7">
            <w:pPr>
              <w:rPr>
                <w:rFonts w:ascii="Arial" w:hAnsi="Arial" w:cs="Arial"/>
                <w:sz w:val="18"/>
                <w:szCs w:val="18"/>
              </w:rPr>
            </w:pPr>
            <w:r w:rsidRPr="00434DA7">
              <w:rPr>
                <w:rFonts w:ascii="Arial" w:hAnsi="Arial" w:cs="Arial"/>
                <w:sz w:val="18"/>
                <w:szCs w:val="18"/>
              </w:rPr>
              <w:t>14</w:t>
            </w:r>
          </w:p>
        </w:tc>
        <w:tc>
          <w:tcPr>
            <w:tcW w:w="763" w:type="dxa"/>
          </w:tcPr>
          <w:p w14:paraId="5D5F52D9" w14:textId="77777777" w:rsidR="00FF099C" w:rsidRPr="00434DA7" w:rsidRDefault="00FF099C" w:rsidP="00434DA7">
            <w:pPr>
              <w:rPr>
                <w:rFonts w:ascii="Arial" w:hAnsi="Arial" w:cs="Arial"/>
                <w:sz w:val="18"/>
                <w:szCs w:val="18"/>
              </w:rPr>
            </w:pPr>
            <w:r w:rsidRPr="00434DA7">
              <w:rPr>
                <w:rFonts w:ascii="Arial" w:hAnsi="Arial" w:cs="Arial"/>
                <w:sz w:val="18"/>
                <w:szCs w:val="18"/>
              </w:rPr>
              <w:t>Ny. N</w:t>
            </w:r>
          </w:p>
        </w:tc>
        <w:tc>
          <w:tcPr>
            <w:tcW w:w="555" w:type="dxa"/>
          </w:tcPr>
          <w:p w14:paraId="2CFA454C"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45" w:type="dxa"/>
          </w:tcPr>
          <w:p w14:paraId="18412EC2"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17AB7A28"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287A146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E6E161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051C28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B9F7C0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2066A02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C1A5F5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2B4DA2C" w14:textId="77777777" w:rsidTr="00434DA7">
        <w:tc>
          <w:tcPr>
            <w:tcW w:w="924" w:type="dxa"/>
          </w:tcPr>
          <w:p w14:paraId="5C980DBA" w14:textId="77777777" w:rsidR="00FF099C" w:rsidRPr="00434DA7" w:rsidRDefault="00FF099C" w:rsidP="00434DA7">
            <w:pPr>
              <w:rPr>
                <w:rFonts w:ascii="Arial" w:hAnsi="Arial" w:cs="Arial"/>
                <w:sz w:val="18"/>
                <w:szCs w:val="18"/>
              </w:rPr>
            </w:pPr>
            <w:r w:rsidRPr="00434DA7">
              <w:rPr>
                <w:rFonts w:ascii="Arial" w:hAnsi="Arial" w:cs="Arial"/>
                <w:sz w:val="18"/>
                <w:szCs w:val="18"/>
              </w:rPr>
              <w:t>15</w:t>
            </w:r>
          </w:p>
        </w:tc>
        <w:tc>
          <w:tcPr>
            <w:tcW w:w="763" w:type="dxa"/>
          </w:tcPr>
          <w:p w14:paraId="50538F68" w14:textId="77777777" w:rsidR="00FF099C" w:rsidRPr="00434DA7" w:rsidRDefault="00FF099C" w:rsidP="00434DA7">
            <w:pPr>
              <w:rPr>
                <w:rFonts w:ascii="Arial" w:hAnsi="Arial" w:cs="Arial"/>
                <w:sz w:val="18"/>
                <w:szCs w:val="18"/>
              </w:rPr>
            </w:pPr>
            <w:r w:rsidRPr="00434DA7">
              <w:rPr>
                <w:rFonts w:ascii="Arial" w:hAnsi="Arial" w:cs="Arial"/>
                <w:sz w:val="18"/>
                <w:szCs w:val="18"/>
              </w:rPr>
              <w:t>Ny. O</w:t>
            </w:r>
          </w:p>
        </w:tc>
        <w:tc>
          <w:tcPr>
            <w:tcW w:w="555" w:type="dxa"/>
          </w:tcPr>
          <w:p w14:paraId="30B165C5"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45" w:type="dxa"/>
          </w:tcPr>
          <w:p w14:paraId="2099FA01"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E18BE1F"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2642893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197210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DDA004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F49604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CFEB44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425785C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2134D128" w14:textId="77777777" w:rsidTr="00434DA7">
        <w:tc>
          <w:tcPr>
            <w:tcW w:w="924" w:type="dxa"/>
          </w:tcPr>
          <w:p w14:paraId="5F229583" w14:textId="77777777" w:rsidR="00FF099C" w:rsidRPr="00434DA7" w:rsidRDefault="00FF099C" w:rsidP="00434DA7">
            <w:pPr>
              <w:rPr>
                <w:rFonts w:ascii="Arial" w:hAnsi="Arial" w:cs="Arial"/>
                <w:sz w:val="18"/>
                <w:szCs w:val="18"/>
              </w:rPr>
            </w:pPr>
            <w:r w:rsidRPr="00434DA7">
              <w:rPr>
                <w:rFonts w:ascii="Arial" w:hAnsi="Arial" w:cs="Arial"/>
                <w:sz w:val="18"/>
                <w:szCs w:val="18"/>
              </w:rPr>
              <w:t>16</w:t>
            </w:r>
          </w:p>
        </w:tc>
        <w:tc>
          <w:tcPr>
            <w:tcW w:w="763" w:type="dxa"/>
          </w:tcPr>
          <w:p w14:paraId="4CCEA006" w14:textId="77777777" w:rsidR="00FF099C" w:rsidRPr="00434DA7" w:rsidRDefault="00FF099C" w:rsidP="00434DA7">
            <w:pPr>
              <w:rPr>
                <w:rFonts w:ascii="Arial" w:hAnsi="Arial" w:cs="Arial"/>
                <w:sz w:val="18"/>
                <w:szCs w:val="18"/>
              </w:rPr>
            </w:pPr>
            <w:r w:rsidRPr="00434DA7">
              <w:rPr>
                <w:rFonts w:ascii="Arial" w:hAnsi="Arial" w:cs="Arial"/>
                <w:sz w:val="18"/>
                <w:szCs w:val="18"/>
              </w:rPr>
              <w:t>Ny. P</w:t>
            </w:r>
          </w:p>
        </w:tc>
        <w:tc>
          <w:tcPr>
            <w:tcW w:w="555" w:type="dxa"/>
          </w:tcPr>
          <w:p w14:paraId="2DDDF36D"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36D06FFE"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565437A"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48DAA837"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7741A6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C26964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F5FCAA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58ED5C1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4F3349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235452C" w14:textId="77777777" w:rsidTr="00434DA7">
        <w:tc>
          <w:tcPr>
            <w:tcW w:w="924" w:type="dxa"/>
          </w:tcPr>
          <w:p w14:paraId="0248B8A3" w14:textId="77777777" w:rsidR="00FF099C" w:rsidRPr="00434DA7" w:rsidRDefault="00FF099C" w:rsidP="00434DA7">
            <w:pPr>
              <w:rPr>
                <w:rFonts w:ascii="Arial" w:hAnsi="Arial" w:cs="Arial"/>
                <w:sz w:val="18"/>
                <w:szCs w:val="18"/>
              </w:rPr>
            </w:pPr>
            <w:r w:rsidRPr="00434DA7">
              <w:rPr>
                <w:rFonts w:ascii="Arial" w:hAnsi="Arial" w:cs="Arial"/>
                <w:sz w:val="18"/>
                <w:szCs w:val="18"/>
              </w:rPr>
              <w:t>17</w:t>
            </w:r>
          </w:p>
        </w:tc>
        <w:tc>
          <w:tcPr>
            <w:tcW w:w="763" w:type="dxa"/>
          </w:tcPr>
          <w:p w14:paraId="3ADFF52B" w14:textId="77777777" w:rsidR="00FF099C" w:rsidRPr="00434DA7" w:rsidRDefault="00FF099C" w:rsidP="00434DA7">
            <w:pPr>
              <w:rPr>
                <w:rFonts w:ascii="Arial" w:hAnsi="Arial" w:cs="Arial"/>
                <w:sz w:val="18"/>
                <w:szCs w:val="18"/>
              </w:rPr>
            </w:pPr>
            <w:r w:rsidRPr="00434DA7">
              <w:rPr>
                <w:rFonts w:ascii="Arial" w:hAnsi="Arial" w:cs="Arial"/>
                <w:sz w:val="18"/>
                <w:szCs w:val="18"/>
              </w:rPr>
              <w:t>Ny. Q</w:t>
            </w:r>
          </w:p>
        </w:tc>
        <w:tc>
          <w:tcPr>
            <w:tcW w:w="555" w:type="dxa"/>
          </w:tcPr>
          <w:p w14:paraId="3CCD560E"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2C6B22FD"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252A1DD3"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5BC7004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7C63128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FCA208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84FAFE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41BA29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339F9E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6703ABE" w14:textId="77777777" w:rsidTr="00434DA7">
        <w:tc>
          <w:tcPr>
            <w:tcW w:w="924" w:type="dxa"/>
          </w:tcPr>
          <w:p w14:paraId="10AB878C" w14:textId="77777777" w:rsidR="00FF099C" w:rsidRPr="00434DA7" w:rsidRDefault="00FF099C" w:rsidP="00434DA7">
            <w:pPr>
              <w:rPr>
                <w:rFonts w:ascii="Arial" w:hAnsi="Arial" w:cs="Arial"/>
                <w:sz w:val="18"/>
                <w:szCs w:val="18"/>
              </w:rPr>
            </w:pPr>
            <w:r w:rsidRPr="00434DA7">
              <w:rPr>
                <w:rFonts w:ascii="Arial" w:hAnsi="Arial" w:cs="Arial"/>
                <w:sz w:val="18"/>
                <w:szCs w:val="18"/>
              </w:rPr>
              <w:t>18</w:t>
            </w:r>
          </w:p>
        </w:tc>
        <w:tc>
          <w:tcPr>
            <w:tcW w:w="763" w:type="dxa"/>
          </w:tcPr>
          <w:p w14:paraId="1F7BC22E" w14:textId="77777777" w:rsidR="00FF099C" w:rsidRPr="00434DA7" w:rsidRDefault="00FF099C" w:rsidP="00434DA7">
            <w:pPr>
              <w:rPr>
                <w:rFonts w:ascii="Arial" w:hAnsi="Arial" w:cs="Arial"/>
                <w:sz w:val="18"/>
                <w:szCs w:val="18"/>
              </w:rPr>
            </w:pPr>
            <w:r w:rsidRPr="00434DA7">
              <w:rPr>
                <w:rFonts w:ascii="Arial" w:hAnsi="Arial" w:cs="Arial"/>
                <w:sz w:val="18"/>
                <w:szCs w:val="18"/>
              </w:rPr>
              <w:t>Ny. R</w:t>
            </w:r>
          </w:p>
        </w:tc>
        <w:tc>
          <w:tcPr>
            <w:tcW w:w="555" w:type="dxa"/>
          </w:tcPr>
          <w:p w14:paraId="69D51AA7"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2F6C5E7F"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6B720234"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0FCB7D7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C9888A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2BF73B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5C80A4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363F1FD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EB5FB2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BF50BC2" w14:textId="77777777" w:rsidTr="00434DA7">
        <w:tc>
          <w:tcPr>
            <w:tcW w:w="924" w:type="dxa"/>
          </w:tcPr>
          <w:p w14:paraId="6A8A5A5F" w14:textId="77777777" w:rsidR="00FF099C" w:rsidRPr="00434DA7" w:rsidRDefault="00FF099C" w:rsidP="00434DA7">
            <w:pPr>
              <w:rPr>
                <w:rFonts w:ascii="Arial" w:hAnsi="Arial" w:cs="Arial"/>
                <w:sz w:val="18"/>
                <w:szCs w:val="18"/>
              </w:rPr>
            </w:pPr>
            <w:r w:rsidRPr="00434DA7">
              <w:rPr>
                <w:rFonts w:ascii="Arial" w:hAnsi="Arial" w:cs="Arial"/>
                <w:sz w:val="18"/>
                <w:szCs w:val="18"/>
              </w:rPr>
              <w:t>19</w:t>
            </w:r>
          </w:p>
        </w:tc>
        <w:tc>
          <w:tcPr>
            <w:tcW w:w="763" w:type="dxa"/>
          </w:tcPr>
          <w:p w14:paraId="58B9D610" w14:textId="77777777" w:rsidR="00FF099C" w:rsidRPr="00434DA7" w:rsidRDefault="00FF099C" w:rsidP="00434DA7">
            <w:pPr>
              <w:rPr>
                <w:rFonts w:ascii="Arial" w:hAnsi="Arial" w:cs="Arial"/>
                <w:sz w:val="18"/>
                <w:szCs w:val="18"/>
              </w:rPr>
            </w:pPr>
            <w:r w:rsidRPr="00434DA7">
              <w:rPr>
                <w:rFonts w:ascii="Arial" w:hAnsi="Arial" w:cs="Arial"/>
                <w:sz w:val="18"/>
                <w:szCs w:val="18"/>
              </w:rPr>
              <w:t>Ny. S</w:t>
            </w:r>
          </w:p>
        </w:tc>
        <w:tc>
          <w:tcPr>
            <w:tcW w:w="555" w:type="dxa"/>
          </w:tcPr>
          <w:p w14:paraId="6C55FEB3"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3A18FF88"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6C0FCA76"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4D70AB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8C25C5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w:t>
            </w:r>
            <w:r w:rsidRPr="00434DA7">
              <w:rPr>
                <w:rFonts w:ascii="Arial" w:hAnsi="Arial" w:cs="Arial"/>
                <w:sz w:val="18"/>
                <w:szCs w:val="18"/>
              </w:rPr>
              <w:lastRenderedPageBreak/>
              <w:t>kung</w:t>
            </w:r>
          </w:p>
        </w:tc>
        <w:tc>
          <w:tcPr>
            <w:tcW w:w="804" w:type="dxa"/>
          </w:tcPr>
          <w:p w14:paraId="135DD50B"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Mendukung</w:t>
            </w:r>
          </w:p>
        </w:tc>
        <w:tc>
          <w:tcPr>
            <w:tcW w:w="857" w:type="dxa"/>
          </w:tcPr>
          <w:p w14:paraId="11C2D38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A389A6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6889725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8DE0F53" w14:textId="77777777" w:rsidTr="00434DA7">
        <w:tc>
          <w:tcPr>
            <w:tcW w:w="924" w:type="dxa"/>
          </w:tcPr>
          <w:p w14:paraId="02D1179A"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63" w:type="dxa"/>
          </w:tcPr>
          <w:p w14:paraId="2A8327D1" w14:textId="77777777" w:rsidR="00FF099C" w:rsidRPr="00434DA7" w:rsidRDefault="00FF099C" w:rsidP="00434DA7">
            <w:pPr>
              <w:rPr>
                <w:rFonts w:ascii="Arial" w:hAnsi="Arial" w:cs="Arial"/>
                <w:sz w:val="18"/>
                <w:szCs w:val="18"/>
              </w:rPr>
            </w:pPr>
            <w:r w:rsidRPr="00434DA7">
              <w:rPr>
                <w:rFonts w:ascii="Arial" w:hAnsi="Arial" w:cs="Arial"/>
                <w:sz w:val="18"/>
                <w:szCs w:val="18"/>
              </w:rPr>
              <w:t>Ny. T</w:t>
            </w:r>
          </w:p>
        </w:tc>
        <w:tc>
          <w:tcPr>
            <w:tcW w:w="555" w:type="dxa"/>
          </w:tcPr>
          <w:p w14:paraId="049B519A"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45" w:type="dxa"/>
          </w:tcPr>
          <w:p w14:paraId="55962ECD"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7D8E4E9A"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576A6BDF"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8B922A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617335E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1BE906C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55B63B9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B19D3C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0AB6B0D" w14:textId="77777777" w:rsidTr="00434DA7">
        <w:tc>
          <w:tcPr>
            <w:tcW w:w="924" w:type="dxa"/>
          </w:tcPr>
          <w:p w14:paraId="39FEA610"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63" w:type="dxa"/>
          </w:tcPr>
          <w:p w14:paraId="79359584" w14:textId="77777777" w:rsidR="00FF099C" w:rsidRPr="00434DA7" w:rsidRDefault="00FF099C" w:rsidP="00434DA7">
            <w:pPr>
              <w:rPr>
                <w:rFonts w:ascii="Arial" w:hAnsi="Arial" w:cs="Arial"/>
                <w:sz w:val="18"/>
                <w:szCs w:val="18"/>
              </w:rPr>
            </w:pPr>
            <w:r w:rsidRPr="00434DA7">
              <w:rPr>
                <w:rFonts w:ascii="Arial" w:hAnsi="Arial" w:cs="Arial"/>
                <w:sz w:val="18"/>
                <w:szCs w:val="18"/>
              </w:rPr>
              <w:t>Ny. U</w:t>
            </w:r>
          </w:p>
        </w:tc>
        <w:tc>
          <w:tcPr>
            <w:tcW w:w="555" w:type="dxa"/>
          </w:tcPr>
          <w:p w14:paraId="17B5E3C3"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37EF7E97"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79D83D05"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77A9E4A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BB67E1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30F151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4A8CEB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3B0E7D7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35F059A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2B51DBE" w14:textId="77777777" w:rsidTr="00434DA7">
        <w:tc>
          <w:tcPr>
            <w:tcW w:w="924" w:type="dxa"/>
          </w:tcPr>
          <w:p w14:paraId="2B36AB57" w14:textId="77777777" w:rsidR="00FF099C" w:rsidRPr="00434DA7" w:rsidRDefault="00FF099C" w:rsidP="00434DA7">
            <w:pPr>
              <w:rPr>
                <w:rFonts w:ascii="Arial" w:hAnsi="Arial" w:cs="Arial"/>
                <w:sz w:val="18"/>
                <w:szCs w:val="18"/>
              </w:rPr>
            </w:pPr>
            <w:r w:rsidRPr="00434DA7">
              <w:rPr>
                <w:rFonts w:ascii="Arial" w:hAnsi="Arial" w:cs="Arial"/>
                <w:sz w:val="18"/>
                <w:szCs w:val="18"/>
              </w:rPr>
              <w:t>22</w:t>
            </w:r>
          </w:p>
        </w:tc>
        <w:tc>
          <w:tcPr>
            <w:tcW w:w="763" w:type="dxa"/>
          </w:tcPr>
          <w:p w14:paraId="6B57E55F" w14:textId="77777777" w:rsidR="00FF099C" w:rsidRPr="00434DA7" w:rsidRDefault="00FF099C" w:rsidP="00434DA7">
            <w:pPr>
              <w:rPr>
                <w:rFonts w:ascii="Arial" w:hAnsi="Arial" w:cs="Arial"/>
                <w:sz w:val="18"/>
                <w:szCs w:val="18"/>
              </w:rPr>
            </w:pPr>
            <w:r w:rsidRPr="00434DA7">
              <w:rPr>
                <w:rFonts w:ascii="Arial" w:hAnsi="Arial" w:cs="Arial"/>
                <w:sz w:val="18"/>
                <w:szCs w:val="18"/>
              </w:rPr>
              <w:t>Ny. V</w:t>
            </w:r>
          </w:p>
        </w:tc>
        <w:tc>
          <w:tcPr>
            <w:tcW w:w="555" w:type="dxa"/>
          </w:tcPr>
          <w:p w14:paraId="26075344" w14:textId="77777777" w:rsidR="00FF099C" w:rsidRPr="00434DA7" w:rsidRDefault="00FF099C" w:rsidP="00434DA7">
            <w:pPr>
              <w:rPr>
                <w:rFonts w:ascii="Arial" w:hAnsi="Arial" w:cs="Arial"/>
                <w:sz w:val="18"/>
                <w:szCs w:val="18"/>
              </w:rPr>
            </w:pPr>
            <w:r w:rsidRPr="00434DA7">
              <w:rPr>
                <w:rFonts w:ascii="Arial" w:hAnsi="Arial" w:cs="Arial"/>
                <w:sz w:val="18"/>
                <w:szCs w:val="18"/>
              </w:rPr>
              <w:t>28</w:t>
            </w:r>
          </w:p>
        </w:tc>
        <w:tc>
          <w:tcPr>
            <w:tcW w:w="745" w:type="dxa"/>
          </w:tcPr>
          <w:p w14:paraId="021224F5"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D2088E6"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4309462"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6B9403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BE2748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99C89A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558964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0289921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B5AC058" w14:textId="77777777" w:rsidTr="00434DA7">
        <w:tc>
          <w:tcPr>
            <w:tcW w:w="924" w:type="dxa"/>
          </w:tcPr>
          <w:p w14:paraId="2942E921"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63" w:type="dxa"/>
          </w:tcPr>
          <w:p w14:paraId="06F65F26" w14:textId="77777777" w:rsidR="00FF099C" w:rsidRPr="00434DA7" w:rsidRDefault="00FF099C" w:rsidP="00434DA7">
            <w:pPr>
              <w:rPr>
                <w:rFonts w:ascii="Arial" w:hAnsi="Arial" w:cs="Arial"/>
                <w:sz w:val="18"/>
                <w:szCs w:val="18"/>
              </w:rPr>
            </w:pPr>
            <w:r w:rsidRPr="00434DA7">
              <w:rPr>
                <w:rFonts w:ascii="Arial" w:hAnsi="Arial" w:cs="Arial"/>
                <w:sz w:val="18"/>
                <w:szCs w:val="18"/>
              </w:rPr>
              <w:t>Ny. W</w:t>
            </w:r>
          </w:p>
        </w:tc>
        <w:tc>
          <w:tcPr>
            <w:tcW w:w="555" w:type="dxa"/>
          </w:tcPr>
          <w:p w14:paraId="34ACE536"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67E20921"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65851FE3"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F252CB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0306B5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2C93288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48570F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E4AC17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04ECCC0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78511C4" w14:textId="77777777" w:rsidTr="00434DA7">
        <w:tc>
          <w:tcPr>
            <w:tcW w:w="924" w:type="dxa"/>
          </w:tcPr>
          <w:p w14:paraId="3391A71E"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63" w:type="dxa"/>
          </w:tcPr>
          <w:p w14:paraId="75C4F7BF" w14:textId="77777777" w:rsidR="00FF099C" w:rsidRPr="00434DA7" w:rsidRDefault="00FF099C" w:rsidP="00434DA7">
            <w:pPr>
              <w:rPr>
                <w:rFonts w:ascii="Arial" w:hAnsi="Arial" w:cs="Arial"/>
                <w:sz w:val="18"/>
                <w:szCs w:val="18"/>
              </w:rPr>
            </w:pPr>
            <w:r w:rsidRPr="00434DA7">
              <w:rPr>
                <w:rFonts w:ascii="Arial" w:hAnsi="Arial" w:cs="Arial"/>
                <w:sz w:val="18"/>
                <w:szCs w:val="18"/>
              </w:rPr>
              <w:t>Ny. X</w:t>
            </w:r>
          </w:p>
        </w:tc>
        <w:tc>
          <w:tcPr>
            <w:tcW w:w="555" w:type="dxa"/>
          </w:tcPr>
          <w:p w14:paraId="20615007"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5047D6E9"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6F0C9596"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50D39FBD"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1A4066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6C976B9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807AAE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934C73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68CBA4F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97F116A" w14:textId="77777777" w:rsidTr="00434DA7">
        <w:tc>
          <w:tcPr>
            <w:tcW w:w="924" w:type="dxa"/>
          </w:tcPr>
          <w:p w14:paraId="77076B36"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63" w:type="dxa"/>
          </w:tcPr>
          <w:p w14:paraId="72A8DCBE" w14:textId="77777777" w:rsidR="00FF099C" w:rsidRPr="00434DA7" w:rsidRDefault="00FF099C" w:rsidP="00434DA7">
            <w:pPr>
              <w:rPr>
                <w:rFonts w:ascii="Arial" w:hAnsi="Arial" w:cs="Arial"/>
                <w:sz w:val="18"/>
                <w:szCs w:val="18"/>
              </w:rPr>
            </w:pPr>
            <w:r w:rsidRPr="00434DA7">
              <w:rPr>
                <w:rFonts w:ascii="Arial" w:hAnsi="Arial" w:cs="Arial"/>
                <w:sz w:val="18"/>
                <w:szCs w:val="18"/>
              </w:rPr>
              <w:t>Ny. Y</w:t>
            </w:r>
          </w:p>
        </w:tc>
        <w:tc>
          <w:tcPr>
            <w:tcW w:w="555" w:type="dxa"/>
          </w:tcPr>
          <w:p w14:paraId="5329550A"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73B04FC0"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4DF060E6"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19C243F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CB6A14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15567B1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1BBCCD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0CAEE8A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D20AC4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B5D239F" w14:textId="77777777" w:rsidTr="00434DA7">
        <w:tc>
          <w:tcPr>
            <w:tcW w:w="924" w:type="dxa"/>
          </w:tcPr>
          <w:p w14:paraId="7ACBEA9E" w14:textId="77777777" w:rsidR="00FF099C" w:rsidRPr="00434DA7" w:rsidRDefault="00FF099C" w:rsidP="00434DA7">
            <w:pPr>
              <w:rPr>
                <w:rFonts w:ascii="Arial" w:hAnsi="Arial" w:cs="Arial"/>
                <w:sz w:val="18"/>
                <w:szCs w:val="18"/>
              </w:rPr>
            </w:pPr>
            <w:r w:rsidRPr="00434DA7">
              <w:rPr>
                <w:rFonts w:ascii="Arial" w:hAnsi="Arial" w:cs="Arial"/>
                <w:sz w:val="18"/>
                <w:szCs w:val="18"/>
              </w:rPr>
              <w:t>26</w:t>
            </w:r>
          </w:p>
        </w:tc>
        <w:tc>
          <w:tcPr>
            <w:tcW w:w="763" w:type="dxa"/>
          </w:tcPr>
          <w:p w14:paraId="7BF4AACD" w14:textId="77777777" w:rsidR="00FF099C" w:rsidRPr="00434DA7" w:rsidRDefault="00FF099C" w:rsidP="00434DA7">
            <w:pPr>
              <w:rPr>
                <w:rFonts w:ascii="Arial" w:hAnsi="Arial" w:cs="Arial"/>
                <w:sz w:val="18"/>
                <w:szCs w:val="18"/>
              </w:rPr>
            </w:pPr>
            <w:r w:rsidRPr="00434DA7">
              <w:rPr>
                <w:rFonts w:ascii="Arial" w:hAnsi="Arial" w:cs="Arial"/>
                <w:sz w:val="18"/>
                <w:szCs w:val="18"/>
              </w:rPr>
              <w:t>Ny. Z</w:t>
            </w:r>
          </w:p>
        </w:tc>
        <w:tc>
          <w:tcPr>
            <w:tcW w:w="555" w:type="dxa"/>
          </w:tcPr>
          <w:p w14:paraId="744980F7"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45" w:type="dxa"/>
          </w:tcPr>
          <w:p w14:paraId="42E585BB"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A48367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F5E63C6"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326762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5906E9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0F08E2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078B019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AC9660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379E70D" w14:textId="77777777" w:rsidTr="00434DA7">
        <w:tc>
          <w:tcPr>
            <w:tcW w:w="924" w:type="dxa"/>
          </w:tcPr>
          <w:p w14:paraId="5F2C3A0A" w14:textId="77777777" w:rsidR="00FF099C" w:rsidRPr="00434DA7" w:rsidRDefault="00FF099C" w:rsidP="00434DA7">
            <w:pPr>
              <w:rPr>
                <w:rFonts w:ascii="Arial" w:hAnsi="Arial" w:cs="Arial"/>
                <w:sz w:val="18"/>
                <w:szCs w:val="18"/>
              </w:rPr>
            </w:pPr>
            <w:r w:rsidRPr="00434DA7">
              <w:rPr>
                <w:rFonts w:ascii="Arial" w:hAnsi="Arial" w:cs="Arial"/>
                <w:sz w:val="18"/>
                <w:szCs w:val="18"/>
              </w:rPr>
              <w:t>27</w:t>
            </w:r>
          </w:p>
        </w:tc>
        <w:tc>
          <w:tcPr>
            <w:tcW w:w="763" w:type="dxa"/>
          </w:tcPr>
          <w:p w14:paraId="3EBB8313" w14:textId="77777777" w:rsidR="00FF099C" w:rsidRPr="00434DA7" w:rsidRDefault="00FF099C" w:rsidP="00434DA7">
            <w:pPr>
              <w:rPr>
                <w:rFonts w:ascii="Arial" w:hAnsi="Arial" w:cs="Arial"/>
                <w:sz w:val="18"/>
                <w:szCs w:val="18"/>
              </w:rPr>
            </w:pPr>
            <w:r w:rsidRPr="00434DA7">
              <w:rPr>
                <w:rFonts w:ascii="Arial" w:hAnsi="Arial" w:cs="Arial"/>
                <w:sz w:val="18"/>
                <w:szCs w:val="18"/>
              </w:rPr>
              <w:t>Ny. A1</w:t>
            </w:r>
          </w:p>
        </w:tc>
        <w:tc>
          <w:tcPr>
            <w:tcW w:w="555" w:type="dxa"/>
          </w:tcPr>
          <w:p w14:paraId="3AA049E4"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323F8F70"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B6E8CD6"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6B1DBCB7"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EDDA38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7D847C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4F46FC0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1407F9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26BFA9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647C254" w14:textId="77777777" w:rsidTr="00434DA7">
        <w:tc>
          <w:tcPr>
            <w:tcW w:w="924" w:type="dxa"/>
          </w:tcPr>
          <w:p w14:paraId="46A18FED" w14:textId="77777777" w:rsidR="00FF099C" w:rsidRPr="00434DA7" w:rsidRDefault="00FF099C" w:rsidP="00434DA7">
            <w:pPr>
              <w:rPr>
                <w:rFonts w:ascii="Arial" w:hAnsi="Arial" w:cs="Arial"/>
                <w:sz w:val="18"/>
                <w:szCs w:val="18"/>
              </w:rPr>
            </w:pPr>
            <w:r w:rsidRPr="00434DA7">
              <w:rPr>
                <w:rFonts w:ascii="Arial" w:hAnsi="Arial" w:cs="Arial"/>
                <w:sz w:val="18"/>
                <w:szCs w:val="18"/>
              </w:rPr>
              <w:t>28</w:t>
            </w:r>
          </w:p>
        </w:tc>
        <w:tc>
          <w:tcPr>
            <w:tcW w:w="763" w:type="dxa"/>
          </w:tcPr>
          <w:p w14:paraId="3F1B4566" w14:textId="77777777" w:rsidR="00FF099C" w:rsidRPr="00434DA7" w:rsidRDefault="00FF099C" w:rsidP="00434DA7">
            <w:pPr>
              <w:rPr>
                <w:rFonts w:ascii="Arial" w:hAnsi="Arial" w:cs="Arial"/>
                <w:sz w:val="18"/>
                <w:szCs w:val="18"/>
              </w:rPr>
            </w:pPr>
            <w:r w:rsidRPr="00434DA7">
              <w:rPr>
                <w:rFonts w:ascii="Arial" w:hAnsi="Arial" w:cs="Arial"/>
                <w:sz w:val="18"/>
                <w:szCs w:val="18"/>
              </w:rPr>
              <w:t>Ny. B1</w:t>
            </w:r>
          </w:p>
        </w:tc>
        <w:tc>
          <w:tcPr>
            <w:tcW w:w="555" w:type="dxa"/>
          </w:tcPr>
          <w:p w14:paraId="14422CC7" w14:textId="77777777" w:rsidR="00FF099C" w:rsidRPr="00434DA7" w:rsidRDefault="00FF099C" w:rsidP="00434DA7">
            <w:pPr>
              <w:rPr>
                <w:rFonts w:ascii="Arial" w:hAnsi="Arial" w:cs="Arial"/>
                <w:sz w:val="18"/>
                <w:szCs w:val="18"/>
              </w:rPr>
            </w:pPr>
            <w:r w:rsidRPr="00434DA7">
              <w:rPr>
                <w:rFonts w:ascii="Arial" w:hAnsi="Arial" w:cs="Arial"/>
                <w:sz w:val="18"/>
                <w:szCs w:val="18"/>
              </w:rPr>
              <w:t>26</w:t>
            </w:r>
          </w:p>
        </w:tc>
        <w:tc>
          <w:tcPr>
            <w:tcW w:w="745" w:type="dxa"/>
          </w:tcPr>
          <w:p w14:paraId="49BC9626"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62D9110F"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C7063CF"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EB1E39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97557E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5B9DAF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3610EE7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429A58A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B968E35" w14:textId="77777777" w:rsidTr="00434DA7">
        <w:tc>
          <w:tcPr>
            <w:tcW w:w="924" w:type="dxa"/>
          </w:tcPr>
          <w:p w14:paraId="79F6EB2D"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63" w:type="dxa"/>
          </w:tcPr>
          <w:p w14:paraId="10A91550" w14:textId="77777777" w:rsidR="00FF099C" w:rsidRPr="00434DA7" w:rsidRDefault="00FF099C" w:rsidP="00434DA7">
            <w:pPr>
              <w:rPr>
                <w:rFonts w:ascii="Arial" w:hAnsi="Arial" w:cs="Arial"/>
                <w:sz w:val="18"/>
                <w:szCs w:val="18"/>
              </w:rPr>
            </w:pPr>
            <w:r w:rsidRPr="00434DA7">
              <w:rPr>
                <w:rFonts w:ascii="Arial" w:hAnsi="Arial" w:cs="Arial"/>
                <w:sz w:val="18"/>
                <w:szCs w:val="18"/>
              </w:rPr>
              <w:t>Ny. C1</w:t>
            </w:r>
          </w:p>
        </w:tc>
        <w:tc>
          <w:tcPr>
            <w:tcW w:w="555" w:type="dxa"/>
          </w:tcPr>
          <w:p w14:paraId="41A34A32"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3062397B"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343EAF1"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1F98EF6D"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925F43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50162CE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7DC68F9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457F414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DF7842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6EE4CD72" w14:textId="77777777" w:rsidTr="00434DA7">
        <w:tc>
          <w:tcPr>
            <w:tcW w:w="924" w:type="dxa"/>
          </w:tcPr>
          <w:p w14:paraId="39DA7B9E"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63" w:type="dxa"/>
          </w:tcPr>
          <w:p w14:paraId="0DC5399D" w14:textId="77777777" w:rsidR="00FF099C" w:rsidRPr="00434DA7" w:rsidRDefault="00FF099C" w:rsidP="00434DA7">
            <w:pPr>
              <w:rPr>
                <w:rFonts w:ascii="Arial" w:hAnsi="Arial" w:cs="Arial"/>
                <w:sz w:val="18"/>
                <w:szCs w:val="18"/>
              </w:rPr>
            </w:pPr>
            <w:r w:rsidRPr="00434DA7">
              <w:rPr>
                <w:rFonts w:ascii="Arial" w:hAnsi="Arial" w:cs="Arial"/>
                <w:sz w:val="18"/>
                <w:szCs w:val="18"/>
              </w:rPr>
              <w:t>Ny. D1</w:t>
            </w:r>
          </w:p>
        </w:tc>
        <w:tc>
          <w:tcPr>
            <w:tcW w:w="555" w:type="dxa"/>
          </w:tcPr>
          <w:p w14:paraId="623FEE03"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499AC8D9"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52180BEA"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7F8DFD1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533BA4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C7DAB3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6C1EB8D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1A5279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67EC4A2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28850EDF" w14:textId="77777777" w:rsidTr="00434DA7">
        <w:tc>
          <w:tcPr>
            <w:tcW w:w="924" w:type="dxa"/>
          </w:tcPr>
          <w:p w14:paraId="5AAA791C"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63" w:type="dxa"/>
          </w:tcPr>
          <w:p w14:paraId="58F51A30" w14:textId="77777777" w:rsidR="00FF099C" w:rsidRPr="00434DA7" w:rsidRDefault="00FF099C" w:rsidP="00434DA7">
            <w:pPr>
              <w:rPr>
                <w:rFonts w:ascii="Arial" w:hAnsi="Arial" w:cs="Arial"/>
                <w:sz w:val="18"/>
                <w:szCs w:val="18"/>
              </w:rPr>
            </w:pPr>
            <w:r w:rsidRPr="00434DA7">
              <w:rPr>
                <w:rFonts w:ascii="Arial" w:hAnsi="Arial" w:cs="Arial"/>
                <w:sz w:val="18"/>
                <w:szCs w:val="18"/>
              </w:rPr>
              <w:t>Ny. E1</w:t>
            </w:r>
          </w:p>
        </w:tc>
        <w:tc>
          <w:tcPr>
            <w:tcW w:w="555" w:type="dxa"/>
          </w:tcPr>
          <w:p w14:paraId="4DFA764F" w14:textId="77777777" w:rsidR="00FF099C" w:rsidRPr="00434DA7" w:rsidRDefault="00FF099C" w:rsidP="00434DA7">
            <w:pPr>
              <w:rPr>
                <w:rFonts w:ascii="Arial" w:hAnsi="Arial" w:cs="Arial"/>
                <w:sz w:val="18"/>
                <w:szCs w:val="18"/>
              </w:rPr>
            </w:pPr>
            <w:r w:rsidRPr="00434DA7">
              <w:rPr>
                <w:rFonts w:ascii="Arial" w:hAnsi="Arial" w:cs="Arial"/>
                <w:sz w:val="18"/>
                <w:szCs w:val="18"/>
              </w:rPr>
              <w:t>26</w:t>
            </w:r>
          </w:p>
        </w:tc>
        <w:tc>
          <w:tcPr>
            <w:tcW w:w="745" w:type="dxa"/>
          </w:tcPr>
          <w:p w14:paraId="1C998A7F"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962DCCA"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70BD0320"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E2DE95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625DC59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271E58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6805F2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5CF9B4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C67A159" w14:textId="77777777" w:rsidTr="00434DA7">
        <w:tc>
          <w:tcPr>
            <w:tcW w:w="924" w:type="dxa"/>
          </w:tcPr>
          <w:p w14:paraId="13984234" w14:textId="77777777" w:rsidR="00FF099C" w:rsidRPr="00434DA7" w:rsidRDefault="00FF099C" w:rsidP="00434DA7">
            <w:pPr>
              <w:rPr>
                <w:rFonts w:ascii="Arial" w:hAnsi="Arial" w:cs="Arial"/>
                <w:sz w:val="18"/>
                <w:szCs w:val="18"/>
              </w:rPr>
            </w:pPr>
            <w:r w:rsidRPr="00434DA7">
              <w:rPr>
                <w:rFonts w:ascii="Arial" w:hAnsi="Arial" w:cs="Arial"/>
                <w:sz w:val="18"/>
                <w:szCs w:val="18"/>
              </w:rPr>
              <w:t>32</w:t>
            </w:r>
          </w:p>
        </w:tc>
        <w:tc>
          <w:tcPr>
            <w:tcW w:w="763" w:type="dxa"/>
          </w:tcPr>
          <w:p w14:paraId="5330796A" w14:textId="77777777" w:rsidR="00FF099C" w:rsidRPr="00434DA7" w:rsidRDefault="00FF099C" w:rsidP="00434DA7">
            <w:pPr>
              <w:rPr>
                <w:rFonts w:ascii="Arial" w:hAnsi="Arial" w:cs="Arial"/>
                <w:sz w:val="18"/>
                <w:szCs w:val="18"/>
              </w:rPr>
            </w:pPr>
            <w:r w:rsidRPr="00434DA7">
              <w:rPr>
                <w:rFonts w:ascii="Arial" w:hAnsi="Arial" w:cs="Arial"/>
                <w:sz w:val="18"/>
                <w:szCs w:val="18"/>
              </w:rPr>
              <w:t>Ny. F1</w:t>
            </w:r>
          </w:p>
        </w:tc>
        <w:tc>
          <w:tcPr>
            <w:tcW w:w="555" w:type="dxa"/>
          </w:tcPr>
          <w:p w14:paraId="05AEBE03"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1BBC3F26"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1FCF684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72E02C9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D1C14B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953AB9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9EA840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34D858B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AD0194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68FB4034" w14:textId="77777777" w:rsidTr="00434DA7">
        <w:tc>
          <w:tcPr>
            <w:tcW w:w="924" w:type="dxa"/>
          </w:tcPr>
          <w:p w14:paraId="3EA5AF45"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63" w:type="dxa"/>
          </w:tcPr>
          <w:p w14:paraId="7541BF08" w14:textId="77777777" w:rsidR="00FF099C" w:rsidRPr="00434DA7" w:rsidRDefault="00FF099C" w:rsidP="00434DA7">
            <w:pPr>
              <w:rPr>
                <w:rFonts w:ascii="Arial" w:hAnsi="Arial" w:cs="Arial"/>
                <w:sz w:val="18"/>
                <w:szCs w:val="18"/>
              </w:rPr>
            </w:pPr>
            <w:r w:rsidRPr="00434DA7">
              <w:rPr>
                <w:rFonts w:ascii="Arial" w:hAnsi="Arial" w:cs="Arial"/>
                <w:sz w:val="18"/>
                <w:szCs w:val="18"/>
              </w:rPr>
              <w:t>Ny. G1</w:t>
            </w:r>
          </w:p>
        </w:tc>
        <w:tc>
          <w:tcPr>
            <w:tcW w:w="555" w:type="dxa"/>
          </w:tcPr>
          <w:p w14:paraId="764A955B"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2650C337"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35DD1E7"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14A31E2"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6686FF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7F9C076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FD609B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13F639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7DD1F0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2EFE0FC1" w14:textId="77777777" w:rsidTr="00434DA7">
        <w:tc>
          <w:tcPr>
            <w:tcW w:w="924" w:type="dxa"/>
          </w:tcPr>
          <w:p w14:paraId="09DAF8BD" w14:textId="77777777" w:rsidR="00FF099C" w:rsidRPr="00434DA7" w:rsidRDefault="00FF099C" w:rsidP="00434DA7">
            <w:pPr>
              <w:rPr>
                <w:rFonts w:ascii="Arial" w:hAnsi="Arial" w:cs="Arial"/>
                <w:sz w:val="18"/>
                <w:szCs w:val="18"/>
              </w:rPr>
            </w:pPr>
            <w:r w:rsidRPr="00434DA7">
              <w:rPr>
                <w:rFonts w:ascii="Arial" w:hAnsi="Arial" w:cs="Arial"/>
                <w:sz w:val="18"/>
                <w:szCs w:val="18"/>
              </w:rPr>
              <w:t>34</w:t>
            </w:r>
          </w:p>
        </w:tc>
        <w:tc>
          <w:tcPr>
            <w:tcW w:w="763" w:type="dxa"/>
          </w:tcPr>
          <w:p w14:paraId="30852914" w14:textId="77777777" w:rsidR="00FF099C" w:rsidRPr="00434DA7" w:rsidRDefault="00FF099C" w:rsidP="00434DA7">
            <w:pPr>
              <w:rPr>
                <w:rFonts w:ascii="Arial" w:hAnsi="Arial" w:cs="Arial"/>
                <w:sz w:val="18"/>
                <w:szCs w:val="18"/>
              </w:rPr>
            </w:pPr>
            <w:r w:rsidRPr="00434DA7">
              <w:rPr>
                <w:rFonts w:ascii="Arial" w:hAnsi="Arial" w:cs="Arial"/>
                <w:sz w:val="18"/>
                <w:szCs w:val="18"/>
              </w:rPr>
              <w:t>Ny. H1</w:t>
            </w:r>
          </w:p>
        </w:tc>
        <w:tc>
          <w:tcPr>
            <w:tcW w:w="555" w:type="dxa"/>
          </w:tcPr>
          <w:p w14:paraId="7F85A380"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44DE7164"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24B0E7F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1BFB204"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221D21A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52A0506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B39E96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7BC91D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0833317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46D90441" w14:textId="77777777" w:rsidTr="00434DA7">
        <w:tc>
          <w:tcPr>
            <w:tcW w:w="924" w:type="dxa"/>
          </w:tcPr>
          <w:p w14:paraId="63AF314F" w14:textId="77777777" w:rsidR="00FF099C" w:rsidRPr="00434DA7" w:rsidRDefault="00FF099C" w:rsidP="00434DA7">
            <w:pPr>
              <w:rPr>
                <w:rFonts w:ascii="Arial" w:hAnsi="Arial" w:cs="Arial"/>
                <w:sz w:val="18"/>
                <w:szCs w:val="18"/>
              </w:rPr>
            </w:pPr>
            <w:r w:rsidRPr="00434DA7">
              <w:rPr>
                <w:rFonts w:ascii="Arial" w:hAnsi="Arial" w:cs="Arial"/>
                <w:sz w:val="18"/>
                <w:szCs w:val="18"/>
              </w:rPr>
              <w:t>35</w:t>
            </w:r>
          </w:p>
        </w:tc>
        <w:tc>
          <w:tcPr>
            <w:tcW w:w="763" w:type="dxa"/>
          </w:tcPr>
          <w:p w14:paraId="53038781" w14:textId="77777777" w:rsidR="00FF099C" w:rsidRPr="00434DA7" w:rsidRDefault="00FF099C" w:rsidP="00434DA7">
            <w:pPr>
              <w:rPr>
                <w:rFonts w:ascii="Arial" w:hAnsi="Arial" w:cs="Arial"/>
                <w:sz w:val="18"/>
                <w:szCs w:val="18"/>
              </w:rPr>
            </w:pPr>
            <w:r w:rsidRPr="00434DA7">
              <w:rPr>
                <w:rFonts w:ascii="Arial" w:hAnsi="Arial" w:cs="Arial"/>
                <w:sz w:val="18"/>
                <w:szCs w:val="18"/>
              </w:rPr>
              <w:t>Ny. I1</w:t>
            </w:r>
          </w:p>
        </w:tc>
        <w:tc>
          <w:tcPr>
            <w:tcW w:w="555" w:type="dxa"/>
          </w:tcPr>
          <w:p w14:paraId="4972379B"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3DCC03AF"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6B62A43"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580367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2B5485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FA43F4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B1BE68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8668B5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0FBCC4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B7B87C1" w14:textId="77777777" w:rsidTr="00434DA7">
        <w:tc>
          <w:tcPr>
            <w:tcW w:w="924" w:type="dxa"/>
          </w:tcPr>
          <w:p w14:paraId="0E85157F" w14:textId="77777777" w:rsidR="00FF099C" w:rsidRPr="00434DA7" w:rsidRDefault="00FF099C" w:rsidP="00434DA7">
            <w:pPr>
              <w:rPr>
                <w:rFonts w:ascii="Arial" w:hAnsi="Arial" w:cs="Arial"/>
                <w:sz w:val="18"/>
                <w:szCs w:val="18"/>
              </w:rPr>
            </w:pPr>
            <w:r w:rsidRPr="00434DA7">
              <w:rPr>
                <w:rFonts w:ascii="Arial" w:hAnsi="Arial" w:cs="Arial"/>
                <w:sz w:val="18"/>
                <w:szCs w:val="18"/>
              </w:rPr>
              <w:t>36</w:t>
            </w:r>
          </w:p>
        </w:tc>
        <w:tc>
          <w:tcPr>
            <w:tcW w:w="763" w:type="dxa"/>
          </w:tcPr>
          <w:p w14:paraId="2296617C" w14:textId="77777777" w:rsidR="00FF099C" w:rsidRPr="00434DA7" w:rsidRDefault="00FF099C" w:rsidP="00434DA7">
            <w:pPr>
              <w:rPr>
                <w:rFonts w:ascii="Arial" w:hAnsi="Arial" w:cs="Arial"/>
                <w:sz w:val="18"/>
                <w:szCs w:val="18"/>
              </w:rPr>
            </w:pPr>
            <w:r w:rsidRPr="00434DA7">
              <w:rPr>
                <w:rFonts w:ascii="Arial" w:hAnsi="Arial" w:cs="Arial"/>
                <w:sz w:val="18"/>
                <w:szCs w:val="18"/>
              </w:rPr>
              <w:t>Ny. J1</w:t>
            </w:r>
          </w:p>
        </w:tc>
        <w:tc>
          <w:tcPr>
            <w:tcW w:w="555" w:type="dxa"/>
          </w:tcPr>
          <w:p w14:paraId="7E269C4C"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45" w:type="dxa"/>
          </w:tcPr>
          <w:p w14:paraId="2A47100A"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33F1000"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2555849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CCCCF0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830250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A09485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128564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3825EC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3339FB7" w14:textId="77777777" w:rsidTr="00434DA7">
        <w:tc>
          <w:tcPr>
            <w:tcW w:w="924" w:type="dxa"/>
          </w:tcPr>
          <w:p w14:paraId="4D13FA89" w14:textId="77777777" w:rsidR="00FF099C" w:rsidRPr="00434DA7" w:rsidRDefault="00FF099C" w:rsidP="00434DA7">
            <w:pPr>
              <w:rPr>
                <w:rFonts w:ascii="Arial" w:hAnsi="Arial" w:cs="Arial"/>
                <w:sz w:val="18"/>
                <w:szCs w:val="18"/>
              </w:rPr>
            </w:pPr>
            <w:r w:rsidRPr="00434DA7">
              <w:rPr>
                <w:rFonts w:ascii="Arial" w:hAnsi="Arial" w:cs="Arial"/>
                <w:sz w:val="18"/>
                <w:szCs w:val="18"/>
              </w:rPr>
              <w:t>37</w:t>
            </w:r>
          </w:p>
        </w:tc>
        <w:tc>
          <w:tcPr>
            <w:tcW w:w="763" w:type="dxa"/>
          </w:tcPr>
          <w:p w14:paraId="127F4AB1" w14:textId="77777777" w:rsidR="00FF099C" w:rsidRPr="00434DA7" w:rsidRDefault="00FF099C" w:rsidP="00434DA7">
            <w:pPr>
              <w:rPr>
                <w:rFonts w:ascii="Arial" w:hAnsi="Arial" w:cs="Arial"/>
                <w:sz w:val="18"/>
                <w:szCs w:val="18"/>
              </w:rPr>
            </w:pPr>
            <w:r w:rsidRPr="00434DA7">
              <w:rPr>
                <w:rFonts w:ascii="Arial" w:hAnsi="Arial" w:cs="Arial"/>
                <w:sz w:val="18"/>
                <w:szCs w:val="18"/>
              </w:rPr>
              <w:t>Ny. K1</w:t>
            </w:r>
          </w:p>
        </w:tc>
        <w:tc>
          <w:tcPr>
            <w:tcW w:w="555" w:type="dxa"/>
          </w:tcPr>
          <w:p w14:paraId="38611183"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7EE9A4AE"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645F9C1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42F452B5"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215CB9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931020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828998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0896534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0A052A4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C66989D" w14:textId="77777777" w:rsidTr="00434DA7">
        <w:tc>
          <w:tcPr>
            <w:tcW w:w="924" w:type="dxa"/>
          </w:tcPr>
          <w:p w14:paraId="6E82F29D" w14:textId="77777777" w:rsidR="00FF099C" w:rsidRPr="00434DA7" w:rsidRDefault="00FF099C" w:rsidP="00434DA7">
            <w:pPr>
              <w:rPr>
                <w:rFonts w:ascii="Arial" w:hAnsi="Arial" w:cs="Arial"/>
                <w:sz w:val="18"/>
                <w:szCs w:val="18"/>
              </w:rPr>
            </w:pPr>
            <w:r w:rsidRPr="00434DA7">
              <w:rPr>
                <w:rFonts w:ascii="Arial" w:hAnsi="Arial" w:cs="Arial"/>
                <w:sz w:val="18"/>
                <w:szCs w:val="18"/>
              </w:rPr>
              <w:t>38</w:t>
            </w:r>
          </w:p>
        </w:tc>
        <w:tc>
          <w:tcPr>
            <w:tcW w:w="763" w:type="dxa"/>
          </w:tcPr>
          <w:p w14:paraId="30A267A6" w14:textId="77777777" w:rsidR="00FF099C" w:rsidRPr="00434DA7" w:rsidRDefault="00FF099C" w:rsidP="00434DA7">
            <w:pPr>
              <w:rPr>
                <w:rFonts w:ascii="Arial" w:hAnsi="Arial" w:cs="Arial"/>
                <w:sz w:val="18"/>
                <w:szCs w:val="18"/>
              </w:rPr>
            </w:pPr>
            <w:r w:rsidRPr="00434DA7">
              <w:rPr>
                <w:rFonts w:ascii="Arial" w:hAnsi="Arial" w:cs="Arial"/>
                <w:sz w:val="18"/>
                <w:szCs w:val="18"/>
              </w:rPr>
              <w:t>Ny. L1</w:t>
            </w:r>
          </w:p>
        </w:tc>
        <w:tc>
          <w:tcPr>
            <w:tcW w:w="555" w:type="dxa"/>
          </w:tcPr>
          <w:p w14:paraId="616F2A63"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00BA0511"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B60FC45"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52BACB8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31E744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225F7BC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441CF6D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6362C4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074DBD5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5AF5C029" w14:textId="77777777" w:rsidTr="00434DA7">
        <w:tc>
          <w:tcPr>
            <w:tcW w:w="924" w:type="dxa"/>
          </w:tcPr>
          <w:p w14:paraId="16F9943B" w14:textId="77777777" w:rsidR="00FF099C" w:rsidRPr="00434DA7" w:rsidRDefault="00FF099C" w:rsidP="00434DA7">
            <w:pPr>
              <w:rPr>
                <w:rFonts w:ascii="Arial" w:hAnsi="Arial" w:cs="Arial"/>
                <w:sz w:val="18"/>
                <w:szCs w:val="18"/>
              </w:rPr>
            </w:pPr>
            <w:r w:rsidRPr="00434DA7">
              <w:rPr>
                <w:rFonts w:ascii="Arial" w:hAnsi="Arial" w:cs="Arial"/>
                <w:sz w:val="18"/>
                <w:szCs w:val="18"/>
              </w:rPr>
              <w:t>39</w:t>
            </w:r>
          </w:p>
        </w:tc>
        <w:tc>
          <w:tcPr>
            <w:tcW w:w="763" w:type="dxa"/>
          </w:tcPr>
          <w:p w14:paraId="7FB86310" w14:textId="77777777" w:rsidR="00FF099C" w:rsidRPr="00434DA7" w:rsidRDefault="00FF099C" w:rsidP="00434DA7">
            <w:pPr>
              <w:rPr>
                <w:rFonts w:ascii="Arial" w:hAnsi="Arial" w:cs="Arial"/>
                <w:sz w:val="18"/>
                <w:szCs w:val="18"/>
              </w:rPr>
            </w:pPr>
            <w:r w:rsidRPr="00434DA7">
              <w:rPr>
                <w:rFonts w:ascii="Arial" w:hAnsi="Arial" w:cs="Arial"/>
                <w:sz w:val="18"/>
                <w:szCs w:val="18"/>
              </w:rPr>
              <w:t>Ny. M1</w:t>
            </w:r>
          </w:p>
        </w:tc>
        <w:tc>
          <w:tcPr>
            <w:tcW w:w="555" w:type="dxa"/>
          </w:tcPr>
          <w:p w14:paraId="5FBD4F87" w14:textId="77777777" w:rsidR="00FF099C" w:rsidRPr="00434DA7" w:rsidRDefault="00FF099C" w:rsidP="00434DA7">
            <w:pPr>
              <w:rPr>
                <w:rFonts w:ascii="Arial" w:hAnsi="Arial" w:cs="Arial"/>
                <w:sz w:val="18"/>
                <w:szCs w:val="18"/>
              </w:rPr>
            </w:pPr>
            <w:r w:rsidRPr="00434DA7">
              <w:rPr>
                <w:rFonts w:ascii="Arial" w:hAnsi="Arial" w:cs="Arial"/>
                <w:sz w:val="18"/>
                <w:szCs w:val="18"/>
              </w:rPr>
              <w:t>22</w:t>
            </w:r>
          </w:p>
        </w:tc>
        <w:tc>
          <w:tcPr>
            <w:tcW w:w="745" w:type="dxa"/>
          </w:tcPr>
          <w:p w14:paraId="7CA0CB7A"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FAAF491"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1C75323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7147C7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7F8A1B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860252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0B7DE37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78C431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2657C4F" w14:textId="77777777" w:rsidTr="00434DA7">
        <w:tc>
          <w:tcPr>
            <w:tcW w:w="924" w:type="dxa"/>
          </w:tcPr>
          <w:p w14:paraId="20D9CEC5" w14:textId="77777777" w:rsidR="00FF099C" w:rsidRPr="00434DA7" w:rsidRDefault="00FF099C" w:rsidP="00434DA7">
            <w:pPr>
              <w:rPr>
                <w:rFonts w:ascii="Arial" w:hAnsi="Arial" w:cs="Arial"/>
                <w:sz w:val="18"/>
                <w:szCs w:val="18"/>
              </w:rPr>
            </w:pPr>
            <w:r w:rsidRPr="00434DA7">
              <w:rPr>
                <w:rFonts w:ascii="Arial" w:hAnsi="Arial" w:cs="Arial"/>
                <w:sz w:val="18"/>
                <w:szCs w:val="18"/>
              </w:rPr>
              <w:t>40</w:t>
            </w:r>
          </w:p>
        </w:tc>
        <w:tc>
          <w:tcPr>
            <w:tcW w:w="763" w:type="dxa"/>
          </w:tcPr>
          <w:p w14:paraId="5EDE284B" w14:textId="77777777" w:rsidR="00FF099C" w:rsidRPr="00434DA7" w:rsidRDefault="00FF099C" w:rsidP="00434DA7">
            <w:pPr>
              <w:rPr>
                <w:rFonts w:ascii="Arial" w:hAnsi="Arial" w:cs="Arial"/>
                <w:sz w:val="18"/>
                <w:szCs w:val="18"/>
              </w:rPr>
            </w:pPr>
            <w:r w:rsidRPr="00434DA7">
              <w:rPr>
                <w:rFonts w:ascii="Arial" w:hAnsi="Arial" w:cs="Arial"/>
                <w:sz w:val="18"/>
                <w:szCs w:val="18"/>
              </w:rPr>
              <w:t>Ny. N1</w:t>
            </w:r>
          </w:p>
        </w:tc>
        <w:tc>
          <w:tcPr>
            <w:tcW w:w="555" w:type="dxa"/>
          </w:tcPr>
          <w:p w14:paraId="0BBC9F17" w14:textId="77777777" w:rsidR="00FF099C" w:rsidRPr="00434DA7" w:rsidRDefault="00FF099C" w:rsidP="00434DA7">
            <w:pPr>
              <w:rPr>
                <w:rFonts w:ascii="Arial" w:hAnsi="Arial" w:cs="Arial"/>
                <w:sz w:val="18"/>
                <w:szCs w:val="18"/>
              </w:rPr>
            </w:pPr>
            <w:r w:rsidRPr="00434DA7">
              <w:rPr>
                <w:rFonts w:ascii="Arial" w:hAnsi="Arial" w:cs="Arial"/>
                <w:sz w:val="18"/>
                <w:szCs w:val="18"/>
              </w:rPr>
              <w:t>28</w:t>
            </w:r>
          </w:p>
        </w:tc>
        <w:tc>
          <w:tcPr>
            <w:tcW w:w="745" w:type="dxa"/>
          </w:tcPr>
          <w:p w14:paraId="5E2FE0AA"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6DCAB325"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14478708"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171409A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76C3645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0EE716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681044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6E8E412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6423BD5" w14:textId="77777777" w:rsidTr="00434DA7">
        <w:tc>
          <w:tcPr>
            <w:tcW w:w="924" w:type="dxa"/>
          </w:tcPr>
          <w:p w14:paraId="6A5EBD23" w14:textId="77777777" w:rsidR="00FF099C" w:rsidRPr="00434DA7" w:rsidRDefault="00FF099C" w:rsidP="00434DA7">
            <w:pPr>
              <w:rPr>
                <w:rFonts w:ascii="Arial" w:hAnsi="Arial" w:cs="Arial"/>
                <w:sz w:val="18"/>
                <w:szCs w:val="18"/>
              </w:rPr>
            </w:pPr>
            <w:r w:rsidRPr="00434DA7">
              <w:rPr>
                <w:rFonts w:ascii="Arial" w:hAnsi="Arial" w:cs="Arial"/>
                <w:sz w:val="18"/>
                <w:szCs w:val="18"/>
              </w:rPr>
              <w:t>41</w:t>
            </w:r>
          </w:p>
        </w:tc>
        <w:tc>
          <w:tcPr>
            <w:tcW w:w="763" w:type="dxa"/>
          </w:tcPr>
          <w:p w14:paraId="4F8ACAC5" w14:textId="77777777" w:rsidR="00FF099C" w:rsidRPr="00434DA7" w:rsidRDefault="00FF099C" w:rsidP="00434DA7">
            <w:pPr>
              <w:rPr>
                <w:rFonts w:ascii="Arial" w:hAnsi="Arial" w:cs="Arial"/>
                <w:sz w:val="18"/>
                <w:szCs w:val="18"/>
              </w:rPr>
            </w:pPr>
            <w:r w:rsidRPr="00434DA7">
              <w:rPr>
                <w:rFonts w:ascii="Arial" w:hAnsi="Arial" w:cs="Arial"/>
                <w:sz w:val="18"/>
                <w:szCs w:val="18"/>
              </w:rPr>
              <w:t>Ny. O1</w:t>
            </w:r>
          </w:p>
        </w:tc>
        <w:tc>
          <w:tcPr>
            <w:tcW w:w="555" w:type="dxa"/>
          </w:tcPr>
          <w:p w14:paraId="1A91C65A"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65733BEA"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10CE7C51"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5C83F003"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4C9B92F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761A21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w:t>
            </w:r>
            <w:r w:rsidRPr="00434DA7">
              <w:rPr>
                <w:rFonts w:ascii="Arial" w:hAnsi="Arial" w:cs="Arial"/>
                <w:sz w:val="18"/>
                <w:szCs w:val="18"/>
              </w:rPr>
              <w:lastRenderedPageBreak/>
              <w:t>ung</w:t>
            </w:r>
          </w:p>
        </w:tc>
        <w:tc>
          <w:tcPr>
            <w:tcW w:w="857" w:type="dxa"/>
          </w:tcPr>
          <w:p w14:paraId="4794F599"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Tidak menduk</w:t>
            </w:r>
            <w:r w:rsidRPr="00434DA7">
              <w:rPr>
                <w:rFonts w:ascii="Arial" w:hAnsi="Arial" w:cs="Arial"/>
                <w:sz w:val="18"/>
                <w:szCs w:val="18"/>
              </w:rPr>
              <w:lastRenderedPageBreak/>
              <w:t>ung</w:t>
            </w:r>
          </w:p>
        </w:tc>
        <w:tc>
          <w:tcPr>
            <w:tcW w:w="775" w:type="dxa"/>
          </w:tcPr>
          <w:p w14:paraId="389EB7DD"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Mendukung</w:t>
            </w:r>
          </w:p>
        </w:tc>
        <w:tc>
          <w:tcPr>
            <w:tcW w:w="816" w:type="dxa"/>
          </w:tcPr>
          <w:p w14:paraId="3C00657D"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w:t>
            </w:r>
            <w:r w:rsidRPr="00434DA7">
              <w:rPr>
                <w:rFonts w:ascii="Arial" w:hAnsi="Arial" w:cs="Arial"/>
                <w:sz w:val="18"/>
                <w:szCs w:val="18"/>
              </w:rPr>
              <w:lastRenderedPageBreak/>
              <w:t>ung</w:t>
            </w:r>
          </w:p>
        </w:tc>
      </w:tr>
      <w:tr w:rsidR="00FF099C" w:rsidRPr="00434DA7" w14:paraId="1CD90C05" w14:textId="77777777" w:rsidTr="00434DA7">
        <w:tc>
          <w:tcPr>
            <w:tcW w:w="924" w:type="dxa"/>
          </w:tcPr>
          <w:p w14:paraId="65FE48E5"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42</w:t>
            </w:r>
          </w:p>
        </w:tc>
        <w:tc>
          <w:tcPr>
            <w:tcW w:w="763" w:type="dxa"/>
          </w:tcPr>
          <w:p w14:paraId="673F7665" w14:textId="77777777" w:rsidR="00FF099C" w:rsidRPr="00434DA7" w:rsidRDefault="00FF099C" w:rsidP="00434DA7">
            <w:pPr>
              <w:rPr>
                <w:rFonts w:ascii="Arial" w:hAnsi="Arial" w:cs="Arial"/>
                <w:sz w:val="18"/>
                <w:szCs w:val="18"/>
              </w:rPr>
            </w:pPr>
            <w:r w:rsidRPr="00434DA7">
              <w:rPr>
                <w:rFonts w:ascii="Arial" w:hAnsi="Arial" w:cs="Arial"/>
                <w:sz w:val="18"/>
                <w:szCs w:val="18"/>
              </w:rPr>
              <w:t>Ny. P1</w:t>
            </w:r>
          </w:p>
        </w:tc>
        <w:tc>
          <w:tcPr>
            <w:tcW w:w="555" w:type="dxa"/>
          </w:tcPr>
          <w:p w14:paraId="08ADEE8A"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13A4E28D"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3793FA77"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2FC6665"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67F10F4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5E2ECE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DA848C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0BFC6D0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DEF9FF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6CED9212" w14:textId="77777777" w:rsidTr="00434DA7">
        <w:tc>
          <w:tcPr>
            <w:tcW w:w="924" w:type="dxa"/>
          </w:tcPr>
          <w:p w14:paraId="4DAED955" w14:textId="77777777" w:rsidR="00FF099C" w:rsidRPr="00434DA7" w:rsidRDefault="00FF099C" w:rsidP="00434DA7">
            <w:pPr>
              <w:rPr>
                <w:rFonts w:ascii="Arial" w:hAnsi="Arial" w:cs="Arial"/>
                <w:sz w:val="18"/>
                <w:szCs w:val="18"/>
              </w:rPr>
            </w:pPr>
            <w:r w:rsidRPr="00434DA7">
              <w:rPr>
                <w:rFonts w:ascii="Arial" w:hAnsi="Arial" w:cs="Arial"/>
                <w:sz w:val="18"/>
                <w:szCs w:val="18"/>
              </w:rPr>
              <w:t>43</w:t>
            </w:r>
          </w:p>
        </w:tc>
        <w:tc>
          <w:tcPr>
            <w:tcW w:w="763" w:type="dxa"/>
          </w:tcPr>
          <w:p w14:paraId="47D47097" w14:textId="77777777" w:rsidR="00FF099C" w:rsidRPr="00434DA7" w:rsidRDefault="00FF099C" w:rsidP="00434DA7">
            <w:pPr>
              <w:rPr>
                <w:rFonts w:ascii="Arial" w:hAnsi="Arial" w:cs="Arial"/>
                <w:sz w:val="18"/>
                <w:szCs w:val="18"/>
              </w:rPr>
            </w:pPr>
            <w:r w:rsidRPr="00434DA7">
              <w:rPr>
                <w:rFonts w:ascii="Arial" w:hAnsi="Arial" w:cs="Arial"/>
                <w:sz w:val="18"/>
                <w:szCs w:val="18"/>
              </w:rPr>
              <w:t>Ny. Q1</w:t>
            </w:r>
          </w:p>
        </w:tc>
        <w:tc>
          <w:tcPr>
            <w:tcW w:w="555" w:type="dxa"/>
          </w:tcPr>
          <w:p w14:paraId="3BF01B1C" w14:textId="77777777" w:rsidR="00FF099C" w:rsidRPr="00434DA7" w:rsidRDefault="00FF099C" w:rsidP="00434DA7">
            <w:pPr>
              <w:rPr>
                <w:rFonts w:ascii="Arial" w:hAnsi="Arial" w:cs="Arial"/>
                <w:sz w:val="18"/>
                <w:szCs w:val="18"/>
              </w:rPr>
            </w:pPr>
            <w:r w:rsidRPr="00434DA7">
              <w:rPr>
                <w:rFonts w:ascii="Arial" w:hAnsi="Arial" w:cs="Arial"/>
                <w:sz w:val="18"/>
                <w:szCs w:val="18"/>
              </w:rPr>
              <w:t>32</w:t>
            </w:r>
          </w:p>
        </w:tc>
        <w:tc>
          <w:tcPr>
            <w:tcW w:w="745" w:type="dxa"/>
          </w:tcPr>
          <w:p w14:paraId="054CDB3D"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083735F"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7DEDF6E6"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D25CB4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1DF3D75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E98936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2E5A85E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1CF689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2583C387" w14:textId="77777777" w:rsidTr="00434DA7">
        <w:tc>
          <w:tcPr>
            <w:tcW w:w="924" w:type="dxa"/>
          </w:tcPr>
          <w:p w14:paraId="7109B578" w14:textId="77777777" w:rsidR="00FF099C" w:rsidRPr="00434DA7" w:rsidRDefault="00FF099C" w:rsidP="00434DA7">
            <w:pPr>
              <w:rPr>
                <w:rFonts w:ascii="Arial" w:hAnsi="Arial" w:cs="Arial"/>
                <w:sz w:val="18"/>
                <w:szCs w:val="18"/>
              </w:rPr>
            </w:pPr>
            <w:r w:rsidRPr="00434DA7">
              <w:rPr>
                <w:rFonts w:ascii="Arial" w:hAnsi="Arial" w:cs="Arial"/>
                <w:sz w:val="18"/>
                <w:szCs w:val="18"/>
              </w:rPr>
              <w:t>44</w:t>
            </w:r>
          </w:p>
        </w:tc>
        <w:tc>
          <w:tcPr>
            <w:tcW w:w="763" w:type="dxa"/>
          </w:tcPr>
          <w:p w14:paraId="1C83C364" w14:textId="77777777" w:rsidR="00FF099C" w:rsidRPr="00434DA7" w:rsidRDefault="00FF099C" w:rsidP="00434DA7">
            <w:pPr>
              <w:rPr>
                <w:rFonts w:ascii="Arial" w:hAnsi="Arial" w:cs="Arial"/>
                <w:sz w:val="18"/>
                <w:szCs w:val="18"/>
              </w:rPr>
            </w:pPr>
            <w:r w:rsidRPr="00434DA7">
              <w:rPr>
                <w:rFonts w:ascii="Arial" w:hAnsi="Arial" w:cs="Arial"/>
                <w:sz w:val="18"/>
                <w:szCs w:val="18"/>
              </w:rPr>
              <w:t>Ny. R1</w:t>
            </w:r>
          </w:p>
        </w:tc>
        <w:tc>
          <w:tcPr>
            <w:tcW w:w="555" w:type="dxa"/>
          </w:tcPr>
          <w:p w14:paraId="05EBA47B"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3C11AB4C"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CE54752"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52EDDDEB"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A67650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B9A88A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279CF8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061B4BD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6039D3E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2465F79" w14:textId="77777777" w:rsidTr="00434DA7">
        <w:tc>
          <w:tcPr>
            <w:tcW w:w="924" w:type="dxa"/>
          </w:tcPr>
          <w:p w14:paraId="4AF0CDC3" w14:textId="77777777" w:rsidR="00FF099C" w:rsidRPr="00434DA7" w:rsidRDefault="00FF099C" w:rsidP="00434DA7">
            <w:pPr>
              <w:rPr>
                <w:rFonts w:ascii="Arial" w:hAnsi="Arial" w:cs="Arial"/>
                <w:sz w:val="18"/>
                <w:szCs w:val="18"/>
              </w:rPr>
            </w:pPr>
            <w:r w:rsidRPr="00434DA7">
              <w:rPr>
                <w:rFonts w:ascii="Arial" w:hAnsi="Arial" w:cs="Arial"/>
                <w:sz w:val="18"/>
                <w:szCs w:val="18"/>
              </w:rPr>
              <w:t>45</w:t>
            </w:r>
          </w:p>
        </w:tc>
        <w:tc>
          <w:tcPr>
            <w:tcW w:w="763" w:type="dxa"/>
          </w:tcPr>
          <w:p w14:paraId="131282C4" w14:textId="77777777" w:rsidR="00FF099C" w:rsidRPr="00434DA7" w:rsidRDefault="00FF099C" w:rsidP="00434DA7">
            <w:pPr>
              <w:rPr>
                <w:rFonts w:ascii="Arial" w:hAnsi="Arial" w:cs="Arial"/>
                <w:sz w:val="18"/>
                <w:szCs w:val="18"/>
              </w:rPr>
            </w:pPr>
            <w:r w:rsidRPr="00434DA7">
              <w:rPr>
                <w:rFonts w:ascii="Arial" w:hAnsi="Arial" w:cs="Arial"/>
                <w:sz w:val="18"/>
                <w:szCs w:val="18"/>
              </w:rPr>
              <w:t>Ny. S1</w:t>
            </w:r>
          </w:p>
        </w:tc>
        <w:tc>
          <w:tcPr>
            <w:tcW w:w="555" w:type="dxa"/>
          </w:tcPr>
          <w:p w14:paraId="482F5346"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5A9A7580"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29A9DDE"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30A73CD8"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1AD5F33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1CE0B9D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446F2D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60DE9AE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6E9CC10"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7113C0E3" w14:textId="77777777" w:rsidTr="00434DA7">
        <w:tc>
          <w:tcPr>
            <w:tcW w:w="924" w:type="dxa"/>
          </w:tcPr>
          <w:p w14:paraId="40C980BF" w14:textId="77777777" w:rsidR="00FF099C" w:rsidRPr="00434DA7" w:rsidRDefault="00FF099C" w:rsidP="00434DA7">
            <w:pPr>
              <w:rPr>
                <w:rFonts w:ascii="Arial" w:hAnsi="Arial" w:cs="Arial"/>
                <w:sz w:val="18"/>
                <w:szCs w:val="18"/>
              </w:rPr>
            </w:pPr>
            <w:r w:rsidRPr="00434DA7">
              <w:rPr>
                <w:rFonts w:ascii="Arial" w:hAnsi="Arial" w:cs="Arial"/>
                <w:sz w:val="18"/>
                <w:szCs w:val="18"/>
              </w:rPr>
              <w:t>46</w:t>
            </w:r>
          </w:p>
        </w:tc>
        <w:tc>
          <w:tcPr>
            <w:tcW w:w="763" w:type="dxa"/>
          </w:tcPr>
          <w:p w14:paraId="0D5CE66C" w14:textId="77777777" w:rsidR="00FF099C" w:rsidRPr="00434DA7" w:rsidRDefault="00FF099C" w:rsidP="00434DA7">
            <w:pPr>
              <w:rPr>
                <w:rFonts w:ascii="Arial" w:hAnsi="Arial" w:cs="Arial"/>
                <w:sz w:val="18"/>
                <w:szCs w:val="18"/>
              </w:rPr>
            </w:pPr>
            <w:r w:rsidRPr="00434DA7">
              <w:rPr>
                <w:rFonts w:ascii="Arial" w:hAnsi="Arial" w:cs="Arial"/>
                <w:sz w:val="18"/>
                <w:szCs w:val="18"/>
              </w:rPr>
              <w:t>Ny. T1</w:t>
            </w:r>
          </w:p>
        </w:tc>
        <w:tc>
          <w:tcPr>
            <w:tcW w:w="555" w:type="dxa"/>
          </w:tcPr>
          <w:p w14:paraId="40007834"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6D103ADB"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22AEC6D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60EF382"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6A08E0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876820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56749A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1681FA2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366FD6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2941FCF2" w14:textId="77777777" w:rsidTr="00434DA7">
        <w:tc>
          <w:tcPr>
            <w:tcW w:w="924" w:type="dxa"/>
          </w:tcPr>
          <w:p w14:paraId="1DDBC352" w14:textId="77777777" w:rsidR="00FF099C" w:rsidRPr="00434DA7" w:rsidRDefault="00FF099C" w:rsidP="00434DA7">
            <w:pPr>
              <w:rPr>
                <w:rFonts w:ascii="Arial" w:hAnsi="Arial" w:cs="Arial"/>
                <w:sz w:val="18"/>
                <w:szCs w:val="18"/>
              </w:rPr>
            </w:pPr>
            <w:r w:rsidRPr="00434DA7">
              <w:rPr>
                <w:rFonts w:ascii="Arial" w:hAnsi="Arial" w:cs="Arial"/>
                <w:sz w:val="18"/>
                <w:szCs w:val="18"/>
              </w:rPr>
              <w:t>47</w:t>
            </w:r>
          </w:p>
        </w:tc>
        <w:tc>
          <w:tcPr>
            <w:tcW w:w="763" w:type="dxa"/>
          </w:tcPr>
          <w:p w14:paraId="12E0E833" w14:textId="77777777" w:rsidR="00FF099C" w:rsidRPr="00434DA7" w:rsidRDefault="00FF099C" w:rsidP="00434DA7">
            <w:pPr>
              <w:rPr>
                <w:rFonts w:ascii="Arial" w:hAnsi="Arial" w:cs="Arial"/>
                <w:sz w:val="18"/>
                <w:szCs w:val="18"/>
              </w:rPr>
            </w:pPr>
            <w:r w:rsidRPr="00434DA7">
              <w:rPr>
                <w:rFonts w:ascii="Arial" w:hAnsi="Arial" w:cs="Arial"/>
                <w:sz w:val="18"/>
                <w:szCs w:val="18"/>
              </w:rPr>
              <w:t>Ny. U1</w:t>
            </w:r>
          </w:p>
        </w:tc>
        <w:tc>
          <w:tcPr>
            <w:tcW w:w="555" w:type="dxa"/>
          </w:tcPr>
          <w:p w14:paraId="5938A3F9"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6CF7712E"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6BBDD6DD"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6CE8BE84"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37E1ACE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67B25FB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10E2AB2"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5788D23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36F67DB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C00F8DA" w14:textId="77777777" w:rsidTr="00434DA7">
        <w:tc>
          <w:tcPr>
            <w:tcW w:w="924" w:type="dxa"/>
          </w:tcPr>
          <w:p w14:paraId="6391A87A" w14:textId="77777777" w:rsidR="00FF099C" w:rsidRPr="00434DA7" w:rsidRDefault="00FF099C" w:rsidP="00434DA7">
            <w:pPr>
              <w:rPr>
                <w:rFonts w:ascii="Arial" w:hAnsi="Arial" w:cs="Arial"/>
                <w:sz w:val="18"/>
                <w:szCs w:val="18"/>
              </w:rPr>
            </w:pPr>
            <w:r w:rsidRPr="00434DA7">
              <w:rPr>
                <w:rFonts w:ascii="Arial" w:hAnsi="Arial" w:cs="Arial"/>
                <w:sz w:val="18"/>
                <w:szCs w:val="18"/>
              </w:rPr>
              <w:t>48</w:t>
            </w:r>
          </w:p>
        </w:tc>
        <w:tc>
          <w:tcPr>
            <w:tcW w:w="763" w:type="dxa"/>
          </w:tcPr>
          <w:p w14:paraId="65F944FB" w14:textId="77777777" w:rsidR="00FF099C" w:rsidRPr="00434DA7" w:rsidRDefault="00FF099C" w:rsidP="00434DA7">
            <w:pPr>
              <w:rPr>
                <w:rFonts w:ascii="Arial" w:hAnsi="Arial" w:cs="Arial"/>
                <w:sz w:val="18"/>
                <w:szCs w:val="18"/>
              </w:rPr>
            </w:pPr>
            <w:r w:rsidRPr="00434DA7">
              <w:rPr>
                <w:rFonts w:ascii="Arial" w:hAnsi="Arial" w:cs="Arial"/>
                <w:sz w:val="18"/>
                <w:szCs w:val="18"/>
              </w:rPr>
              <w:t>Ny. V1</w:t>
            </w:r>
          </w:p>
        </w:tc>
        <w:tc>
          <w:tcPr>
            <w:tcW w:w="555" w:type="dxa"/>
          </w:tcPr>
          <w:p w14:paraId="26D84A45"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52A600EC"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457E3EFE"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17436746"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FDDA97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5BB2D8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8CF1C3E"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7C7B3BD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1EB334E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32C5BF17" w14:textId="77777777" w:rsidTr="00434DA7">
        <w:tc>
          <w:tcPr>
            <w:tcW w:w="924" w:type="dxa"/>
          </w:tcPr>
          <w:p w14:paraId="2C579DDC" w14:textId="77777777" w:rsidR="00FF099C" w:rsidRPr="00434DA7" w:rsidRDefault="00FF099C" w:rsidP="00434DA7">
            <w:pPr>
              <w:rPr>
                <w:rFonts w:ascii="Arial" w:hAnsi="Arial" w:cs="Arial"/>
                <w:sz w:val="18"/>
                <w:szCs w:val="18"/>
              </w:rPr>
            </w:pPr>
            <w:r w:rsidRPr="00434DA7">
              <w:rPr>
                <w:rFonts w:ascii="Arial" w:hAnsi="Arial" w:cs="Arial"/>
                <w:sz w:val="18"/>
                <w:szCs w:val="18"/>
              </w:rPr>
              <w:t>49</w:t>
            </w:r>
          </w:p>
        </w:tc>
        <w:tc>
          <w:tcPr>
            <w:tcW w:w="763" w:type="dxa"/>
          </w:tcPr>
          <w:p w14:paraId="384FD285" w14:textId="77777777" w:rsidR="00FF099C" w:rsidRPr="00434DA7" w:rsidRDefault="00FF099C" w:rsidP="00434DA7">
            <w:pPr>
              <w:rPr>
                <w:rFonts w:ascii="Arial" w:hAnsi="Arial" w:cs="Arial"/>
                <w:sz w:val="18"/>
                <w:szCs w:val="18"/>
              </w:rPr>
            </w:pPr>
            <w:r w:rsidRPr="00434DA7">
              <w:rPr>
                <w:rFonts w:ascii="Arial" w:hAnsi="Arial" w:cs="Arial"/>
                <w:sz w:val="18"/>
                <w:szCs w:val="18"/>
              </w:rPr>
              <w:t>Ny. W1</w:t>
            </w:r>
          </w:p>
        </w:tc>
        <w:tc>
          <w:tcPr>
            <w:tcW w:w="555" w:type="dxa"/>
          </w:tcPr>
          <w:p w14:paraId="694C0ABC"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2544C702"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5A93631A"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634DD24E"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B89EFD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5C2444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78C2FED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6BB8234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122F11A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558C22DF" w14:textId="77777777" w:rsidTr="00434DA7">
        <w:tc>
          <w:tcPr>
            <w:tcW w:w="924" w:type="dxa"/>
          </w:tcPr>
          <w:p w14:paraId="67409365" w14:textId="77777777" w:rsidR="00FF099C" w:rsidRPr="00434DA7" w:rsidRDefault="00FF099C" w:rsidP="00434DA7">
            <w:pPr>
              <w:rPr>
                <w:rFonts w:ascii="Arial" w:hAnsi="Arial" w:cs="Arial"/>
                <w:sz w:val="18"/>
                <w:szCs w:val="18"/>
              </w:rPr>
            </w:pPr>
            <w:r w:rsidRPr="00434DA7">
              <w:rPr>
                <w:rFonts w:ascii="Arial" w:hAnsi="Arial" w:cs="Arial"/>
                <w:sz w:val="18"/>
                <w:szCs w:val="18"/>
              </w:rPr>
              <w:t>50</w:t>
            </w:r>
          </w:p>
        </w:tc>
        <w:tc>
          <w:tcPr>
            <w:tcW w:w="763" w:type="dxa"/>
          </w:tcPr>
          <w:p w14:paraId="336372D1" w14:textId="77777777" w:rsidR="00FF099C" w:rsidRPr="00434DA7" w:rsidRDefault="00FF099C" w:rsidP="00434DA7">
            <w:pPr>
              <w:rPr>
                <w:rFonts w:ascii="Arial" w:hAnsi="Arial" w:cs="Arial"/>
                <w:sz w:val="18"/>
                <w:szCs w:val="18"/>
              </w:rPr>
            </w:pPr>
            <w:r w:rsidRPr="00434DA7">
              <w:rPr>
                <w:rFonts w:ascii="Arial" w:hAnsi="Arial" w:cs="Arial"/>
                <w:sz w:val="18"/>
                <w:szCs w:val="18"/>
              </w:rPr>
              <w:t>Ny. X1</w:t>
            </w:r>
          </w:p>
        </w:tc>
        <w:tc>
          <w:tcPr>
            <w:tcW w:w="555" w:type="dxa"/>
          </w:tcPr>
          <w:p w14:paraId="09388FB3" w14:textId="77777777" w:rsidR="00FF099C" w:rsidRPr="00434DA7" w:rsidRDefault="00FF099C" w:rsidP="00434DA7">
            <w:pPr>
              <w:rPr>
                <w:rFonts w:ascii="Arial" w:hAnsi="Arial" w:cs="Arial"/>
                <w:sz w:val="18"/>
                <w:szCs w:val="18"/>
              </w:rPr>
            </w:pPr>
            <w:r w:rsidRPr="00434DA7">
              <w:rPr>
                <w:rFonts w:ascii="Arial" w:hAnsi="Arial" w:cs="Arial"/>
                <w:sz w:val="18"/>
                <w:szCs w:val="18"/>
              </w:rPr>
              <w:t>21</w:t>
            </w:r>
          </w:p>
        </w:tc>
        <w:tc>
          <w:tcPr>
            <w:tcW w:w="745" w:type="dxa"/>
          </w:tcPr>
          <w:p w14:paraId="59ED7C59"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06C856A0"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4EAFE80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4D644AD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B97600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94C1BE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7D63BB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0BD9F1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4EE1C3F" w14:textId="77777777" w:rsidTr="00434DA7">
        <w:tc>
          <w:tcPr>
            <w:tcW w:w="924" w:type="dxa"/>
          </w:tcPr>
          <w:p w14:paraId="7C229ABA" w14:textId="77777777" w:rsidR="00FF099C" w:rsidRPr="00434DA7" w:rsidRDefault="00FF099C" w:rsidP="00434DA7">
            <w:pPr>
              <w:rPr>
                <w:rFonts w:ascii="Arial" w:hAnsi="Arial" w:cs="Arial"/>
                <w:sz w:val="18"/>
                <w:szCs w:val="18"/>
              </w:rPr>
            </w:pPr>
            <w:r w:rsidRPr="00434DA7">
              <w:rPr>
                <w:rFonts w:ascii="Arial" w:hAnsi="Arial" w:cs="Arial"/>
                <w:sz w:val="18"/>
                <w:szCs w:val="18"/>
              </w:rPr>
              <w:t>51</w:t>
            </w:r>
          </w:p>
        </w:tc>
        <w:tc>
          <w:tcPr>
            <w:tcW w:w="763" w:type="dxa"/>
          </w:tcPr>
          <w:p w14:paraId="5696C9FB" w14:textId="77777777" w:rsidR="00FF099C" w:rsidRPr="00434DA7" w:rsidRDefault="00FF099C" w:rsidP="00434DA7">
            <w:pPr>
              <w:rPr>
                <w:rFonts w:ascii="Arial" w:hAnsi="Arial" w:cs="Arial"/>
                <w:sz w:val="18"/>
                <w:szCs w:val="18"/>
              </w:rPr>
            </w:pPr>
            <w:r w:rsidRPr="00434DA7">
              <w:rPr>
                <w:rFonts w:ascii="Arial" w:hAnsi="Arial" w:cs="Arial"/>
                <w:sz w:val="18"/>
                <w:szCs w:val="18"/>
              </w:rPr>
              <w:t>Ny. Y1</w:t>
            </w:r>
          </w:p>
        </w:tc>
        <w:tc>
          <w:tcPr>
            <w:tcW w:w="555" w:type="dxa"/>
          </w:tcPr>
          <w:p w14:paraId="71CF7820"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45" w:type="dxa"/>
          </w:tcPr>
          <w:p w14:paraId="3F404A94"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2079D96C"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7D96CCE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D400E3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3D6D37E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2068B6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01F039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0D9F73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4CB08BC" w14:textId="77777777" w:rsidTr="00434DA7">
        <w:tc>
          <w:tcPr>
            <w:tcW w:w="924" w:type="dxa"/>
          </w:tcPr>
          <w:p w14:paraId="6DBE954B" w14:textId="77777777" w:rsidR="00FF099C" w:rsidRPr="00434DA7" w:rsidRDefault="00FF099C" w:rsidP="00434DA7">
            <w:pPr>
              <w:rPr>
                <w:rFonts w:ascii="Arial" w:hAnsi="Arial" w:cs="Arial"/>
                <w:sz w:val="18"/>
                <w:szCs w:val="18"/>
              </w:rPr>
            </w:pPr>
            <w:r w:rsidRPr="00434DA7">
              <w:rPr>
                <w:rFonts w:ascii="Arial" w:hAnsi="Arial" w:cs="Arial"/>
                <w:sz w:val="18"/>
                <w:szCs w:val="18"/>
              </w:rPr>
              <w:t>52</w:t>
            </w:r>
          </w:p>
        </w:tc>
        <w:tc>
          <w:tcPr>
            <w:tcW w:w="763" w:type="dxa"/>
          </w:tcPr>
          <w:p w14:paraId="43725A8D" w14:textId="77777777" w:rsidR="00FF099C" w:rsidRPr="00434DA7" w:rsidRDefault="00FF099C" w:rsidP="00434DA7">
            <w:pPr>
              <w:rPr>
                <w:rFonts w:ascii="Arial" w:hAnsi="Arial" w:cs="Arial"/>
                <w:sz w:val="18"/>
                <w:szCs w:val="18"/>
              </w:rPr>
            </w:pPr>
            <w:r w:rsidRPr="00434DA7">
              <w:rPr>
                <w:rFonts w:ascii="Arial" w:hAnsi="Arial" w:cs="Arial"/>
                <w:sz w:val="18"/>
                <w:szCs w:val="18"/>
              </w:rPr>
              <w:t>Ny. Z1</w:t>
            </w:r>
          </w:p>
        </w:tc>
        <w:tc>
          <w:tcPr>
            <w:tcW w:w="555" w:type="dxa"/>
          </w:tcPr>
          <w:p w14:paraId="1508BA41"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0ADDF9BA"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0C20B32"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F34409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29F19B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2CA9F7D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F96462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30DC76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2A7A75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1A24DCA" w14:textId="77777777" w:rsidTr="00434DA7">
        <w:tc>
          <w:tcPr>
            <w:tcW w:w="924" w:type="dxa"/>
          </w:tcPr>
          <w:p w14:paraId="3C1AF3DE" w14:textId="77777777" w:rsidR="00FF099C" w:rsidRPr="00434DA7" w:rsidRDefault="00FF099C" w:rsidP="00434DA7">
            <w:pPr>
              <w:rPr>
                <w:rFonts w:ascii="Arial" w:hAnsi="Arial" w:cs="Arial"/>
                <w:sz w:val="18"/>
                <w:szCs w:val="18"/>
              </w:rPr>
            </w:pPr>
            <w:r w:rsidRPr="00434DA7">
              <w:rPr>
                <w:rFonts w:ascii="Arial" w:hAnsi="Arial" w:cs="Arial"/>
                <w:sz w:val="18"/>
                <w:szCs w:val="18"/>
              </w:rPr>
              <w:t>53</w:t>
            </w:r>
          </w:p>
        </w:tc>
        <w:tc>
          <w:tcPr>
            <w:tcW w:w="763" w:type="dxa"/>
          </w:tcPr>
          <w:p w14:paraId="710A6C74" w14:textId="77777777" w:rsidR="00FF099C" w:rsidRPr="00434DA7" w:rsidRDefault="00FF099C" w:rsidP="00434DA7">
            <w:pPr>
              <w:rPr>
                <w:rFonts w:ascii="Arial" w:hAnsi="Arial" w:cs="Arial"/>
                <w:sz w:val="18"/>
                <w:szCs w:val="18"/>
              </w:rPr>
            </w:pPr>
            <w:r w:rsidRPr="00434DA7">
              <w:rPr>
                <w:rFonts w:ascii="Arial" w:hAnsi="Arial" w:cs="Arial"/>
                <w:sz w:val="18"/>
                <w:szCs w:val="18"/>
              </w:rPr>
              <w:t>Ny. A2</w:t>
            </w:r>
          </w:p>
        </w:tc>
        <w:tc>
          <w:tcPr>
            <w:tcW w:w="555" w:type="dxa"/>
          </w:tcPr>
          <w:p w14:paraId="37EF920E" w14:textId="77777777" w:rsidR="00FF099C" w:rsidRPr="00434DA7" w:rsidRDefault="00FF099C" w:rsidP="00434DA7">
            <w:pPr>
              <w:rPr>
                <w:rFonts w:ascii="Arial" w:hAnsi="Arial" w:cs="Arial"/>
                <w:sz w:val="18"/>
                <w:szCs w:val="18"/>
              </w:rPr>
            </w:pPr>
            <w:r w:rsidRPr="00434DA7">
              <w:rPr>
                <w:rFonts w:ascii="Arial" w:hAnsi="Arial" w:cs="Arial"/>
                <w:sz w:val="18"/>
                <w:szCs w:val="18"/>
              </w:rPr>
              <w:t>22</w:t>
            </w:r>
          </w:p>
        </w:tc>
        <w:tc>
          <w:tcPr>
            <w:tcW w:w="745" w:type="dxa"/>
          </w:tcPr>
          <w:p w14:paraId="7CC2FCEC"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F6DE1C5"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157B1C1C"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EF213F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7F4FAF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2C4CC8D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8C0FA2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E4895A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368FD16" w14:textId="77777777" w:rsidTr="00434DA7">
        <w:tc>
          <w:tcPr>
            <w:tcW w:w="924" w:type="dxa"/>
          </w:tcPr>
          <w:p w14:paraId="4A8EE63F" w14:textId="77777777" w:rsidR="00FF099C" w:rsidRPr="00434DA7" w:rsidRDefault="00FF099C" w:rsidP="00434DA7">
            <w:pPr>
              <w:rPr>
                <w:rFonts w:ascii="Arial" w:hAnsi="Arial" w:cs="Arial"/>
                <w:sz w:val="18"/>
                <w:szCs w:val="18"/>
              </w:rPr>
            </w:pPr>
            <w:r w:rsidRPr="00434DA7">
              <w:rPr>
                <w:rFonts w:ascii="Arial" w:hAnsi="Arial" w:cs="Arial"/>
                <w:sz w:val="18"/>
                <w:szCs w:val="18"/>
              </w:rPr>
              <w:t>54</w:t>
            </w:r>
          </w:p>
        </w:tc>
        <w:tc>
          <w:tcPr>
            <w:tcW w:w="763" w:type="dxa"/>
          </w:tcPr>
          <w:p w14:paraId="6723CAA3" w14:textId="77777777" w:rsidR="00FF099C" w:rsidRPr="00434DA7" w:rsidRDefault="00FF099C" w:rsidP="00434DA7">
            <w:pPr>
              <w:rPr>
                <w:rFonts w:ascii="Arial" w:hAnsi="Arial" w:cs="Arial"/>
                <w:sz w:val="18"/>
                <w:szCs w:val="18"/>
              </w:rPr>
            </w:pPr>
            <w:r w:rsidRPr="00434DA7">
              <w:rPr>
                <w:rFonts w:ascii="Arial" w:hAnsi="Arial" w:cs="Arial"/>
                <w:sz w:val="18"/>
                <w:szCs w:val="18"/>
              </w:rPr>
              <w:t>Ny. B2</w:t>
            </w:r>
          </w:p>
        </w:tc>
        <w:tc>
          <w:tcPr>
            <w:tcW w:w="555" w:type="dxa"/>
          </w:tcPr>
          <w:p w14:paraId="6321CD05" w14:textId="77777777" w:rsidR="00FF099C" w:rsidRPr="00434DA7" w:rsidRDefault="00FF099C" w:rsidP="00434DA7">
            <w:pPr>
              <w:rPr>
                <w:rFonts w:ascii="Arial" w:hAnsi="Arial" w:cs="Arial"/>
                <w:sz w:val="18"/>
                <w:szCs w:val="18"/>
              </w:rPr>
            </w:pPr>
            <w:r w:rsidRPr="00434DA7">
              <w:rPr>
                <w:rFonts w:ascii="Arial" w:hAnsi="Arial" w:cs="Arial"/>
                <w:sz w:val="18"/>
                <w:szCs w:val="18"/>
              </w:rPr>
              <w:t>35</w:t>
            </w:r>
          </w:p>
        </w:tc>
        <w:tc>
          <w:tcPr>
            <w:tcW w:w="745" w:type="dxa"/>
          </w:tcPr>
          <w:p w14:paraId="22C311AF"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08A2A63"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F88DA3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027C640"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10ED320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76A634C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6142A70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50DF47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1682655A" w14:textId="77777777" w:rsidTr="00434DA7">
        <w:tc>
          <w:tcPr>
            <w:tcW w:w="924" w:type="dxa"/>
          </w:tcPr>
          <w:p w14:paraId="3DC1E5C5" w14:textId="77777777" w:rsidR="00FF099C" w:rsidRPr="00434DA7" w:rsidRDefault="00FF099C" w:rsidP="00434DA7">
            <w:pPr>
              <w:rPr>
                <w:rFonts w:ascii="Arial" w:hAnsi="Arial" w:cs="Arial"/>
                <w:sz w:val="18"/>
                <w:szCs w:val="18"/>
              </w:rPr>
            </w:pPr>
            <w:r w:rsidRPr="00434DA7">
              <w:rPr>
                <w:rFonts w:ascii="Arial" w:hAnsi="Arial" w:cs="Arial"/>
                <w:sz w:val="18"/>
                <w:szCs w:val="18"/>
              </w:rPr>
              <w:t>55</w:t>
            </w:r>
          </w:p>
        </w:tc>
        <w:tc>
          <w:tcPr>
            <w:tcW w:w="763" w:type="dxa"/>
          </w:tcPr>
          <w:p w14:paraId="529899EC" w14:textId="77777777" w:rsidR="00FF099C" w:rsidRPr="00434DA7" w:rsidRDefault="00FF099C" w:rsidP="00434DA7">
            <w:pPr>
              <w:rPr>
                <w:rFonts w:ascii="Arial" w:hAnsi="Arial" w:cs="Arial"/>
                <w:sz w:val="18"/>
                <w:szCs w:val="18"/>
              </w:rPr>
            </w:pPr>
            <w:r w:rsidRPr="00434DA7">
              <w:rPr>
                <w:rFonts w:ascii="Arial" w:hAnsi="Arial" w:cs="Arial"/>
                <w:sz w:val="18"/>
                <w:szCs w:val="18"/>
              </w:rPr>
              <w:t>Ny. C2</w:t>
            </w:r>
          </w:p>
        </w:tc>
        <w:tc>
          <w:tcPr>
            <w:tcW w:w="555" w:type="dxa"/>
          </w:tcPr>
          <w:p w14:paraId="4355C707"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4CC13EA5"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2C8D1762"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BC6E378"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811366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760F60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DCAE72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7C13562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0CDD07D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8486638" w14:textId="77777777" w:rsidTr="00434DA7">
        <w:tc>
          <w:tcPr>
            <w:tcW w:w="924" w:type="dxa"/>
          </w:tcPr>
          <w:p w14:paraId="2376E18C" w14:textId="77777777" w:rsidR="00FF099C" w:rsidRPr="00434DA7" w:rsidRDefault="00FF099C" w:rsidP="00434DA7">
            <w:pPr>
              <w:rPr>
                <w:rFonts w:ascii="Arial" w:hAnsi="Arial" w:cs="Arial"/>
                <w:sz w:val="18"/>
                <w:szCs w:val="18"/>
              </w:rPr>
            </w:pPr>
            <w:r w:rsidRPr="00434DA7">
              <w:rPr>
                <w:rFonts w:ascii="Arial" w:hAnsi="Arial" w:cs="Arial"/>
                <w:sz w:val="18"/>
                <w:szCs w:val="18"/>
              </w:rPr>
              <w:t>56</w:t>
            </w:r>
          </w:p>
        </w:tc>
        <w:tc>
          <w:tcPr>
            <w:tcW w:w="763" w:type="dxa"/>
          </w:tcPr>
          <w:p w14:paraId="22B78603" w14:textId="77777777" w:rsidR="00FF099C" w:rsidRPr="00434DA7" w:rsidRDefault="00FF099C" w:rsidP="00434DA7">
            <w:pPr>
              <w:rPr>
                <w:rFonts w:ascii="Arial" w:hAnsi="Arial" w:cs="Arial"/>
                <w:sz w:val="18"/>
                <w:szCs w:val="18"/>
              </w:rPr>
            </w:pPr>
            <w:r w:rsidRPr="00434DA7">
              <w:rPr>
                <w:rFonts w:ascii="Arial" w:hAnsi="Arial" w:cs="Arial"/>
                <w:sz w:val="18"/>
                <w:szCs w:val="18"/>
              </w:rPr>
              <w:t>Ny. D2</w:t>
            </w:r>
          </w:p>
        </w:tc>
        <w:tc>
          <w:tcPr>
            <w:tcW w:w="555" w:type="dxa"/>
          </w:tcPr>
          <w:p w14:paraId="759CE5DF"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1F2B927A"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659F0C8A"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21B0E925"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AECF03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0EC7EAD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688D57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6A71A87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557E71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3EA4084" w14:textId="77777777" w:rsidTr="00434DA7">
        <w:tc>
          <w:tcPr>
            <w:tcW w:w="924" w:type="dxa"/>
          </w:tcPr>
          <w:p w14:paraId="4C865386" w14:textId="77777777" w:rsidR="00FF099C" w:rsidRPr="00434DA7" w:rsidRDefault="00FF099C" w:rsidP="00434DA7">
            <w:pPr>
              <w:rPr>
                <w:rFonts w:ascii="Arial" w:hAnsi="Arial" w:cs="Arial"/>
                <w:sz w:val="18"/>
                <w:szCs w:val="18"/>
              </w:rPr>
            </w:pPr>
            <w:r w:rsidRPr="00434DA7">
              <w:rPr>
                <w:rFonts w:ascii="Arial" w:hAnsi="Arial" w:cs="Arial"/>
                <w:sz w:val="18"/>
                <w:szCs w:val="18"/>
              </w:rPr>
              <w:t>57</w:t>
            </w:r>
          </w:p>
        </w:tc>
        <w:tc>
          <w:tcPr>
            <w:tcW w:w="763" w:type="dxa"/>
          </w:tcPr>
          <w:p w14:paraId="583F2C12" w14:textId="77777777" w:rsidR="00FF099C" w:rsidRPr="00434DA7" w:rsidRDefault="00FF099C" w:rsidP="00434DA7">
            <w:pPr>
              <w:rPr>
                <w:rFonts w:ascii="Arial" w:hAnsi="Arial" w:cs="Arial"/>
                <w:sz w:val="18"/>
                <w:szCs w:val="18"/>
              </w:rPr>
            </w:pPr>
            <w:r w:rsidRPr="00434DA7">
              <w:rPr>
                <w:rFonts w:ascii="Arial" w:hAnsi="Arial" w:cs="Arial"/>
                <w:sz w:val="18"/>
                <w:szCs w:val="18"/>
              </w:rPr>
              <w:t>Ny. E2</w:t>
            </w:r>
          </w:p>
        </w:tc>
        <w:tc>
          <w:tcPr>
            <w:tcW w:w="555" w:type="dxa"/>
          </w:tcPr>
          <w:p w14:paraId="0A8A9A11"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02452465"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191DC3B"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3BA9D5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9334EF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069990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E204A9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57DAE47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037B800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3FB2CE5" w14:textId="77777777" w:rsidTr="00434DA7">
        <w:tc>
          <w:tcPr>
            <w:tcW w:w="924" w:type="dxa"/>
          </w:tcPr>
          <w:p w14:paraId="3CB9CA7D" w14:textId="77777777" w:rsidR="00FF099C" w:rsidRPr="00434DA7" w:rsidRDefault="00FF099C" w:rsidP="00434DA7">
            <w:pPr>
              <w:rPr>
                <w:rFonts w:ascii="Arial" w:hAnsi="Arial" w:cs="Arial"/>
                <w:sz w:val="18"/>
                <w:szCs w:val="18"/>
              </w:rPr>
            </w:pPr>
            <w:r w:rsidRPr="00434DA7">
              <w:rPr>
                <w:rFonts w:ascii="Arial" w:hAnsi="Arial" w:cs="Arial"/>
                <w:sz w:val="18"/>
                <w:szCs w:val="18"/>
              </w:rPr>
              <w:t>58</w:t>
            </w:r>
          </w:p>
        </w:tc>
        <w:tc>
          <w:tcPr>
            <w:tcW w:w="763" w:type="dxa"/>
          </w:tcPr>
          <w:p w14:paraId="3E9A02A4" w14:textId="77777777" w:rsidR="00FF099C" w:rsidRPr="00434DA7" w:rsidRDefault="00FF099C" w:rsidP="00434DA7">
            <w:pPr>
              <w:rPr>
                <w:rFonts w:ascii="Arial" w:hAnsi="Arial" w:cs="Arial"/>
                <w:sz w:val="18"/>
                <w:szCs w:val="18"/>
              </w:rPr>
            </w:pPr>
            <w:r w:rsidRPr="00434DA7">
              <w:rPr>
                <w:rFonts w:ascii="Arial" w:hAnsi="Arial" w:cs="Arial"/>
                <w:sz w:val="18"/>
                <w:szCs w:val="18"/>
              </w:rPr>
              <w:t>Ny. F2</w:t>
            </w:r>
          </w:p>
        </w:tc>
        <w:tc>
          <w:tcPr>
            <w:tcW w:w="555" w:type="dxa"/>
          </w:tcPr>
          <w:p w14:paraId="35641044" w14:textId="77777777" w:rsidR="00FF099C" w:rsidRPr="00434DA7" w:rsidRDefault="00FF099C" w:rsidP="00434DA7">
            <w:pPr>
              <w:rPr>
                <w:rFonts w:ascii="Arial" w:hAnsi="Arial" w:cs="Arial"/>
                <w:sz w:val="18"/>
                <w:szCs w:val="18"/>
              </w:rPr>
            </w:pPr>
            <w:r w:rsidRPr="00434DA7">
              <w:rPr>
                <w:rFonts w:ascii="Arial" w:hAnsi="Arial" w:cs="Arial"/>
                <w:sz w:val="18"/>
                <w:szCs w:val="18"/>
              </w:rPr>
              <w:t>22</w:t>
            </w:r>
          </w:p>
        </w:tc>
        <w:tc>
          <w:tcPr>
            <w:tcW w:w="745" w:type="dxa"/>
          </w:tcPr>
          <w:p w14:paraId="5AD0CD81"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1768AEAC"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601CA0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DB0950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6A5244F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712CE1F7"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1E5B4F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45B774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6239FA9" w14:textId="77777777" w:rsidTr="00434DA7">
        <w:tc>
          <w:tcPr>
            <w:tcW w:w="924" w:type="dxa"/>
          </w:tcPr>
          <w:p w14:paraId="55F601B7" w14:textId="77777777" w:rsidR="00FF099C" w:rsidRPr="00434DA7" w:rsidRDefault="00FF099C" w:rsidP="00434DA7">
            <w:pPr>
              <w:rPr>
                <w:rFonts w:ascii="Arial" w:hAnsi="Arial" w:cs="Arial"/>
                <w:sz w:val="18"/>
                <w:szCs w:val="18"/>
              </w:rPr>
            </w:pPr>
            <w:r w:rsidRPr="00434DA7">
              <w:rPr>
                <w:rFonts w:ascii="Arial" w:hAnsi="Arial" w:cs="Arial"/>
                <w:sz w:val="18"/>
                <w:szCs w:val="18"/>
              </w:rPr>
              <w:t>59</w:t>
            </w:r>
          </w:p>
        </w:tc>
        <w:tc>
          <w:tcPr>
            <w:tcW w:w="763" w:type="dxa"/>
          </w:tcPr>
          <w:p w14:paraId="59ACAFFB" w14:textId="77777777" w:rsidR="00FF099C" w:rsidRPr="00434DA7" w:rsidRDefault="00FF099C" w:rsidP="00434DA7">
            <w:pPr>
              <w:rPr>
                <w:rFonts w:ascii="Arial" w:hAnsi="Arial" w:cs="Arial"/>
                <w:sz w:val="18"/>
                <w:szCs w:val="18"/>
              </w:rPr>
            </w:pPr>
            <w:r w:rsidRPr="00434DA7">
              <w:rPr>
                <w:rFonts w:ascii="Arial" w:hAnsi="Arial" w:cs="Arial"/>
                <w:sz w:val="18"/>
                <w:szCs w:val="18"/>
              </w:rPr>
              <w:t>Ny. G2</w:t>
            </w:r>
          </w:p>
        </w:tc>
        <w:tc>
          <w:tcPr>
            <w:tcW w:w="555" w:type="dxa"/>
          </w:tcPr>
          <w:p w14:paraId="50E81C9B"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739E39C7"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181B6E7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6F69D013"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49606AF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2F4DF4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5725595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EE13632"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0E902F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171C2E9" w14:textId="77777777" w:rsidTr="00434DA7">
        <w:tc>
          <w:tcPr>
            <w:tcW w:w="924" w:type="dxa"/>
          </w:tcPr>
          <w:p w14:paraId="4FB0FFBE" w14:textId="77777777" w:rsidR="00FF099C" w:rsidRPr="00434DA7" w:rsidRDefault="00FF099C" w:rsidP="00434DA7">
            <w:pPr>
              <w:rPr>
                <w:rFonts w:ascii="Arial" w:hAnsi="Arial" w:cs="Arial"/>
                <w:sz w:val="18"/>
                <w:szCs w:val="18"/>
              </w:rPr>
            </w:pPr>
            <w:r w:rsidRPr="00434DA7">
              <w:rPr>
                <w:rFonts w:ascii="Arial" w:hAnsi="Arial" w:cs="Arial"/>
                <w:sz w:val="18"/>
                <w:szCs w:val="18"/>
              </w:rPr>
              <w:t>60</w:t>
            </w:r>
          </w:p>
        </w:tc>
        <w:tc>
          <w:tcPr>
            <w:tcW w:w="763" w:type="dxa"/>
          </w:tcPr>
          <w:p w14:paraId="545004D9" w14:textId="77777777" w:rsidR="00FF099C" w:rsidRPr="00434DA7" w:rsidRDefault="00FF099C" w:rsidP="00434DA7">
            <w:pPr>
              <w:rPr>
                <w:rFonts w:ascii="Arial" w:hAnsi="Arial" w:cs="Arial"/>
                <w:sz w:val="18"/>
                <w:szCs w:val="18"/>
              </w:rPr>
            </w:pPr>
            <w:r w:rsidRPr="00434DA7">
              <w:rPr>
                <w:rFonts w:ascii="Arial" w:hAnsi="Arial" w:cs="Arial"/>
                <w:sz w:val="18"/>
                <w:szCs w:val="18"/>
              </w:rPr>
              <w:t>Ny. H2</w:t>
            </w:r>
          </w:p>
        </w:tc>
        <w:tc>
          <w:tcPr>
            <w:tcW w:w="555" w:type="dxa"/>
          </w:tcPr>
          <w:p w14:paraId="1CD6D718"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79067A86"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08975979"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15034ED"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D0B23E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F6CB9B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91DA43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313243D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061C28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293840A" w14:textId="77777777" w:rsidTr="00434DA7">
        <w:tc>
          <w:tcPr>
            <w:tcW w:w="924" w:type="dxa"/>
          </w:tcPr>
          <w:p w14:paraId="344F5244" w14:textId="77777777" w:rsidR="00FF099C" w:rsidRPr="00434DA7" w:rsidRDefault="00FF099C" w:rsidP="00434DA7">
            <w:pPr>
              <w:rPr>
                <w:rFonts w:ascii="Arial" w:hAnsi="Arial" w:cs="Arial"/>
                <w:sz w:val="18"/>
                <w:szCs w:val="18"/>
              </w:rPr>
            </w:pPr>
            <w:r w:rsidRPr="00434DA7">
              <w:rPr>
                <w:rFonts w:ascii="Arial" w:hAnsi="Arial" w:cs="Arial"/>
                <w:sz w:val="18"/>
                <w:szCs w:val="18"/>
              </w:rPr>
              <w:t>61</w:t>
            </w:r>
          </w:p>
        </w:tc>
        <w:tc>
          <w:tcPr>
            <w:tcW w:w="763" w:type="dxa"/>
          </w:tcPr>
          <w:p w14:paraId="6213CAA6" w14:textId="77777777" w:rsidR="00FF099C" w:rsidRPr="00434DA7" w:rsidRDefault="00FF099C" w:rsidP="00434DA7">
            <w:pPr>
              <w:rPr>
                <w:rFonts w:ascii="Arial" w:hAnsi="Arial" w:cs="Arial"/>
                <w:sz w:val="18"/>
                <w:szCs w:val="18"/>
              </w:rPr>
            </w:pPr>
            <w:r w:rsidRPr="00434DA7">
              <w:rPr>
                <w:rFonts w:ascii="Arial" w:hAnsi="Arial" w:cs="Arial"/>
                <w:sz w:val="18"/>
                <w:szCs w:val="18"/>
              </w:rPr>
              <w:t>Ny. I2</w:t>
            </w:r>
          </w:p>
        </w:tc>
        <w:tc>
          <w:tcPr>
            <w:tcW w:w="555" w:type="dxa"/>
          </w:tcPr>
          <w:p w14:paraId="2C523B3E"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69B77371"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DD49F8D"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20F9B47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68D4E0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5F7A56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589257F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01453A88"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57E335C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1491543F" w14:textId="77777777" w:rsidTr="00434DA7">
        <w:tc>
          <w:tcPr>
            <w:tcW w:w="924" w:type="dxa"/>
          </w:tcPr>
          <w:p w14:paraId="303D4A07" w14:textId="77777777" w:rsidR="00FF099C" w:rsidRPr="00434DA7" w:rsidRDefault="00FF099C" w:rsidP="00434DA7">
            <w:pPr>
              <w:rPr>
                <w:rFonts w:ascii="Arial" w:hAnsi="Arial" w:cs="Arial"/>
                <w:sz w:val="18"/>
                <w:szCs w:val="18"/>
              </w:rPr>
            </w:pPr>
            <w:r w:rsidRPr="00434DA7">
              <w:rPr>
                <w:rFonts w:ascii="Arial" w:hAnsi="Arial" w:cs="Arial"/>
                <w:sz w:val="18"/>
                <w:szCs w:val="18"/>
              </w:rPr>
              <w:t>62</w:t>
            </w:r>
          </w:p>
        </w:tc>
        <w:tc>
          <w:tcPr>
            <w:tcW w:w="763" w:type="dxa"/>
          </w:tcPr>
          <w:p w14:paraId="3A4DB294" w14:textId="77777777" w:rsidR="00FF099C" w:rsidRPr="00434DA7" w:rsidRDefault="00FF099C" w:rsidP="00434DA7">
            <w:pPr>
              <w:rPr>
                <w:rFonts w:ascii="Arial" w:hAnsi="Arial" w:cs="Arial"/>
                <w:sz w:val="18"/>
                <w:szCs w:val="18"/>
              </w:rPr>
            </w:pPr>
            <w:r w:rsidRPr="00434DA7">
              <w:rPr>
                <w:rFonts w:ascii="Arial" w:hAnsi="Arial" w:cs="Arial"/>
                <w:sz w:val="18"/>
                <w:szCs w:val="18"/>
              </w:rPr>
              <w:t>Ny. J2</w:t>
            </w:r>
          </w:p>
        </w:tc>
        <w:tc>
          <w:tcPr>
            <w:tcW w:w="555" w:type="dxa"/>
          </w:tcPr>
          <w:p w14:paraId="51C8AEE8" w14:textId="77777777" w:rsidR="00FF099C" w:rsidRPr="00434DA7" w:rsidRDefault="00FF099C" w:rsidP="00434DA7">
            <w:pPr>
              <w:rPr>
                <w:rFonts w:ascii="Arial" w:hAnsi="Arial" w:cs="Arial"/>
                <w:sz w:val="18"/>
                <w:szCs w:val="18"/>
              </w:rPr>
            </w:pPr>
            <w:r w:rsidRPr="00434DA7">
              <w:rPr>
                <w:rFonts w:ascii="Arial" w:hAnsi="Arial" w:cs="Arial"/>
                <w:sz w:val="18"/>
                <w:szCs w:val="18"/>
              </w:rPr>
              <w:t>26</w:t>
            </w:r>
          </w:p>
        </w:tc>
        <w:tc>
          <w:tcPr>
            <w:tcW w:w="745" w:type="dxa"/>
          </w:tcPr>
          <w:p w14:paraId="1AEADDA4"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F458A82"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69DF8453"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EE461F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A8ECCDE"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33564AD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108142E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9EFEE2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7F942C92" w14:textId="77777777" w:rsidTr="00434DA7">
        <w:tc>
          <w:tcPr>
            <w:tcW w:w="924" w:type="dxa"/>
          </w:tcPr>
          <w:p w14:paraId="2659C031" w14:textId="77777777" w:rsidR="00FF099C" w:rsidRPr="00434DA7" w:rsidRDefault="00FF099C" w:rsidP="00434DA7">
            <w:pPr>
              <w:rPr>
                <w:rFonts w:ascii="Arial" w:hAnsi="Arial" w:cs="Arial"/>
                <w:sz w:val="18"/>
                <w:szCs w:val="18"/>
              </w:rPr>
            </w:pPr>
            <w:r w:rsidRPr="00434DA7">
              <w:rPr>
                <w:rFonts w:ascii="Arial" w:hAnsi="Arial" w:cs="Arial"/>
                <w:sz w:val="18"/>
                <w:szCs w:val="18"/>
              </w:rPr>
              <w:t>6</w:t>
            </w:r>
            <w:r w:rsidRPr="00434DA7">
              <w:rPr>
                <w:rFonts w:ascii="Arial" w:hAnsi="Arial" w:cs="Arial"/>
                <w:sz w:val="18"/>
                <w:szCs w:val="18"/>
              </w:rPr>
              <w:lastRenderedPageBreak/>
              <w:t>3</w:t>
            </w:r>
          </w:p>
        </w:tc>
        <w:tc>
          <w:tcPr>
            <w:tcW w:w="763" w:type="dxa"/>
          </w:tcPr>
          <w:p w14:paraId="5C2EE054"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Ny. K2</w:t>
            </w:r>
          </w:p>
        </w:tc>
        <w:tc>
          <w:tcPr>
            <w:tcW w:w="555" w:type="dxa"/>
          </w:tcPr>
          <w:p w14:paraId="0D60F021"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45" w:type="dxa"/>
          </w:tcPr>
          <w:p w14:paraId="5AE8CDE5" w14:textId="77777777" w:rsidR="00FF099C" w:rsidRPr="00434DA7" w:rsidRDefault="00FF099C" w:rsidP="00434DA7">
            <w:pPr>
              <w:rPr>
                <w:rFonts w:ascii="Arial" w:hAnsi="Arial" w:cs="Arial"/>
                <w:sz w:val="18"/>
                <w:szCs w:val="18"/>
              </w:rPr>
            </w:pPr>
            <w:r w:rsidRPr="00434DA7">
              <w:rPr>
                <w:rFonts w:ascii="Arial" w:hAnsi="Arial" w:cs="Arial"/>
                <w:sz w:val="18"/>
                <w:szCs w:val="18"/>
              </w:rPr>
              <w:t>Pergur</w:t>
            </w:r>
            <w:r w:rsidRPr="00434DA7">
              <w:rPr>
                <w:rFonts w:ascii="Arial" w:hAnsi="Arial" w:cs="Arial"/>
                <w:sz w:val="18"/>
                <w:szCs w:val="18"/>
              </w:rPr>
              <w:lastRenderedPageBreak/>
              <w:t>uan Tinggi</w:t>
            </w:r>
          </w:p>
        </w:tc>
        <w:tc>
          <w:tcPr>
            <w:tcW w:w="851" w:type="dxa"/>
          </w:tcPr>
          <w:p w14:paraId="302FB4F7"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PNS/Ho</w:t>
            </w:r>
            <w:r w:rsidRPr="00434DA7">
              <w:rPr>
                <w:rFonts w:ascii="Arial" w:hAnsi="Arial" w:cs="Arial"/>
                <w:sz w:val="18"/>
                <w:szCs w:val="18"/>
              </w:rPr>
              <w:lastRenderedPageBreak/>
              <w:t>norer</w:t>
            </w:r>
          </w:p>
        </w:tc>
        <w:tc>
          <w:tcPr>
            <w:tcW w:w="638" w:type="dxa"/>
          </w:tcPr>
          <w:p w14:paraId="313E3B5A"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Ya</w:t>
            </w:r>
          </w:p>
        </w:tc>
        <w:tc>
          <w:tcPr>
            <w:tcW w:w="775" w:type="dxa"/>
          </w:tcPr>
          <w:p w14:paraId="3B77BA72" w14:textId="77777777" w:rsidR="00FF099C" w:rsidRPr="00434DA7" w:rsidRDefault="00FF099C" w:rsidP="00434DA7">
            <w:pPr>
              <w:rPr>
                <w:rFonts w:ascii="Arial" w:hAnsi="Arial" w:cs="Arial"/>
                <w:sz w:val="18"/>
                <w:szCs w:val="18"/>
              </w:rPr>
            </w:pPr>
            <w:r w:rsidRPr="00434DA7">
              <w:rPr>
                <w:rFonts w:ascii="Arial" w:hAnsi="Arial" w:cs="Arial"/>
                <w:sz w:val="18"/>
                <w:szCs w:val="18"/>
              </w:rPr>
              <w:t xml:space="preserve">Tidak </w:t>
            </w:r>
            <w:r w:rsidRPr="00434DA7">
              <w:rPr>
                <w:rFonts w:ascii="Arial" w:hAnsi="Arial" w:cs="Arial"/>
                <w:sz w:val="18"/>
                <w:szCs w:val="18"/>
              </w:rPr>
              <w:lastRenderedPageBreak/>
              <w:t>mendukung</w:t>
            </w:r>
          </w:p>
        </w:tc>
        <w:tc>
          <w:tcPr>
            <w:tcW w:w="804" w:type="dxa"/>
          </w:tcPr>
          <w:p w14:paraId="7B387D94"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Menduk</w:t>
            </w:r>
            <w:r w:rsidRPr="00434DA7">
              <w:rPr>
                <w:rFonts w:ascii="Arial" w:hAnsi="Arial" w:cs="Arial"/>
                <w:sz w:val="18"/>
                <w:szCs w:val="18"/>
              </w:rPr>
              <w:lastRenderedPageBreak/>
              <w:t>ung</w:t>
            </w:r>
          </w:p>
        </w:tc>
        <w:tc>
          <w:tcPr>
            <w:tcW w:w="857" w:type="dxa"/>
          </w:tcPr>
          <w:p w14:paraId="4136929F"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 xml:space="preserve">Tidak </w:t>
            </w:r>
            <w:r w:rsidRPr="00434DA7">
              <w:rPr>
                <w:rFonts w:ascii="Arial" w:hAnsi="Arial" w:cs="Arial"/>
                <w:sz w:val="18"/>
                <w:szCs w:val="18"/>
              </w:rPr>
              <w:lastRenderedPageBreak/>
              <w:t>mendukung</w:t>
            </w:r>
          </w:p>
        </w:tc>
        <w:tc>
          <w:tcPr>
            <w:tcW w:w="775" w:type="dxa"/>
          </w:tcPr>
          <w:p w14:paraId="65A3C157"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Mendu</w:t>
            </w:r>
            <w:r w:rsidRPr="00434DA7">
              <w:rPr>
                <w:rFonts w:ascii="Arial" w:hAnsi="Arial" w:cs="Arial"/>
                <w:sz w:val="18"/>
                <w:szCs w:val="18"/>
              </w:rPr>
              <w:lastRenderedPageBreak/>
              <w:t>kung</w:t>
            </w:r>
          </w:p>
        </w:tc>
        <w:tc>
          <w:tcPr>
            <w:tcW w:w="816" w:type="dxa"/>
          </w:tcPr>
          <w:p w14:paraId="563D0FCE"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 xml:space="preserve">Tidak </w:t>
            </w:r>
            <w:r w:rsidRPr="00434DA7">
              <w:rPr>
                <w:rFonts w:ascii="Arial" w:hAnsi="Arial" w:cs="Arial"/>
                <w:sz w:val="18"/>
                <w:szCs w:val="18"/>
              </w:rPr>
              <w:lastRenderedPageBreak/>
              <w:t>mendukung</w:t>
            </w:r>
          </w:p>
        </w:tc>
      </w:tr>
      <w:tr w:rsidR="00FF099C" w:rsidRPr="00434DA7" w14:paraId="59105F68" w14:textId="77777777" w:rsidTr="00434DA7">
        <w:tc>
          <w:tcPr>
            <w:tcW w:w="924" w:type="dxa"/>
          </w:tcPr>
          <w:p w14:paraId="727EDBF7" w14:textId="77777777" w:rsidR="00FF099C" w:rsidRPr="00434DA7" w:rsidRDefault="00FF099C" w:rsidP="00434DA7">
            <w:pPr>
              <w:rPr>
                <w:rFonts w:ascii="Arial" w:hAnsi="Arial" w:cs="Arial"/>
                <w:sz w:val="18"/>
                <w:szCs w:val="18"/>
              </w:rPr>
            </w:pPr>
            <w:r w:rsidRPr="00434DA7">
              <w:rPr>
                <w:rFonts w:ascii="Arial" w:hAnsi="Arial" w:cs="Arial"/>
                <w:sz w:val="18"/>
                <w:szCs w:val="18"/>
              </w:rPr>
              <w:lastRenderedPageBreak/>
              <w:t>64</w:t>
            </w:r>
          </w:p>
        </w:tc>
        <w:tc>
          <w:tcPr>
            <w:tcW w:w="763" w:type="dxa"/>
          </w:tcPr>
          <w:p w14:paraId="07C9878C" w14:textId="77777777" w:rsidR="00FF099C" w:rsidRPr="00434DA7" w:rsidRDefault="00FF099C" w:rsidP="00434DA7">
            <w:pPr>
              <w:rPr>
                <w:rFonts w:ascii="Arial" w:hAnsi="Arial" w:cs="Arial"/>
                <w:sz w:val="18"/>
                <w:szCs w:val="18"/>
              </w:rPr>
            </w:pPr>
            <w:r w:rsidRPr="00434DA7">
              <w:rPr>
                <w:rFonts w:ascii="Arial" w:hAnsi="Arial" w:cs="Arial"/>
                <w:sz w:val="18"/>
                <w:szCs w:val="18"/>
              </w:rPr>
              <w:t>Ny. L2</w:t>
            </w:r>
          </w:p>
        </w:tc>
        <w:tc>
          <w:tcPr>
            <w:tcW w:w="555" w:type="dxa"/>
          </w:tcPr>
          <w:p w14:paraId="5961C03A"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16185E05"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3FDB9D57"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672FDCEF"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323B9DD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3423BD0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5A170FD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41C8106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332978E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0FAC4A78" w14:textId="77777777" w:rsidTr="00434DA7">
        <w:tc>
          <w:tcPr>
            <w:tcW w:w="924" w:type="dxa"/>
          </w:tcPr>
          <w:p w14:paraId="6428EDAC" w14:textId="77777777" w:rsidR="00FF099C" w:rsidRPr="00434DA7" w:rsidRDefault="00FF099C" w:rsidP="00434DA7">
            <w:pPr>
              <w:rPr>
                <w:rFonts w:ascii="Arial" w:hAnsi="Arial" w:cs="Arial"/>
                <w:sz w:val="18"/>
                <w:szCs w:val="18"/>
              </w:rPr>
            </w:pPr>
            <w:r w:rsidRPr="00434DA7">
              <w:rPr>
                <w:rFonts w:ascii="Arial" w:hAnsi="Arial" w:cs="Arial"/>
                <w:sz w:val="18"/>
                <w:szCs w:val="18"/>
              </w:rPr>
              <w:t>65</w:t>
            </w:r>
          </w:p>
        </w:tc>
        <w:tc>
          <w:tcPr>
            <w:tcW w:w="763" w:type="dxa"/>
          </w:tcPr>
          <w:p w14:paraId="1132D7F9" w14:textId="77777777" w:rsidR="00FF099C" w:rsidRPr="00434DA7" w:rsidRDefault="00FF099C" w:rsidP="00434DA7">
            <w:pPr>
              <w:rPr>
                <w:rFonts w:ascii="Arial" w:hAnsi="Arial" w:cs="Arial"/>
                <w:sz w:val="18"/>
                <w:szCs w:val="18"/>
              </w:rPr>
            </w:pPr>
            <w:r w:rsidRPr="00434DA7">
              <w:rPr>
                <w:rFonts w:ascii="Arial" w:hAnsi="Arial" w:cs="Arial"/>
                <w:sz w:val="18"/>
                <w:szCs w:val="18"/>
              </w:rPr>
              <w:t>Ny. M2</w:t>
            </w:r>
          </w:p>
        </w:tc>
        <w:tc>
          <w:tcPr>
            <w:tcW w:w="555" w:type="dxa"/>
          </w:tcPr>
          <w:p w14:paraId="669421EE" w14:textId="77777777" w:rsidR="00FF099C" w:rsidRPr="00434DA7" w:rsidRDefault="00FF099C" w:rsidP="00434DA7">
            <w:pPr>
              <w:rPr>
                <w:rFonts w:ascii="Arial" w:hAnsi="Arial" w:cs="Arial"/>
                <w:sz w:val="18"/>
                <w:szCs w:val="18"/>
              </w:rPr>
            </w:pPr>
            <w:r w:rsidRPr="00434DA7">
              <w:rPr>
                <w:rFonts w:ascii="Arial" w:hAnsi="Arial" w:cs="Arial"/>
                <w:sz w:val="18"/>
                <w:szCs w:val="18"/>
              </w:rPr>
              <w:t>20</w:t>
            </w:r>
          </w:p>
        </w:tc>
        <w:tc>
          <w:tcPr>
            <w:tcW w:w="745" w:type="dxa"/>
          </w:tcPr>
          <w:p w14:paraId="5BE68352"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548D52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4626166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3E355F9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20A0908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AD543C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72957CE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6BE6C8A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B8A48B5" w14:textId="77777777" w:rsidTr="00434DA7">
        <w:tc>
          <w:tcPr>
            <w:tcW w:w="924" w:type="dxa"/>
          </w:tcPr>
          <w:p w14:paraId="5FB1A00E" w14:textId="77777777" w:rsidR="00FF099C" w:rsidRPr="00434DA7" w:rsidRDefault="00FF099C" w:rsidP="00434DA7">
            <w:pPr>
              <w:rPr>
                <w:rFonts w:ascii="Arial" w:hAnsi="Arial" w:cs="Arial"/>
                <w:sz w:val="18"/>
                <w:szCs w:val="18"/>
              </w:rPr>
            </w:pPr>
            <w:r w:rsidRPr="00434DA7">
              <w:rPr>
                <w:rFonts w:ascii="Arial" w:hAnsi="Arial" w:cs="Arial"/>
                <w:sz w:val="18"/>
                <w:szCs w:val="18"/>
              </w:rPr>
              <w:t>66</w:t>
            </w:r>
          </w:p>
        </w:tc>
        <w:tc>
          <w:tcPr>
            <w:tcW w:w="763" w:type="dxa"/>
          </w:tcPr>
          <w:p w14:paraId="3C561759" w14:textId="77777777" w:rsidR="00FF099C" w:rsidRPr="00434DA7" w:rsidRDefault="00FF099C" w:rsidP="00434DA7">
            <w:pPr>
              <w:rPr>
                <w:rFonts w:ascii="Arial" w:hAnsi="Arial" w:cs="Arial"/>
                <w:sz w:val="18"/>
                <w:szCs w:val="18"/>
              </w:rPr>
            </w:pPr>
            <w:r w:rsidRPr="00434DA7">
              <w:rPr>
                <w:rFonts w:ascii="Arial" w:hAnsi="Arial" w:cs="Arial"/>
                <w:sz w:val="18"/>
                <w:szCs w:val="18"/>
              </w:rPr>
              <w:t>Ny. N2</w:t>
            </w:r>
          </w:p>
        </w:tc>
        <w:tc>
          <w:tcPr>
            <w:tcW w:w="555" w:type="dxa"/>
          </w:tcPr>
          <w:p w14:paraId="4DCA7824"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6B6FC981"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3A923E31" w14:textId="77777777" w:rsidR="00FF099C" w:rsidRPr="00434DA7" w:rsidRDefault="00FF099C" w:rsidP="00434DA7">
            <w:pPr>
              <w:rPr>
                <w:rFonts w:ascii="Arial" w:hAnsi="Arial" w:cs="Arial"/>
                <w:sz w:val="18"/>
                <w:szCs w:val="18"/>
              </w:rPr>
            </w:pPr>
            <w:r w:rsidRPr="00434DA7">
              <w:rPr>
                <w:rFonts w:ascii="Arial" w:hAnsi="Arial" w:cs="Arial"/>
                <w:sz w:val="18"/>
                <w:szCs w:val="18"/>
              </w:rPr>
              <w:t>Wiraswasta</w:t>
            </w:r>
          </w:p>
        </w:tc>
        <w:tc>
          <w:tcPr>
            <w:tcW w:w="638" w:type="dxa"/>
          </w:tcPr>
          <w:p w14:paraId="1768C00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89BD1C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7CCB246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8400884"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B9370E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25FAD5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1DEB9434" w14:textId="77777777" w:rsidTr="00434DA7">
        <w:tc>
          <w:tcPr>
            <w:tcW w:w="924" w:type="dxa"/>
          </w:tcPr>
          <w:p w14:paraId="031440FE" w14:textId="77777777" w:rsidR="00FF099C" w:rsidRPr="00434DA7" w:rsidRDefault="00FF099C" w:rsidP="00434DA7">
            <w:pPr>
              <w:rPr>
                <w:rFonts w:ascii="Arial" w:hAnsi="Arial" w:cs="Arial"/>
                <w:sz w:val="18"/>
                <w:szCs w:val="18"/>
              </w:rPr>
            </w:pPr>
            <w:r w:rsidRPr="00434DA7">
              <w:rPr>
                <w:rFonts w:ascii="Arial" w:hAnsi="Arial" w:cs="Arial"/>
                <w:sz w:val="18"/>
                <w:szCs w:val="18"/>
              </w:rPr>
              <w:t>67</w:t>
            </w:r>
          </w:p>
        </w:tc>
        <w:tc>
          <w:tcPr>
            <w:tcW w:w="763" w:type="dxa"/>
          </w:tcPr>
          <w:p w14:paraId="3B0DFFDB" w14:textId="77777777" w:rsidR="00FF099C" w:rsidRPr="00434DA7" w:rsidRDefault="00FF099C" w:rsidP="00434DA7">
            <w:pPr>
              <w:rPr>
                <w:rFonts w:ascii="Arial" w:hAnsi="Arial" w:cs="Arial"/>
                <w:sz w:val="18"/>
                <w:szCs w:val="18"/>
              </w:rPr>
            </w:pPr>
            <w:r w:rsidRPr="00434DA7">
              <w:rPr>
                <w:rFonts w:ascii="Arial" w:hAnsi="Arial" w:cs="Arial"/>
                <w:sz w:val="18"/>
                <w:szCs w:val="18"/>
              </w:rPr>
              <w:t>Ny. O2</w:t>
            </w:r>
          </w:p>
        </w:tc>
        <w:tc>
          <w:tcPr>
            <w:tcW w:w="555" w:type="dxa"/>
          </w:tcPr>
          <w:p w14:paraId="231D3527" w14:textId="77777777" w:rsidR="00FF099C" w:rsidRPr="00434DA7" w:rsidRDefault="00FF099C" w:rsidP="00434DA7">
            <w:pPr>
              <w:rPr>
                <w:rFonts w:ascii="Arial" w:hAnsi="Arial" w:cs="Arial"/>
                <w:sz w:val="18"/>
                <w:szCs w:val="18"/>
              </w:rPr>
            </w:pPr>
            <w:r w:rsidRPr="00434DA7">
              <w:rPr>
                <w:rFonts w:ascii="Arial" w:hAnsi="Arial" w:cs="Arial"/>
                <w:sz w:val="18"/>
                <w:szCs w:val="18"/>
              </w:rPr>
              <w:t>31</w:t>
            </w:r>
          </w:p>
        </w:tc>
        <w:tc>
          <w:tcPr>
            <w:tcW w:w="745" w:type="dxa"/>
          </w:tcPr>
          <w:p w14:paraId="328CD350"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F937C1A"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380CDBB2"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605504D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8A8A43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8B1D86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9C8E21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A97001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8F805BB" w14:textId="77777777" w:rsidTr="00434DA7">
        <w:tc>
          <w:tcPr>
            <w:tcW w:w="924" w:type="dxa"/>
          </w:tcPr>
          <w:p w14:paraId="71A14F8D" w14:textId="77777777" w:rsidR="00FF099C" w:rsidRPr="00434DA7" w:rsidRDefault="00FF099C" w:rsidP="00434DA7">
            <w:pPr>
              <w:rPr>
                <w:rFonts w:ascii="Arial" w:hAnsi="Arial" w:cs="Arial"/>
                <w:sz w:val="18"/>
                <w:szCs w:val="18"/>
              </w:rPr>
            </w:pPr>
            <w:r w:rsidRPr="00434DA7">
              <w:rPr>
                <w:rFonts w:ascii="Arial" w:hAnsi="Arial" w:cs="Arial"/>
                <w:sz w:val="18"/>
                <w:szCs w:val="18"/>
              </w:rPr>
              <w:t>68</w:t>
            </w:r>
          </w:p>
        </w:tc>
        <w:tc>
          <w:tcPr>
            <w:tcW w:w="763" w:type="dxa"/>
          </w:tcPr>
          <w:p w14:paraId="5475CB0F" w14:textId="77777777" w:rsidR="00FF099C" w:rsidRPr="00434DA7" w:rsidRDefault="00FF099C" w:rsidP="00434DA7">
            <w:pPr>
              <w:rPr>
                <w:rFonts w:ascii="Arial" w:hAnsi="Arial" w:cs="Arial"/>
                <w:sz w:val="18"/>
                <w:szCs w:val="18"/>
              </w:rPr>
            </w:pPr>
            <w:r w:rsidRPr="00434DA7">
              <w:rPr>
                <w:rFonts w:ascii="Arial" w:hAnsi="Arial" w:cs="Arial"/>
                <w:sz w:val="18"/>
                <w:szCs w:val="18"/>
              </w:rPr>
              <w:t>Ny. P2</w:t>
            </w:r>
          </w:p>
        </w:tc>
        <w:tc>
          <w:tcPr>
            <w:tcW w:w="555" w:type="dxa"/>
          </w:tcPr>
          <w:p w14:paraId="45FBDB96"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6A23DADD"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C903429"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32E0DF8"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8DAAD5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5839096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F2A4E4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35097A1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79DBA1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3C974BBB" w14:textId="77777777" w:rsidTr="00434DA7">
        <w:tc>
          <w:tcPr>
            <w:tcW w:w="924" w:type="dxa"/>
          </w:tcPr>
          <w:p w14:paraId="2E008B76" w14:textId="77777777" w:rsidR="00FF099C" w:rsidRPr="00434DA7" w:rsidRDefault="00FF099C" w:rsidP="00434DA7">
            <w:pPr>
              <w:rPr>
                <w:rFonts w:ascii="Arial" w:hAnsi="Arial" w:cs="Arial"/>
                <w:sz w:val="18"/>
                <w:szCs w:val="18"/>
              </w:rPr>
            </w:pPr>
            <w:r w:rsidRPr="00434DA7">
              <w:rPr>
                <w:rFonts w:ascii="Arial" w:hAnsi="Arial" w:cs="Arial"/>
                <w:sz w:val="18"/>
                <w:szCs w:val="18"/>
              </w:rPr>
              <w:t>69</w:t>
            </w:r>
          </w:p>
        </w:tc>
        <w:tc>
          <w:tcPr>
            <w:tcW w:w="763" w:type="dxa"/>
          </w:tcPr>
          <w:p w14:paraId="65F2EE01" w14:textId="77777777" w:rsidR="00FF099C" w:rsidRPr="00434DA7" w:rsidRDefault="00FF099C" w:rsidP="00434DA7">
            <w:pPr>
              <w:rPr>
                <w:rFonts w:ascii="Arial" w:hAnsi="Arial" w:cs="Arial"/>
                <w:sz w:val="18"/>
                <w:szCs w:val="18"/>
              </w:rPr>
            </w:pPr>
            <w:r w:rsidRPr="00434DA7">
              <w:rPr>
                <w:rFonts w:ascii="Arial" w:hAnsi="Arial" w:cs="Arial"/>
                <w:sz w:val="18"/>
                <w:szCs w:val="18"/>
              </w:rPr>
              <w:t>Ny. Q2</w:t>
            </w:r>
          </w:p>
        </w:tc>
        <w:tc>
          <w:tcPr>
            <w:tcW w:w="555" w:type="dxa"/>
          </w:tcPr>
          <w:p w14:paraId="33A188C9"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57095A7D"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1CE1549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0B76DCE8"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6A055EA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6B0D63F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BBFF9A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0ED870A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06778F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3B56E3F0" w14:textId="77777777" w:rsidTr="00434DA7">
        <w:tc>
          <w:tcPr>
            <w:tcW w:w="924" w:type="dxa"/>
          </w:tcPr>
          <w:p w14:paraId="134115C9" w14:textId="77777777" w:rsidR="00FF099C" w:rsidRPr="00434DA7" w:rsidRDefault="00FF099C" w:rsidP="00434DA7">
            <w:pPr>
              <w:rPr>
                <w:rFonts w:ascii="Arial" w:hAnsi="Arial" w:cs="Arial"/>
                <w:sz w:val="18"/>
                <w:szCs w:val="18"/>
              </w:rPr>
            </w:pPr>
            <w:r w:rsidRPr="00434DA7">
              <w:rPr>
                <w:rFonts w:ascii="Arial" w:hAnsi="Arial" w:cs="Arial"/>
                <w:sz w:val="18"/>
                <w:szCs w:val="18"/>
              </w:rPr>
              <w:t>70</w:t>
            </w:r>
          </w:p>
        </w:tc>
        <w:tc>
          <w:tcPr>
            <w:tcW w:w="763" w:type="dxa"/>
          </w:tcPr>
          <w:p w14:paraId="42ED731F" w14:textId="77777777" w:rsidR="00FF099C" w:rsidRPr="00434DA7" w:rsidRDefault="00FF099C" w:rsidP="00434DA7">
            <w:pPr>
              <w:rPr>
                <w:rFonts w:ascii="Arial" w:hAnsi="Arial" w:cs="Arial"/>
                <w:sz w:val="18"/>
                <w:szCs w:val="18"/>
              </w:rPr>
            </w:pPr>
            <w:r w:rsidRPr="00434DA7">
              <w:rPr>
                <w:rFonts w:ascii="Arial" w:hAnsi="Arial" w:cs="Arial"/>
                <w:sz w:val="18"/>
                <w:szCs w:val="18"/>
              </w:rPr>
              <w:t>Ny. R2</w:t>
            </w:r>
          </w:p>
        </w:tc>
        <w:tc>
          <w:tcPr>
            <w:tcW w:w="555" w:type="dxa"/>
          </w:tcPr>
          <w:p w14:paraId="2A664175"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45" w:type="dxa"/>
          </w:tcPr>
          <w:p w14:paraId="2FE9ED23"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3C3B2411"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3E37D89"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953D70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06DBED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D40773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D2A126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0210032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4AD23435" w14:textId="77777777" w:rsidTr="00434DA7">
        <w:tc>
          <w:tcPr>
            <w:tcW w:w="924" w:type="dxa"/>
          </w:tcPr>
          <w:p w14:paraId="0F733B12" w14:textId="77777777" w:rsidR="00FF099C" w:rsidRPr="00434DA7" w:rsidRDefault="00FF099C" w:rsidP="00434DA7">
            <w:pPr>
              <w:rPr>
                <w:rFonts w:ascii="Arial" w:hAnsi="Arial" w:cs="Arial"/>
                <w:sz w:val="18"/>
                <w:szCs w:val="18"/>
              </w:rPr>
            </w:pPr>
            <w:r w:rsidRPr="00434DA7">
              <w:rPr>
                <w:rFonts w:ascii="Arial" w:hAnsi="Arial" w:cs="Arial"/>
                <w:sz w:val="18"/>
                <w:szCs w:val="18"/>
              </w:rPr>
              <w:t>71</w:t>
            </w:r>
          </w:p>
        </w:tc>
        <w:tc>
          <w:tcPr>
            <w:tcW w:w="763" w:type="dxa"/>
          </w:tcPr>
          <w:p w14:paraId="52ADD397" w14:textId="77777777" w:rsidR="00FF099C" w:rsidRPr="00434DA7" w:rsidRDefault="00FF099C" w:rsidP="00434DA7">
            <w:pPr>
              <w:rPr>
                <w:rFonts w:ascii="Arial" w:hAnsi="Arial" w:cs="Arial"/>
                <w:sz w:val="18"/>
                <w:szCs w:val="18"/>
              </w:rPr>
            </w:pPr>
            <w:r w:rsidRPr="00434DA7">
              <w:rPr>
                <w:rFonts w:ascii="Arial" w:hAnsi="Arial" w:cs="Arial"/>
                <w:sz w:val="18"/>
                <w:szCs w:val="18"/>
              </w:rPr>
              <w:t>Ny. S2</w:t>
            </w:r>
          </w:p>
        </w:tc>
        <w:tc>
          <w:tcPr>
            <w:tcW w:w="555" w:type="dxa"/>
          </w:tcPr>
          <w:p w14:paraId="719B2E94"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45" w:type="dxa"/>
          </w:tcPr>
          <w:p w14:paraId="6956E517"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59F90FA"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158996B2"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5A66F64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B02731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806BBEE"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564939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E7F0AE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06AC38B" w14:textId="77777777" w:rsidTr="00434DA7">
        <w:tc>
          <w:tcPr>
            <w:tcW w:w="924" w:type="dxa"/>
          </w:tcPr>
          <w:p w14:paraId="7D29AB7E" w14:textId="77777777" w:rsidR="00FF099C" w:rsidRPr="00434DA7" w:rsidRDefault="00FF099C" w:rsidP="00434DA7">
            <w:pPr>
              <w:rPr>
                <w:rFonts w:ascii="Arial" w:hAnsi="Arial" w:cs="Arial"/>
                <w:sz w:val="18"/>
                <w:szCs w:val="18"/>
              </w:rPr>
            </w:pPr>
            <w:r w:rsidRPr="00434DA7">
              <w:rPr>
                <w:rFonts w:ascii="Arial" w:hAnsi="Arial" w:cs="Arial"/>
                <w:sz w:val="18"/>
                <w:szCs w:val="18"/>
              </w:rPr>
              <w:t>72</w:t>
            </w:r>
          </w:p>
        </w:tc>
        <w:tc>
          <w:tcPr>
            <w:tcW w:w="763" w:type="dxa"/>
          </w:tcPr>
          <w:p w14:paraId="42A50399" w14:textId="77777777" w:rsidR="00FF099C" w:rsidRPr="00434DA7" w:rsidRDefault="00FF099C" w:rsidP="00434DA7">
            <w:pPr>
              <w:rPr>
                <w:rFonts w:ascii="Arial" w:hAnsi="Arial" w:cs="Arial"/>
                <w:sz w:val="18"/>
                <w:szCs w:val="18"/>
              </w:rPr>
            </w:pPr>
            <w:r w:rsidRPr="00434DA7">
              <w:rPr>
                <w:rFonts w:ascii="Arial" w:hAnsi="Arial" w:cs="Arial"/>
                <w:sz w:val="18"/>
                <w:szCs w:val="18"/>
              </w:rPr>
              <w:t>Ny. T2</w:t>
            </w:r>
          </w:p>
        </w:tc>
        <w:tc>
          <w:tcPr>
            <w:tcW w:w="555" w:type="dxa"/>
          </w:tcPr>
          <w:p w14:paraId="4F87E41D"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2B471D14"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62335B5C"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6744C31E"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53FE48E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D400BE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7D148C8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860166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3948FEF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09989D66" w14:textId="77777777" w:rsidTr="00434DA7">
        <w:tc>
          <w:tcPr>
            <w:tcW w:w="924" w:type="dxa"/>
          </w:tcPr>
          <w:p w14:paraId="5ADC7599" w14:textId="77777777" w:rsidR="00FF099C" w:rsidRPr="00434DA7" w:rsidRDefault="00FF099C" w:rsidP="00434DA7">
            <w:pPr>
              <w:rPr>
                <w:rFonts w:ascii="Arial" w:hAnsi="Arial" w:cs="Arial"/>
                <w:sz w:val="18"/>
                <w:szCs w:val="18"/>
              </w:rPr>
            </w:pPr>
            <w:r w:rsidRPr="00434DA7">
              <w:rPr>
                <w:rFonts w:ascii="Arial" w:hAnsi="Arial" w:cs="Arial"/>
                <w:sz w:val="18"/>
                <w:szCs w:val="18"/>
              </w:rPr>
              <w:t>73</w:t>
            </w:r>
          </w:p>
        </w:tc>
        <w:tc>
          <w:tcPr>
            <w:tcW w:w="763" w:type="dxa"/>
          </w:tcPr>
          <w:p w14:paraId="56986112" w14:textId="77777777" w:rsidR="00FF099C" w:rsidRPr="00434DA7" w:rsidRDefault="00FF099C" w:rsidP="00434DA7">
            <w:pPr>
              <w:rPr>
                <w:rFonts w:ascii="Arial" w:hAnsi="Arial" w:cs="Arial"/>
                <w:sz w:val="18"/>
                <w:szCs w:val="18"/>
              </w:rPr>
            </w:pPr>
            <w:r w:rsidRPr="00434DA7">
              <w:rPr>
                <w:rFonts w:ascii="Arial" w:hAnsi="Arial" w:cs="Arial"/>
                <w:sz w:val="18"/>
                <w:szCs w:val="18"/>
              </w:rPr>
              <w:t>Ny. U2</w:t>
            </w:r>
          </w:p>
        </w:tc>
        <w:tc>
          <w:tcPr>
            <w:tcW w:w="555" w:type="dxa"/>
          </w:tcPr>
          <w:p w14:paraId="2ED0DE5C" w14:textId="77777777" w:rsidR="00FF099C" w:rsidRPr="00434DA7" w:rsidRDefault="00FF099C" w:rsidP="00434DA7">
            <w:pPr>
              <w:rPr>
                <w:rFonts w:ascii="Arial" w:hAnsi="Arial" w:cs="Arial"/>
                <w:sz w:val="18"/>
                <w:szCs w:val="18"/>
              </w:rPr>
            </w:pPr>
            <w:r w:rsidRPr="00434DA7">
              <w:rPr>
                <w:rFonts w:ascii="Arial" w:hAnsi="Arial" w:cs="Arial"/>
                <w:sz w:val="18"/>
                <w:szCs w:val="18"/>
              </w:rPr>
              <w:t>26</w:t>
            </w:r>
          </w:p>
        </w:tc>
        <w:tc>
          <w:tcPr>
            <w:tcW w:w="745" w:type="dxa"/>
          </w:tcPr>
          <w:p w14:paraId="1DEF3BB4" w14:textId="77777777" w:rsidR="00FF099C" w:rsidRPr="00434DA7" w:rsidRDefault="00FF099C" w:rsidP="00434DA7">
            <w:pPr>
              <w:rPr>
                <w:rFonts w:ascii="Arial" w:hAnsi="Arial" w:cs="Arial"/>
                <w:sz w:val="18"/>
                <w:szCs w:val="18"/>
              </w:rPr>
            </w:pPr>
            <w:r w:rsidRPr="00434DA7">
              <w:rPr>
                <w:rFonts w:ascii="Arial" w:hAnsi="Arial" w:cs="Arial"/>
                <w:sz w:val="18"/>
                <w:szCs w:val="18"/>
              </w:rPr>
              <w:t>SMP</w:t>
            </w:r>
          </w:p>
        </w:tc>
        <w:tc>
          <w:tcPr>
            <w:tcW w:w="851" w:type="dxa"/>
          </w:tcPr>
          <w:p w14:paraId="7DD2186B"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7FFFAB44"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E5A4D3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3950CDAF"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6BEF8DD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60212DB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3E3EA18"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77E10E8F" w14:textId="77777777" w:rsidTr="00434DA7">
        <w:tc>
          <w:tcPr>
            <w:tcW w:w="924" w:type="dxa"/>
          </w:tcPr>
          <w:p w14:paraId="3EDAFD24" w14:textId="77777777" w:rsidR="00FF099C" w:rsidRPr="00434DA7" w:rsidRDefault="00FF099C" w:rsidP="00434DA7">
            <w:pPr>
              <w:rPr>
                <w:rFonts w:ascii="Arial" w:hAnsi="Arial" w:cs="Arial"/>
                <w:sz w:val="18"/>
                <w:szCs w:val="18"/>
              </w:rPr>
            </w:pPr>
            <w:r w:rsidRPr="00434DA7">
              <w:rPr>
                <w:rFonts w:ascii="Arial" w:hAnsi="Arial" w:cs="Arial"/>
                <w:sz w:val="18"/>
                <w:szCs w:val="18"/>
              </w:rPr>
              <w:t>74</w:t>
            </w:r>
          </w:p>
        </w:tc>
        <w:tc>
          <w:tcPr>
            <w:tcW w:w="763" w:type="dxa"/>
          </w:tcPr>
          <w:p w14:paraId="722E128F" w14:textId="77777777" w:rsidR="00FF099C" w:rsidRPr="00434DA7" w:rsidRDefault="00FF099C" w:rsidP="00434DA7">
            <w:pPr>
              <w:rPr>
                <w:rFonts w:ascii="Arial" w:hAnsi="Arial" w:cs="Arial"/>
                <w:sz w:val="18"/>
                <w:szCs w:val="18"/>
              </w:rPr>
            </w:pPr>
            <w:r w:rsidRPr="00434DA7">
              <w:rPr>
                <w:rFonts w:ascii="Arial" w:hAnsi="Arial" w:cs="Arial"/>
                <w:sz w:val="18"/>
                <w:szCs w:val="18"/>
              </w:rPr>
              <w:t>Ny. V2</w:t>
            </w:r>
          </w:p>
        </w:tc>
        <w:tc>
          <w:tcPr>
            <w:tcW w:w="555" w:type="dxa"/>
          </w:tcPr>
          <w:p w14:paraId="6C8AF8E6" w14:textId="77777777" w:rsidR="00FF099C" w:rsidRPr="00434DA7" w:rsidRDefault="00FF099C" w:rsidP="00434DA7">
            <w:pPr>
              <w:rPr>
                <w:rFonts w:ascii="Arial" w:hAnsi="Arial" w:cs="Arial"/>
                <w:sz w:val="18"/>
                <w:szCs w:val="18"/>
              </w:rPr>
            </w:pPr>
            <w:r w:rsidRPr="00434DA7">
              <w:rPr>
                <w:rFonts w:ascii="Arial" w:hAnsi="Arial" w:cs="Arial"/>
                <w:sz w:val="18"/>
                <w:szCs w:val="18"/>
              </w:rPr>
              <w:t>33</w:t>
            </w:r>
          </w:p>
        </w:tc>
        <w:tc>
          <w:tcPr>
            <w:tcW w:w="745" w:type="dxa"/>
          </w:tcPr>
          <w:p w14:paraId="2A7B80A0"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F023158" w14:textId="77777777" w:rsidR="00FF099C" w:rsidRPr="00434DA7" w:rsidRDefault="00FF099C" w:rsidP="00434DA7">
            <w:pPr>
              <w:rPr>
                <w:rFonts w:ascii="Arial" w:hAnsi="Arial" w:cs="Arial"/>
                <w:sz w:val="18"/>
                <w:szCs w:val="18"/>
              </w:rPr>
            </w:pPr>
            <w:r w:rsidRPr="00434DA7">
              <w:rPr>
                <w:rFonts w:ascii="Arial" w:hAnsi="Arial" w:cs="Arial"/>
                <w:sz w:val="18"/>
                <w:szCs w:val="18"/>
              </w:rPr>
              <w:t>PNS/Honorer</w:t>
            </w:r>
          </w:p>
        </w:tc>
        <w:tc>
          <w:tcPr>
            <w:tcW w:w="638" w:type="dxa"/>
          </w:tcPr>
          <w:p w14:paraId="722BF826"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1BDBBB5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57AE19D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4D216FBF"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6C8BFC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E72743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4A8AE3D8" w14:textId="77777777" w:rsidTr="00434DA7">
        <w:tc>
          <w:tcPr>
            <w:tcW w:w="924" w:type="dxa"/>
          </w:tcPr>
          <w:p w14:paraId="0FF88714" w14:textId="77777777" w:rsidR="00FF099C" w:rsidRPr="00434DA7" w:rsidRDefault="00FF099C" w:rsidP="00434DA7">
            <w:pPr>
              <w:rPr>
                <w:rFonts w:ascii="Arial" w:hAnsi="Arial" w:cs="Arial"/>
                <w:sz w:val="18"/>
                <w:szCs w:val="18"/>
              </w:rPr>
            </w:pPr>
            <w:r w:rsidRPr="00434DA7">
              <w:rPr>
                <w:rFonts w:ascii="Arial" w:hAnsi="Arial" w:cs="Arial"/>
                <w:sz w:val="18"/>
                <w:szCs w:val="18"/>
              </w:rPr>
              <w:t>75</w:t>
            </w:r>
          </w:p>
        </w:tc>
        <w:tc>
          <w:tcPr>
            <w:tcW w:w="763" w:type="dxa"/>
          </w:tcPr>
          <w:p w14:paraId="4C62B8F2" w14:textId="77777777" w:rsidR="00FF099C" w:rsidRPr="00434DA7" w:rsidRDefault="00FF099C" w:rsidP="00434DA7">
            <w:pPr>
              <w:rPr>
                <w:rFonts w:ascii="Arial" w:hAnsi="Arial" w:cs="Arial"/>
                <w:sz w:val="18"/>
                <w:szCs w:val="18"/>
              </w:rPr>
            </w:pPr>
            <w:r w:rsidRPr="00434DA7">
              <w:rPr>
                <w:rFonts w:ascii="Arial" w:hAnsi="Arial" w:cs="Arial"/>
                <w:sz w:val="18"/>
                <w:szCs w:val="18"/>
              </w:rPr>
              <w:t>Ny. W2</w:t>
            </w:r>
          </w:p>
        </w:tc>
        <w:tc>
          <w:tcPr>
            <w:tcW w:w="555" w:type="dxa"/>
          </w:tcPr>
          <w:p w14:paraId="025DFBFA" w14:textId="77777777" w:rsidR="00FF099C" w:rsidRPr="00434DA7" w:rsidRDefault="00FF099C" w:rsidP="00434DA7">
            <w:pPr>
              <w:rPr>
                <w:rFonts w:ascii="Arial" w:hAnsi="Arial" w:cs="Arial"/>
                <w:sz w:val="18"/>
                <w:szCs w:val="18"/>
              </w:rPr>
            </w:pPr>
            <w:r w:rsidRPr="00434DA7">
              <w:rPr>
                <w:rFonts w:ascii="Arial" w:hAnsi="Arial" w:cs="Arial"/>
                <w:sz w:val="18"/>
                <w:szCs w:val="18"/>
              </w:rPr>
              <w:t>35</w:t>
            </w:r>
          </w:p>
        </w:tc>
        <w:tc>
          <w:tcPr>
            <w:tcW w:w="745" w:type="dxa"/>
          </w:tcPr>
          <w:p w14:paraId="6A98540C"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0DD5355"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75D2E833"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3722E457"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09EA22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0C006D0"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11D2467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4AE4E751"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15B78631" w14:textId="77777777" w:rsidTr="00434DA7">
        <w:tc>
          <w:tcPr>
            <w:tcW w:w="924" w:type="dxa"/>
          </w:tcPr>
          <w:p w14:paraId="4D53B201" w14:textId="77777777" w:rsidR="00FF099C" w:rsidRPr="00434DA7" w:rsidRDefault="00FF099C" w:rsidP="00434DA7">
            <w:pPr>
              <w:rPr>
                <w:rFonts w:ascii="Arial" w:hAnsi="Arial" w:cs="Arial"/>
                <w:sz w:val="18"/>
                <w:szCs w:val="18"/>
              </w:rPr>
            </w:pPr>
            <w:r w:rsidRPr="00434DA7">
              <w:rPr>
                <w:rFonts w:ascii="Arial" w:hAnsi="Arial" w:cs="Arial"/>
                <w:sz w:val="18"/>
                <w:szCs w:val="18"/>
              </w:rPr>
              <w:t>76</w:t>
            </w:r>
          </w:p>
        </w:tc>
        <w:tc>
          <w:tcPr>
            <w:tcW w:w="763" w:type="dxa"/>
          </w:tcPr>
          <w:p w14:paraId="1EE0B6B8" w14:textId="77777777" w:rsidR="00FF099C" w:rsidRPr="00434DA7" w:rsidRDefault="00FF099C" w:rsidP="00434DA7">
            <w:pPr>
              <w:rPr>
                <w:rFonts w:ascii="Arial" w:hAnsi="Arial" w:cs="Arial"/>
                <w:sz w:val="18"/>
                <w:szCs w:val="18"/>
              </w:rPr>
            </w:pPr>
            <w:r w:rsidRPr="00434DA7">
              <w:rPr>
                <w:rFonts w:ascii="Arial" w:hAnsi="Arial" w:cs="Arial"/>
                <w:sz w:val="18"/>
                <w:szCs w:val="18"/>
              </w:rPr>
              <w:t>Ny. X2</w:t>
            </w:r>
          </w:p>
        </w:tc>
        <w:tc>
          <w:tcPr>
            <w:tcW w:w="555" w:type="dxa"/>
          </w:tcPr>
          <w:p w14:paraId="2DCE68F7" w14:textId="77777777" w:rsidR="00FF099C" w:rsidRPr="00434DA7" w:rsidRDefault="00FF099C" w:rsidP="00434DA7">
            <w:pPr>
              <w:rPr>
                <w:rFonts w:ascii="Arial" w:hAnsi="Arial" w:cs="Arial"/>
                <w:sz w:val="18"/>
                <w:szCs w:val="18"/>
              </w:rPr>
            </w:pPr>
            <w:r w:rsidRPr="00434DA7">
              <w:rPr>
                <w:rFonts w:ascii="Arial" w:hAnsi="Arial" w:cs="Arial"/>
                <w:sz w:val="18"/>
                <w:szCs w:val="18"/>
              </w:rPr>
              <w:t>25</w:t>
            </w:r>
          </w:p>
        </w:tc>
        <w:tc>
          <w:tcPr>
            <w:tcW w:w="745" w:type="dxa"/>
          </w:tcPr>
          <w:p w14:paraId="629DA771"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552D807A"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DA6ADC6"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0E655C86"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619B411E"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1C1DFDD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59F975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67EB376"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2D9BE717" w14:textId="77777777" w:rsidTr="00434DA7">
        <w:tc>
          <w:tcPr>
            <w:tcW w:w="924" w:type="dxa"/>
          </w:tcPr>
          <w:p w14:paraId="3CA3D4DA" w14:textId="77777777" w:rsidR="00FF099C" w:rsidRPr="00434DA7" w:rsidRDefault="00FF099C" w:rsidP="00434DA7">
            <w:pPr>
              <w:rPr>
                <w:rFonts w:ascii="Arial" w:hAnsi="Arial" w:cs="Arial"/>
                <w:sz w:val="18"/>
                <w:szCs w:val="18"/>
              </w:rPr>
            </w:pPr>
            <w:r w:rsidRPr="00434DA7">
              <w:rPr>
                <w:rFonts w:ascii="Arial" w:hAnsi="Arial" w:cs="Arial"/>
                <w:sz w:val="18"/>
                <w:szCs w:val="18"/>
              </w:rPr>
              <w:t>77</w:t>
            </w:r>
          </w:p>
        </w:tc>
        <w:tc>
          <w:tcPr>
            <w:tcW w:w="763" w:type="dxa"/>
          </w:tcPr>
          <w:p w14:paraId="74297ADF" w14:textId="77777777" w:rsidR="00FF099C" w:rsidRPr="00434DA7" w:rsidRDefault="00FF099C" w:rsidP="00434DA7">
            <w:pPr>
              <w:rPr>
                <w:rFonts w:ascii="Arial" w:hAnsi="Arial" w:cs="Arial"/>
                <w:sz w:val="18"/>
                <w:szCs w:val="18"/>
              </w:rPr>
            </w:pPr>
            <w:r w:rsidRPr="00434DA7">
              <w:rPr>
                <w:rFonts w:ascii="Arial" w:hAnsi="Arial" w:cs="Arial"/>
                <w:sz w:val="18"/>
                <w:szCs w:val="18"/>
              </w:rPr>
              <w:t>Ny. Y2</w:t>
            </w:r>
          </w:p>
        </w:tc>
        <w:tc>
          <w:tcPr>
            <w:tcW w:w="555" w:type="dxa"/>
          </w:tcPr>
          <w:p w14:paraId="765BA862" w14:textId="77777777" w:rsidR="00FF099C" w:rsidRPr="00434DA7" w:rsidRDefault="00FF099C" w:rsidP="00434DA7">
            <w:pPr>
              <w:rPr>
                <w:rFonts w:ascii="Arial" w:hAnsi="Arial" w:cs="Arial"/>
                <w:sz w:val="18"/>
                <w:szCs w:val="18"/>
              </w:rPr>
            </w:pPr>
            <w:r w:rsidRPr="00434DA7">
              <w:rPr>
                <w:rFonts w:ascii="Arial" w:hAnsi="Arial" w:cs="Arial"/>
                <w:sz w:val="18"/>
                <w:szCs w:val="18"/>
              </w:rPr>
              <w:t>28</w:t>
            </w:r>
          </w:p>
        </w:tc>
        <w:tc>
          <w:tcPr>
            <w:tcW w:w="745" w:type="dxa"/>
          </w:tcPr>
          <w:p w14:paraId="35579CAE"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7D229A65"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338A1711"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3A3C31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4C81048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0C96A1F5"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09CFE65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07C50D4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262FE5B1" w14:textId="77777777" w:rsidTr="00434DA7">
        <w:tc>
          <w:tcPr>
            <w:tcW w:w="924" w:type="dxa"/>
          </w:tcPr>
          <w:p w14:paraId="50FD25F6" w14:textId="77777777" w:rsidR="00FF099C" w:rsidRPr="00434DA7" w:rsidRDefault="00FF099C" w:rsidP="00434DA7">
            <w:pPr>
              <w:rPr>
                <w:rFonts w:ascii="Arial" w:hAnsi="Arial" w:cs="Arial"/>
                <w:sz w:val="18"/>
                <w:szCs w:val="18"/>
              </w:rPr>
            </w:pPr>
            <w:r w:rsidRPr="00434DA7">
              <w:rPr>
                <w:rFonts w:ascii="Arial" w:hAnsi="Arial" w:cs="Arial"/>
                <w:sz w:val="18"/>
                <w:szCs w:val="18"/>
              </w:rPr>
              <w:t>78</w:t>
            </w:r>
          </w:p>
        </w:tc>
        <w:tc>
          <w:tcPr>
            <w:tcW w:w="763" w:type="dxa"/>
          </w:tcPr>
          <w:p w14:paraId="1AA62895" w14:textId="77777777" w:rsidR="00FF099C" w:rsidRPr="00434DA7" w:rsidRDefault="00FF099C" w:rsidP="00434DA7">
            <w:pPr>
              <w:rPr>
                <w:rFonts w:ascii="Arial" w:hAnsi="Arial" w:cs="Arial"/>
                <w:sz w:val="18"/>
                <w:szCs w:val="18"/>
              </w:rPr>
            </w:pPr>
            <w:r w:rsidRPr="00434DA7">
              <w:rPr>
                <w:rFonts w:ascii="Arial" w:hAnsi="Arial" w:cs="Arial"/>
                <w:sz w:val="18"/>
                <w:szCs w:val="18"/>
              </w:rPr>
              <w:t>Ny. Z2</w:t>
            </w:r>
          </w:p>
        </w:tc>
        <w:tc>
          <w:tcPr>
            <w:tcW w:w="555" w:type="dxa"/>
          </w:tcPr>
          <w:p w14:paraId="736FAA47" w14:textId="77777777" w:rsidR="00FF099C" w:rsidRPr="00434DA7" w:rsidRDefault="00FF099C" w:rsidP="00434DA7">
            <w:pPr>
              <w:rPr>
                <w:rFonts w:ascii="Arial" w:hAnsi="Arial" w:cs="Arial"/>
                <w:sz w:val="18"/>
                <w:szCs w:val="18"/>
              </w:rPr>
            </w:pPr>
            <w:r w:rsidRPr="00434DA7">
              <w:rPr>
                <w:rFonts w:ascii="Arial" w:hAnsi="Arial" w:cs="Arial"/>
                <w:sz w:val="18"/>
                <w:szCs w:val="18"/>
              </w:rPr>
              <w:t>29</w:t>
            </w:r>
          </w:p>
        </w:tc>
        <w:tc>
          <w:tcPr>
            <w:tcW w:w="745" w:type="dxa"/>
          </w:tcPr>
          <w:p w14:paraId="1DE450F1"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5B01FDCC"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7672698D"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E483C6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544166A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6C0CC3FA"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40C7327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16" w:type="dxa"/>
          </w:tcPr>
          <w:p w14:paraId="34E73D85"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5B44D8B3" w14:textId="77777777" w:rsidTr="00434DA7">
        <w:tc>
          <w:tcPr>
            <w:tcW w:w="924" w:type="dxa"/>
          </w:tcPr>
          <w:p w14:paraId="168B90FE" w14:textId="77777777" w:rsidR="00FF099C" w:rsidRPr="00434DA7" w:rsidRDefault="00FF099C" w:rsidP="00434DA7">
            <w:pPr>
              <w:rPr>
                <w:rFonts w:ascii="Arial" w:hAnsi="Arial" w:cs="Arial"/>
                <w:sz w:val="18"/>
                <w:szCs w:val="18"/>
              </w:rPr>
            </w:pPr>
            <w:r w:rsidRPr="00434DA7">
              <w:rPr>
                <w:rFonts w:ascii="Arial" w:hAnsi="Arial" w:cs="Arial"/>
                <w:sz w:val="18"/>
                <w:szCs w:val="18"/>
              </w:rPr>
              <w:t>79</w:t>
            </w:r>
          </w:p>
        </w:tc>
        <w:tc>
          <w:tcPr>
            <w:tcW w:w="763" w:type="dxa"/>
          </w:tcPr>
          <w:p w14:paraId="03462403" w14:textId="77777777" w:rsidR="00FF099C" w:rsidRPr="00434DA7" w:rsidRDefault="00FF099C" w:rsidP="00434DA7">
            <w:pPr>
              <w:rPr>
                <w:rFonts w:ascii="Arial" w:hAnsi="Arial" w:cs="Arial"/>
                <w:sz w:val="18"/>
                <w:szCs w:val="18"/>
              </w:rPr>
            </w:pPr>
            <w:r w:rsidRPr="00434DA7">
              <w:rPr>
                <w:rFonts w:ascii="Arial" w:hAnsi="Arial" w:cs="Arial"/>
                <w:sz w:val="18"/>
                <w:szCs w:val="18"/>
              </w:rPr>
              <w:t>Ny. A3</w:t>
            </w:r>
          </w:p>
        </w:tc>
        <w:tc>
          <w:tcPr>
            <w:tcW w:w="555" w:type="dxa"/>
          </w:tcPr>
          <w:p w14:paraId="34E0425C" w14:textId="77777777" w:rsidR="00FF099C" w:rsidRPr="00434DA7" w:rsidRDefault="00FF099C" w:rsidP="00434DA7">
            <w:pPr>
              <w:rPr>
                <w:rFonts w:ascii="Arial" w:hAnsi="Arial" w:cs="Arial"/>
                <w:sz w:val="18"/>
                <w:szCs w:val="18"/>
              </w:rPr>
            </w:pPr>
            <w:r w:rsidRPr="00434DA7">
              <w:rPr>
                <w:rFonts w:ascii="Arial" w:hAnsi="Arial" w:cs="Arial"/>
                <w:sz w:val="18"/>
                <w:szCs w:val="18"/>
              </w:rPr>
              <w:t>24</w:t>
            </w:r>
          </w:p>
        </w:tc>
        <w:tc>
          <w:tcPr>
            <w:tcW w:w="745" w:type="dxa"/>
          </w:tcPr>
          <w:p w14:paraId="1A5E90E7"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38E9B15B"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7845B5D0"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255CF0E3"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799205E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71F9A67D"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11750A84"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52211C3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6B9D15A8" w14:textId="77777777" w:rsidTr="00434DA7">
        <w:tc>
          <w:tcPr>
            <w:tcW w:w="924" w:type="dxa"/>
          </w:tcPr>
          <w:p w14:paraId="7B3A3FFD" w14:textId="77777777" w:rsidR="00FF099C" w:rsidRPr="00434DA7" w:rsidRDefault="00FF099C" w:rsidP="00434DA7">
            <w:pPr>
              <w:rPr>
                <w:rFonts w:ascii="Arial" w:hAnsi="Arial" w:cs="Arial"/>
                <w:sz w:val="18"/>
                <w:szCs w:val="18"/>
              </w:rPr>
            </w:pPr>
            <w:r w:rsidRPr="00434DA7">
              <w:rPr>
                <w:rFonts w:ascii="Arial" w:hAnsi="Arial" w:cs="Arial"/>
                <w:sz w:val="18"/>
                <w:szCs w:val="18"/>
              </w:rPr>
              <w:t>80</w:t>
            </w:r>
          </w:p>
        </w:tc>
        <w:tc>
          <w:tcPr>
            <w:tcW w:w="763" w:type="dxa"/>
          </w:tcPr>
          <w:p w14:paraId="04B5BB82" w14:textId="77777777" w:rsidR="00FF099C" w:rsidRPr="00434DA7" w:rsidRDefault="00FF099C" w:rsidP="00434DA7">
            <w:pPr>
              <w:rPr>
                <w:rFonts w:ascii="Arial" w:hAnsi="Arial" w:cs="Arial"/>
                <w:sz w:val="18"/>
                <w:szCs w:val="18"/>
              </w:rPr>
            </w:pPr>
            <w:r w:rsidRPr="00434DA7">
              <w:rPr>
                <w:rFonts w:ascii="Arial" w:hAnsi="Arial" w:cs="Arial"/>
                <w:sz w:val="18"/>
                <w:szCs w:val="18"/>
              </w:rPr>
              <w:t>Ny. B3</w:t>
            </w:r>
          </w:p>
        </w:tc>
        <w:tc>
          <w:tcPr>
            <w:tcW w:w="555" w:type="dxa"/>
          </w:tcPr>
          <w:p w14:paraId="4AE72199" w14:textId="77777777" w:rsidR="00FF099C" w:rsidRPr="00434DA7" w:rsidRDefault="00FF099C" w:rsidP="00434DA7">
            <w:pPr>
              <w:rPr>
                <w:rFonts w:ascii="Arial" w:hAnsi="Arial" w:cs="Arial"/>
                <w:sz w:val="18"/>
                <w:szCs w:val="18"/>
              </w:rPr>
            </w:pPr>
            <w:r w:rsidRPr="00434DA7">
              <w:rPr>
                <w:rFonts w:ascii="Arial" w:hAnsi="Arial" w:cs="Arial"/>
                <w:sz w:val="18"/>
                <w:szCs w:val="18"/>
              </w:rPr>
              <w:t>27</w:t>
            </w:r>
          </w:p>
        </w:tc>
        <w:tc>
          <w:tcPr>
            <w:tcW w:w="745" w:type="dxa"/>
          </w:tcPr>
          <w:p w14:paraId="2000CD57"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59D24584"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72C1BAA8" w14:textId="77777777" w:rsidR="00FF099C" w:rsidRPr="00434DA7" w:rsidRDefault="00FF099C" w:rsidP="00434DA7">
            <w:pPr>
              <w:rPr>
                <w:rFonts w:ascii="Arial" w:hAnsi="Arial" w:cs="Arial"/>
                <w:sz w:val="18"/>
                <w:szCs w:val="18"/>
              </w:rPr>
            </w:pPr>
            <w:r w:rsidRPr="00434DA7">
              <w:rPr>
                <w:rFonts w:ascii="Arial" w:hAnsi="Arial" w:cs="Arial"/>
                <w:sz w:val="18"/>
                <w:szCs w:val="18"/>
              </w:rPr>
              <w:t>Tidak</w:t>
            </w:r>
          </w:p>
        </w:tc>
        <w:tc>
          <w:tcPr>
            <w:tcW w:w="775" w:type="dxa"/>
          </w:tcPr>
          <w:p w14:paraId="0D22B9D8"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08403BDC"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57" w:type="dxa"/>
          </w:tcPr>
          <w:p w14:paraId="234516BA"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2C85B311"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20335052"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r w:rsidR="00FF099C" w:rsidRPr="00434DA7" w14:paraId="4D206DDA" w14:textId="77777777" w:rsidTr="00434DA7">
        <w:tc>
          <w:tcPr>
            <w:tcW w:w="924" w:type="dxa"/>
          </w:tcPr>
          <w:p w14:paraId="0454ACE5" w14:textId="77777777" w:rsidR="00FF099C" w:rsidRPr="00434DA7" w:rsidRDefault="00FF099C" w:rsidP="00434DA7">
            <w:pPr>
              <w:rPr>
                <w:rFonts w:ascii="Arial" w:hAnsi="Arial" w:cs="Arial"/>
                <w:sz w:val="18"/>
                <w:szCs w:val="18"/>
              </w:rPr>
            </w:pPr>
            <w:r w:rsidRPr="00434DA7">
              <w:rPr>
                <w:rFonts w:ascii="Arial" w:hAnsi="Arial" w:cs="Arial"/>
                <w:sz w:val="18"/>
                <w:szCs w:val="18"/>
              </w:rPr>
              <w:t>81</w:t>
            </w:r>
          </w:p>
        </w:tc>
        <w:tc>
          <w:tcPr>
            <w:tcW w:w="763" w:type="dxa"/>
          </w:tcPr>
          <w:p w14:paraId="3F797F2B" w14:textId="77777777" w:rsidR="00FF099C" w:rsidRPr="00434DA7" w:rsidRDefault="00FF099C" w:rsidP="00434DA7">
            <w:pPr>
              <w:rPr>
                <w:rFonts w:ascii="Arial" w:hAnsi="Arial" w:cs="Arial"/>
                <w:sz w:val="18"/>
                <w:szCs w:val="18"/>
              </w:rPr>
            </w:pPr>
            <w:r w:rsidRPr="00434DA7">
              <w:rPr>
                <w:rFonts w:ascii="Arial" w:hAnsi="Arial" w:cs="Arial"/>
                <w:sz w:val="18"/>
                <w:szCs w:val="18"/>
              </w:rPr>
              <w:t>Ny. C3</w:t>
            </w:r>
          </w:p>
        </w:tc>
        <w:tc>
          <w:tcPr>
            <w:tcW w:w="555" w:type="dxa"/>
          </w:tcPr>
          <w:p w14:paraId="33107461" w14:textId="77777777" w:rsidR="00FF099C" w:rsidRPr="00434DA7" w:rsidRDefault="00FF099C" w:rsidP="00434DA7">
            <w:pPr>
              <w:rPr>
                <w:rFonts w:ascii="Arial" w:hAnsi="Arial" w:cs="Arial"/>
                <w:sz w:val="18"/>
                <w:szCs w:val="18"/>
              </w:rPr>
            </w:pPr>
            <w:r w:rsidRPr="00434DA7">
              <w:rPr>
                <w:rFonts w:ascii="Arial" w:hAnsi="Arial" w:cs="Arial"/>
                <w:sz w:val="18"/>
                <w:szCs w:val="18"/>
              </w:rPr>
              <w:t>23</w:t>
            </w:r>
          </w:p>
        </w:tc>
        <w:tc>
          <w:tcPr>
            <w:tcW w:w="745" w:type="dxa"/>
          </w:tcPr>
          <w:p w14:paraId="194D8C53" w14:textId="77777777" w:rsidR="00FF099C" w:rsidRPr="00434DA7" w:rsidRDefault="00FF099C" w:rsidP="00434DA7">
            <w:pPr>
              <w:rPr>
                <w:rFonts w:ascii="Arial" w:hAnsi="Arial" w:cs="Arial"/>
                <w:sz w:val="18"/>
                <w:szCs w:val="18"/>
              </w:rPr>
            </w:pPr>
            <w:r w:rsidRPr="00434DA7">
              <w:rPr>
                <w:rFonts w:ascii="Arial" w:hAnsi="Arial" w:cs="Arial"/>
                <w:sz w:val="18"/>
                <w:szCs w:val="18"/>
              </w:rPr>
              <w:t>SMA</w:t>
            </w:r>
          </w:p>
        </w:tc>
        <w:tc>
          <w:tcPr>
            <w:tcW w:w="851" w:type="dxa"/>
          </w:tcPr>
          <w:p w14:paraId="4F0D12E2" w14:textId="77777777" w:rsidR="00FF099C" w:rsidRPr="00434DA7" w:rsidRDefault="00FF099C" w:rsidP="00434DA7">
            <w:pPr>
              <w:rPr>
                <w:rFonts w:ascii="Arial" w:hAnsi="Arial" w:cs="Arial"/>
                <w:sz w:val="18"/>
                <w:szCs w:val="18"/>
              </w:rPr>
            </w:pPr>
            <w:r w:rsidRPr="00434DA7">
              <w:rPr>
                <w:rFonts w:ascii="Arial" w:hAnsi="Arial" w:cs="Arial"/>
                <w:sz w:val="18"/>
                <w:szCs w:val="18"/>
              </w:rPr>
              <w:t>IRT</w:t>
            </w:r>
          </w:p>
        </w:tc>
        <w:tc>
          <w:tcPr>
            <w:tcW w:w="638" w:type="dxa"/>
          </w:tcPr>
          <w:p w14:paraId="439A53EC"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12926D30"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04" w:type="dxa"/>
          </w:tcPr>
          <w:p w14:paraId="167385D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68E2FDF8"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775" w:type="dxa"/>
          </w:tcPr>
          <w:p w14:paraId="67360402"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1E44B6AB"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r>
      <w:tr w:rsidR="00FF099C" w:rsidRPr="00434DA7" w14:paraId="79F63296" w14:textId="77777777" w:rsidTr="00434DA7">
        <w:tc>
          <w:tcPr>
            <w:tcW w:w="924" w:type="dxa"/>
          </w:tcPr>
          <w:p w14:paraId="702312B8" w14:textId="77777777" w:rsidR="00FF099C" w:rsidRPr="00434DA7" w:rsidRDefault="00FF099C" w:rsidP="00434DA7">
            <w:pPr>
              <w:rPr>
                <w:rFonts w:ascii="Arial" w:hAnsi="Arial" w:cs="Arial"/>
                <w:sz w:val="18"/>
                <w:szCs w:val="18"/>
              </w:rPr>
            </w:pPr>
            <w:r w:rsidRPr="00434DA7">
              <w:rPr>
                <w:rFonts w:ascii="Arial" w:hAnsi="Arial" w:cs="Arial"/>
                <w:sz w:val="18"/>
                <w:szCs w:val="18"/>
              </w:rPr>
              <w:t>82</w:t>
            </w:r>
          </w:p>
        </w:tc>
        <w:tc>
          <w:tcPr>
            <w:tcW w:w="763" w:type="dxa"/>
          </w:tcPr>
          <w:p w14:paraId="0C920479" w14:textId="77777777" w:rsidR="00FF099C" w:rsidRPr="00434DA7" w:rsidRDefault="00FF099C" w:rsidP="00434DA7">
            <w:pPr>
              <w:rPr>
                <w:rFonts w:ascii="Arial" w:hAnsi="Arial" w:cs="Arial"/>
                <w:sz w:val="18"/>
                <w:szCs w:val="18"/>
              </w:rPr>
            </w:pPr>
            <w:r w:rsidRPr="00434DA7">
              <w:rPr>
                <w:rFonts w:ascii="Arial" w:hAnsi="Arial" w:cs="Arial"/>
                <w:sz w:val="18"/>
                <w:szCs w:val="18"/>
              </w:rPr>
              <w:t>Ny. D3</w:t>
            </w:r>
          </w:p>
        </w:tc>
        <w:tc>
          <w:tcPr>
            <w:tcW w:w="555" w:type="dxa"/>
          </w:tcPr>
          <w:p w14:paraId="58C25186" w14:textId="77777777" w:rsidR="00FF099C" w:rsidRPr="00434DA7" w:rsidRDefault="00FF099C" w:rsidP="00434DA7">
            <w:pPr>
              <w:rPr>
                <w:rFonts w:ascii="Arial" w:hAnsi="Arial" w:cs="Arial"/>
                <w:sz w:val="18"/>
                <w:szCs w:val="18"/>
              </w:rPr>
            </w:pPr>
            <w:r w:rsidRPr="00434DA7">
              <w:rPr>
                <w:rFonts w:ascii="Arial" w:hAnsi="Arial" w:cs="Arial"/>
                <w:sz w:val="18"/>
                <w:szCs w:val="18"/>
              </w:rPr>
              <w:t>30</w:t>
            </w:r>
          </w:p>
        </w:tc>
        <w:tc>
          <w:tcPr>
            <w:tcW w:w="745" w:type="dxa"/>
          </w:tcPr>
          <w:p w14:paraId="31BE6B08" w14:textId="77777777" w:rsidR="00FF099C" w:rsidRPr="00434DA7" w:rsidRDefault="00FF099C" w:rsidP="00434DA7">
            <w:pPr>
              <w:rPr>
                <w:rFonts w:ascii="Arial" w:hAnsi="Arial" w:cs="Arial"/>
                <w:sz w:val="18"/>
                <w:szCs w:val="18"/>
              </w:rPr>
            </w:pPr>
            <w:r w:rsidRPr="00434DA7">
              <w:rPr>
                <w:rFonts w:ascii="Arial" w:hAnsi="Arial" w:cs="Arial"/>
                <w:sz w:val="18"/>
                <w:szCs w:val="18"/>
              </w:rPr>
              <w:t>Perguruan Tinggi</w:t>
            </w:r>
          </w:p>
        </w:tc>
        <w:tc>
          <w:tcPr>
            <w:tcW w:w="851" w:type="dxa"/>
          </w:tcPr>
          <w:p w14:paraId="711CD437" w14:textId="77777777" w:rsidR="00FF099C" w:rsidRPr="00434DA7" w:rsidRDefault="00FF099C" w:rsidP="00434DA7">
            <w:pPr>
              <w:rPr>
                <w:rFonts w:ascii="Arial" w:hAnsi="Arial" w:cs="Arial"/>
                <w:sz w:val="18"/>
                <w:szCs w:val="18"/>
              </w:rPr>
            </w:pPr>
            <w:r w:rsidRPr="00434DA7">
              <w:rPr>
                <w:rFonts w:ascii="Arial" w:hAnsi="Arial" w:cs="Arial"/>
                <w:sz w:val="18"/>
                <w:szCs w:val="18"/>
              </w:rPr>
              <w:t>Swasta</w:t>
            </w:r>
          </w:p>
        </w:tc>
        <w:tc>
          <w:tcPr>
            <w:tcW w:w="638" w:type="dxa"/>
          </w:tcPr>
          <w:p w14:paraId="7A0638AA" w14:textId="77777777" w:rsidR="00FF099C" w:rsidRPr="00434DA7" w:rsidRDefault="00FF099C" w:rsidP="00434DA7">
            <w:pPr>
              <w:rPr>
                <w:rFonts w:ascii="Arial" w:hAnsi="Arial" w:cs="Arial"/>
                <w:sz w:val="18"/>
                <w:szCs w:val="18"/>
              </w:rPr>
            </w:pPr>
            <w:r w:rsidRPr="00434DA7">
              <w:rPr>
                <w:rFonts w:ascii="Arial" w:hAnsi="Arial" w:cs="Arial"/>
                <w:sz w:val="18"/>
                <w:szCs w:val="18"/>
              </w:rPr>
              <w:t>Ya</w:t>
            </w:r>
          </w:p>
        </w:tc>
        <w:tc>
          <w:tcPr>
            <w:tcW w:w="775" w:type="dxa"/>
          </w:tcPr>
          <w:p w14:paraId="5BB8C72B"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804" w:type="dxa"/>
          </w:tcPr>
          <w:p w14:paraId="5ABDAEBC"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57" w:type="dxa"/>
          </w:tcPr>
          <w:p w14:paraId="39E554A3"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c>
          <w:tcPr>
            <w:tcW w:w="775" w:type="dxa"/>
          </w:tcPr>
          <w:p w14:paraId="2DECD219" w14:textId="77777777" w:rsidR="00FF099C" w:rsidRPr="00434DA7" w:rsidRDefault="00FF099C" w:rsidP="00434DA7">
            <w:pPr>
              <w:rPr>
                <w:rFonts w:ascii="Arial" w:hAnsi="Arial" w:cs="Arial"/>
                <w:sz w:val="18"/>
                <w:szCs w:val="18"/>
              </w:rPr>
            </w:pPr>
            <w:r w:rsidRPr="00434DA7">
              <w:rPr>
                <w:rFonts w:ascii="Arial" w:hAnsi="Arial" w:cs="Arial"/>
                <w:sz w:val="18"/>
                <w:szCs w:val="18"/>
              </w:rPr>
              <w:t>Mendukung</w:t>
            </w:r>
          </w:p>
        </w:tc>
        <w:tc>
          <w:tcPr>
            <w:tcW w:w="816" w:type="dxa"/>
          </w:tcPr>
          <w:p w14:paraId="7144DD99" w14:textId="77777777" w:rsidR="00FF099C" w:rsidRPr="00434DA7" w:rsidRDefault="00FF099C" w:rsidP="00434DA7">
            <w:pPr>
              <w:rPr>
                <w:rFonts w:ascii="Arial" w:hAnsi="Arial" w:cs="Arial"/>
                <w:sz w:val="18"/>
                <w:szCs w:val="18"/>
              </w:rPr>
            </w:pPr>
            <w:r w:rsidRPr="00434DA7">
              <w:rPr>
                <w:rFonts w:ascii="Arial" w:hAnsi="Arial" w:cs="Arial"/>
                <w:sz w:val="18"/>
                <w:szCs w:val="18"/>
              </w:rPr>
              <w:t>Tidak mendukung</w:t>
            </w:r>
          </w:p>
        </w:tc>
      </w:tr>
    </w:tbl>
    <w:p w14:paraId="74FF9601" w14:textId="77777777" w:rsidR="00FF099C" w:rsidRDefault="00FF099C" w:rsidP="00FF099C"/>
    <w:p w14:paraId="587708B8" w14:textId="4B8D813F" w:rsidR="00FF099C" w:rsidRDefault="00FF099C" w:rsidP="00145753">
      <w:pPr>
        <w:tabs>
          <w:tab w:val="left" w:pos="877"/>
        </w:tabs>
        <w:rPr>
          <w:rFonts w:ascii="Arial" w:hAnsi="Arial" w:cs="Arial"/>
          <w:b/>
          <w:bCs/>
        </w:rPr>
      </w:pPr>
    </w:p>
    <w:p w14:paraId="0EA4372A" w14:textId="4CE5019A" w:rsidR="00434DA7" w:rsidRDefault="00434DA7" w:rsidP="00145753">
      <w:pPr>
        <w:tabs>
          <w:tab w:val="left" w:pos="877"/>
        </w:tabs>
        <w:rPr>
          <w:rFonts w:ascii="Arial" w:hAnsi="Arial" w:cs="Arial"/>
          <w:b/>
          <w:bCs/>
        </w:rPr>
      </w:pPr>
    </w:p>
    <w:p w14:paraId="087B4565" w14:textId="7C21DC00" w:rsidR="00434DA7" w:rsidRDefault="00434DA7" w:rsidP="00145753">
      <w:pPr>
        <w:tabs>
          <w:tab w:val="left" w:pos="877"/>
        </w:tabs>
        <w:rPr>
          <w:rFonts w:ascii="Arial" w:hAnsi="Arial" w:cs="Arial"/>
          <w:b/>
          <w:bCs/>
        </w:rPr>
      </w:pPr>
    </w:p>
    <w:p w14:paraId="3A01E190" w14:textId="75372B00" w:rsidR="00434DA7" w:rsidRDefault="00434DA7" w:rsidP="00145753">
      <w:pPr>
        <w:tabs>
          <w:tab w:val="left" w:pos="877"/>
        </w:tabs>
        <w:rPr>
          <w:rFonts w:ascii="Arial" w:hAnsi="Arial" w:cs="Arial"/>
          <w:b/>
          <w:bCs/>
        </w:rPr>
      </w:pPr>
    </w:p>
    <w:p w14:paraId="0FD5064D" w14:textId="7A5F6EBE" w:rsidR="00434DA7" w:rsidRDefault="00434DA7" w:rsidP="00145753">
      <w:pPr>
        <w:tabs>
          <w:tab w:val="left" w:pos="877"/>
        </w:tabs>
        <w:rPr>
          <w:rFonts w:ascii="Arial" w:hAnsi="Arial" w:cs="Arial"/>
          <w:b/>
          <w:bCs/>
        </w:rPr>
      </w:pPr>
    </w:p>
    <w:p w14:paraId="01DFB2D0" w14:textId="1E617772" w:rsidR="004C6F88" w:rsidRDefault="006F1B05" w:rsidP="004C6F88">
      <w:pPr>
        <w:tabs>
          <w:tab w:val="left" w:pos="877"/>
        </w:tabs>
        <w:rPr>
          <w:rFonts w:ascii="Arial" w:hAnsi="Arial" w:cs="Arial"/>
          <w:b/>
          <w:bCs/>
          <w:lang w:val="en-US"/>
        </w:rPr>
      </w:pPr>
      <w:r>
        <w:rPr>
          <w:rFonts w:ascii="Arial" w:hAnsi="Arial" w:cs="Arial"/>
          <w:b/>
          <w:bCs/>
          <w:lang w:val="en-US"/>
        </w:rPr>
        <w:lastRenderedPageBreak/>
        <w:t>Lampiran 5.  Dokumentasi</w:t>
      </w:r>
    </w:p>
    <w:p w14:paraId="1C30011F" w14:textId="77777777" w:rsidR="006F1B05" w:rsidRDefault="006F1B05" w:rsidP="004C6F88">
      <w:pPr>
        <w:tabs>
          <w:tab w:val="left" w:pos="877"/>
        </w:tabs>
        <w:rPr>
          <w:rFonts w:ascii="Arial" w:hAnsi="Arial" w:cs="Arial"/>
          <w:b/>
          <w:bCs/>
          <w:lang w:val="en-US"/>
        </w:rPr>
      </w:pPr>
    </w:p>
    <w:p w14:paraId="3CF703F5" w14:textId="1C463297" w:rsidR="006F1B05" w:rsidRDefault="006F1B05" w:rsidP="004C6F88">
      <w:pPr>
        <w:tabs>
          <w:tab w:val="left" w:pos="877"/>
        </w:tabs>
        <w:rPr>
          <w:rFonts w:ascii="Arial" w:hAnsi="Arial" w:cs="Arial"/>
          <w:b/>
          <w:bCs/>
          <w:lang w:val="en-US"/>
        </w:rPr>
      </w:pPr>
      <w:r>
        <w:rPr>
          <w:rFonts w:ascii="Arial" w:hAnsi="Arial" w:cs="Arial"/>
          <w:b/>
          <w:bCs/>
          <w:noProof/>
          <w:lang w:val="en-US"/>
        </w:rPr>
        <w:drawing>
          <wp:inline distT="0" distB="0" distL="0" distR="0" wp14:anchorId="4C0F999B" wp14:editId="122E8999">
            <wp:extent cx="5539105" cy="3621055"/>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47">
                      <a:extLst>
                        <a:ext uri="{28A0092B-C50C-407E-A947-70E740481C1C}">
                          <a14:useLocalDpi xmlns:a14="http://schemas.microsoft.com/office/drawing/2010/main" val="0"/>
                        </a:ext>
                      </a:extLst>
                    </a:blip>
                    <a:stretch>
                      <a:fillRect/>
                    </a:stretch>
                  </pic:blipFill>
                  <pic:spPr>
                    <a:xfrm>
                      <a:off x="0" y="0"/>
                      <a:ext cx="5556341" cy="3632323"/>
                    </a:xfrm>
                    <a:prstGeom prst="rect">
                      <a:avLst/>
                    </a:prstGeom>
                  </pic:spPr>
                </pic:pic>
              </a:graphicData>
            </a:graphic>
          </wp:inline>
        </w:drawing>
      </w:r>
    </w:p>
    <w:p w14:paraId="6A7062DC" w14:textId="58EF583B" w:rsidR="006F1B05" w:rsidRDefault="006F1B05" w:rsidP="004C6F88">
      <w:pPr>
        <w:tabs>
          <w:tab w:val="left" w:pos="877"/>
        </w:tabs>
        <w:rPr>
          <w:rFonts w:ascii="Arial" w:hAnsi="Arial" w:cs="Arial"/>
          <w:b/>
          <w:bCs/>
          <w:lang w:val="en-US"/>
        </w:rPr>
      </w:pPr>
      <w:r>
        <w:rPr>
          <w:rFonts w:ascii="Arial" w:hAnsi="Arial" w:cs="Arial"/>
          <w:b/>
          <w:bCs/>
          <w:noProof/>
          <w:lang w:val="en-US"/>
        </w:rPr>
        <w:drawing>
          <wp:inline distT="0" distB="0" distL="0" distR="0" wp14:anchorId="7118A719" wp14:editId="361059FD">
            <wp:extent cx="5574665" cy="3674218"/>
            <wp:effectExtent l="0" t="0" r="6985"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48">
                      <a:extLst>
                        <a:ext uri="{28A0092B-C50C-407E-A947-70E740481C1C}">
                          <a14:useLocalDpi xmlns:a14="http://schemas.microsoft.com/office/drawing/2010/main" val="0"/>
                        </a:ext>
                      </a:extLst>
                    </a:blip>
                    <a:stretch>
                      <a:fillRect/>
                    </a:stretch>
                  </pic:blipFill>
                  <pic:spPr>
                    <a:xfrm>
                      <a:off x="0" y="0"/>
                      <a:ext cx="5661168" cy="3731232"/>
                    </a:xfrm>
                    <a:prstGeom prst="rect">
                      <a:avLst/>
                    </a:prstGeom>
                  </pic:spPr>
                </pic:pic>
              </a:graphicData>
            </a:graphic>
          </wp:inline>
        </w:drawing>
      </w:r>
    </w:p>
    <w:p w14:paraId="523AD06C" w14:textId="10462F6D" w:rsidR="006F1B05" w:rsidRDefault="006F1B05" w:rsidP="004C6F88">
      <w:pPr>
        <w:tabs>
          <w:tab w:val="left" w:pos="877"/>
        </w:tabs>
        <w:rPr>
          <w:rFonts w:ascii="Arial" w:hAnsi="Arial" w:cs="Arial"/>
          <w:b/>
          <w:bCs/>
          <w:lang w:val="en-US"/>
        </w:rPr>
      </w:pPr>
    </w:p>
    <w:p w14:paraId="65154CC4" w14:textId="7D2EE9B8" w:rsidR="006F1B05" w:rsidRDefault="006F1B05" w:rsidP="004C6F88">
      <w:pPr>
        <w:tabs>
          <w:tab w:val="left" w:pos="877"/>
        </w:tabs>
        <w:rPr>
          <w:rFonts w:ascii="Arial" w:hAnsi="Arial" w:cs="Arial"/>
          <w:b/>
          <w:bCs/>
          <w:lang w:val="en-US"/>
        </w:rPr>
      </w:pPr>
    </w:p>
    <w:p w14:paraId="0BC934FA" w14:textId="41021B7C" w:rsidR="006F1B05" w:rsidRDefault="006F1B05" w:rsidP="004C6F88">
      <w:pPr>
        <w:tabs>
          <w:tab w:val="left" w:pos="877"/>
        </w:tabs>
        <w:rPr>
          <w:rFonts w:ascii="Arial" w:hAnsi="Arial" w:cs="Arial"/>
          <w:b/>
          <w:bCs/>
          <w:lang w:val="en-US"/>
        </w:rPr>
      </w:pPr>
    </w:p>
    <w:p w14:paraId="08E53486" w14:textId="5C1CAF4D" w:rsidR="006F1B05" w:rsidRDefault="006F1B05" w:rsidP="004C6F88">
      <w:pPr>
        <w:tabs>
          <w:tab w:val="left" w:pos="877"/>
        </w:tabs>
        <w:rPr>
          <w:rFonts w:ascii="Arial" w:hAnsi="Arial" w:cs="Arial"/>
          <w:b/>
          <w:bCs/>
          <w:lang w:val="en-US"/>
        </w:rPr>
      </w:pPr>
    </w:p>
    <w:p w14:paraId="44E0606D" w14:textId="1BF526F7" w:rsidR="006F1B05" w:rsidRDefault="006F1B05" w:rsidP="004C6F88">
      <w:pPr>
        <w:tabs>
          <w:tab w:val="left" w:pos="877"/>
        </w:tabs>
        <w:rPr>
          <w:rFonts w:ascii="Arial" w:hAnsi="Arial" w:cs="Arial"/>
          <w:b/>
          <w:bCs/>
          <w:lang w:val="en-US"/>
        </w:rPr>
      </w:pPr>
    </w:p>
    <w:p w14:paraId="26387C4A" w14:textId="14292D21" w:rsidR="006F1B05" w:rsidRDefault="006F1B05" w:rsidP="006F1B05">
      <w:pPr>
        <w:tabs>
          <w:tab w:val="left" w:pos="2700"/>
        </w:tabs>
        <w:rPr>
          <w:rFonts w:ascii="Arial" w:hAnsi="Arial" w:cs="Arial"/>
          <w:b/>
          <w:bCs/>
          <w:lang w:val="en-US"/>
        </w:rPr>
      </w:pPr>
      <w:r>
        <w:rPr>
          <w:rFonts w:ascii="Arial" w:hAnsi="Arial" w:cs="Arial"/>
          <w:lang w:val="en-US"/>
        </w:rPr>
        <w:lastRenderedPageBreak/>
        <w:tab/>
      </w:r>
      <w:r>
        <w:rPr>
          <w:rFonts w:ascii="Arial" w:hAnsi="Arial" w:cs="Arial"/>
          <w:b/>
          <w:bCs/>
          <w:noProof/>
          <w:lang w:val="en-US"/>
        </w:rPr>
        <w:drawing>
          <wp:inline distT="0" distB="0" distL="0" distR="0" wp14:anchorId="38F2D9A0" wp14:editId="29FAF77C">
            <wp:extent cx="5042535" cy="6723380"/>
            <wp:effectExtent l="0" t="0" r="5715"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49">
                      <a:extLst>
                        <a:ext uri="{28A0092B-C50C-407E-A947-70E740481C1C}">
                          <a14:useLocalDpi xmlns:a14="http://schemas.microsoft.com/office/drawing/2010/main" val="0"/>
                        </a:ext>
                      </a:extLst>
                    </a:blip>
                    <a:stretch>
                      <a:fillRect/>
                    </a:stretch>
                  </pic:blipFill>
                  <pic:spPr>
                    <a:xfrm>
                      <a:off x="0" y="0"/>
                      <a:ext cx="5042535" cy="6723380"/>
                    </a:xfrm>
                    <a:prstGeom prst="rect">
                      <a:avLst/>
                    </a:prstGeom>
                  </pic:spPr>
                </pic:pic>
              </a:graphicData>
            </a:graphic>
          </wp:inline>
        </w:drawing>
      </w:r>
    </w:p>
    <w:p w14:paraId="378480DA" w14:textId="26A4D4E5" w:rsidR="006F1B05" w:rsidRPr="004C6F88" w:rsidRDefault="006F1B05" w:rsidP="004C6F88">
      <w:pPr>
        <w:tabs>
          <w:tab w:val="left" w:pos="877"/>
        </w:tabs>
        <w:rPr>
          <w:rFonts w:ascii="Arial" w:hAnsi="Arial" w:cs="Arial"/>
          <w:b/>
          <w:bCs/>
          <w:lang w:val="en-US"/>
        </w:rPr>
      </w:pPr>
      <w:r>
        <w:rPr>
          <w:rFonts w:ascii="Arial" w:hAnsi="Arial" w:cs="Arial"/>
          <w:b/>
          <w:bCs/>
          <w:noProof/>
          <w:lang w:val="en-US"/>
        </w:rPr>
        <w:lastRenderedPageBreak/>
        <w:drawing>
          <wp:inline distT="0" distB="0" distL="0" distR="0" wp14:anchorId="1C881243" wp14:editId="3005036A">
            <wp:extent cx="5042535" cy="6723380"/>
            <wp:effectExtent l="0" t="0" r="5715"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50">
                      <a:extLst>
                        <a:ext uri="{28A0092B-C50C-407E-A947-70E740481C1C}">
                          <a14:useLocalDpi xmlns:a14="http://schemas.microsoft.com/office/drawing/2010/main" val="0"/>
                        </a:ext>
                      </a:extLst>
                    </a:blip>
                    <a:stretch>
                      <a:fillRect/>
                    </a:stretch>
                  </pic:blipFill>
                  <pic:spPr>
                    <a:xfrm>
                      <a:off x="0" y="0"/>
                      <a:ext cx="5042535" cy="6723380"/>
                    </a:xfrm>
                    <a:prstGeom prst="rect">
                      <a:avLst/>
                    </a:prstGeom>
                  </pic:spPr>
                </pic:pic>
              </a:graphicData>
            </a:graphic>
          </wp:inline>
        </w:drawing>
      </w:r>
    </w:p>
    <w:sectPr w:rsidR="006F1B05" w:rsidRPr="004C6F88" w:rsidSect="00DA1E95">
      <w:headerReference w:type="default" r:id="rId51"/>
      <w:pgSz w:w="11910" w:h="16840"/>
      <w:pgMar w:top="1701" w:right="1701" w:bottom="1701" w:left="2268" w:header="0" w:footer="0" w:gutter="0"/>
      <w:pgNumType w:start="4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BD1BD" w14:textId="77777777" w:rsidR="0092703F" w:rsidRDefault="0092703F">
      <w:r>
        <w:separator/>
      </w:r>
    </w:p>
  </w:endnote>
  <w:endnote w:type="continuationSeparator" w:id="0">
    <w:p w14:paraId="0450D4DC" w14:textId="77777777" w:rsidR="0092703F" w:rsidRDefault="00927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Courier">
    <w:panose1 w:val="020704090202050204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5054219"/>
      <w:docPartObj>
        <w:docPartGallery w:val="Page Numbers (Bottom of Page)"/>
        <w:docPartUnique/>
      </w:docPartObj>
    </w:sdtPr>
    <w:sdtEndPr>
      <w:rPr>
        <w:noProof/>
      </w:rPr>
    </w:sdtEndPr>
    <w:sdtContent>
      <w:p w14:paraId="7ACA368F" w14:textId="686BF45F" w:rsidR="001E691C" w:rsidRDefault="001E691C">
        <w:pPr>
          <w:pStyle w:val="BodyText"/>
          <w:jc w:val="center"/>
        </w:pPr>
        <w:r>
          <w:fldChar w:fldCharType="begin"/>
        </w:r>
        <w:r>
          <w:instrText xml:space="preserve"> PAGE   \* MERGEFORMAT </w:instrText>
        </w:r>
        <w:r>
          <w:fldChar w:fldCharType="separate"/>
        </w:r>
        <w:r>
          <w:rPr>
            <w:noProof/>
          </w:rPr>
          <w:t>2</w:t>
        </w:r>
        <w:r>
          <w:rPr>
            <w:noProof/>
          </w:rPr>
          <w:fldChar w:fldCharType="end"/>
        </w:r>
      </w:p>
    </w:sdtContent>
  </w:sdt>
  <w:p w14:paraId="7D274B60" w14:textId="77777777" w:rsidR="001E691C" w:rsidRDefault="001E691C">
    <w:pPr>
      <w:pStyle w:val="Body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7033771"/>
      <w:docPartObj>
        <w:docPartGallery w:val="Page Numbers (Bottom of Page)"/>
        <w:docPartUnique/>
      </w:docPartObj>
    </w:sdtPr>
    <w:sdtEndPr>
      <w:rPr>
        <w:noProof/>
      </w:rPr>
    </w:sdtEndPr>
    <w:sdtContent>
      <w:p w14:paraId="1DDF4201" w14:textId="058DE30E" w:rsidR="001E691C" w:rsidRDefault="001E691C">
        <w:pPr>
          <w:pStyle w:val="BodyText"/>
          <w:jc w:val="center"/>
        </w:pPr>
        <w:r>
          <w:fldChar w:fldCharType="begin"/>
        </w:r>
        <w:r>
          <w:instrText xml:space="preserve"> PAGE   \* MERGEFORMAT </w:instrText>
        </w:r>
        <w:r>
          <w:fldChar w:fldCharType="separate"/>
        </w:r>
        <w:r>
          <w:rPr>
            <w:noProof/>
          </w:rPr>
          <w:t>2</w:t>
        </w:r>
        <w:r>
          <w:rPr>
            <w:noProof/>
          </w:rPr>
          <w:fldChar w:fldCharType="end"/>
        </w:r>
      </w:p>
    </w:sdtContent>
  </w:sdt>
  <w:p w14:paraId="34D02D81" w14:textId="77777777" w:rsidR="001E691C" w:rsidRDefault="001E691C">
    <w:pPr>
      <w:pStyle w:val="BodyTex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325423"/>
      <w:docPartObj>
        <w:docPartGallery w:val="Page Numbers (Bottom of Page)"/>
        <w:docPartUnique/>
      </w:docPartObj>
    </w:sdtPr>
    <w:sdtEndPr>
      <w:rPr>
        <w:noProof/>
      </w:rPr>
    </w:sdtEndPr>
    <w:sdtContent>
      <w:p w14:paraId="2A7C630C" w14:textId="77777777" w:rsidR="001E691C" w:rsidRDefault="001E691C">
        <w:pPr>
          <w:pStyle w:val="BodyText"/>
          <w:jc w:val="center"/>
        </w:pPr>
        <w:r>
          <w:fldChar w:fldCharType="begin"/>
        </w:r>
        <w:r>
          <w:instrText xml:space="preserve"> PAGE   \* MERGEFORMAT </w:instrText>
        </w:r>
        <w:r>
          <w:fldChar w:fldCharType="separate"/>
        </w:r>
        <w:r>
          <w:rPr>
            <w:noProof/>
          </w:rPr>
          <w:t>2</w:t>
        </w:r>
        <w:r>
          <w:rPr>
            <w:noProof/>
          </w:rPr>
          <w:fldChar w:fldCharType="end"/>
        </w:r>
      </w:p>
    </w:sdtContent>
  </w:sdt>
  <w:p w14:paraId="00F0878C" w14:textId="77777777" w:rsidR="001E691C" w:rsidRDefault="001E691C">
    <w:pPr>
      <w:pStyle w:val="BodyTex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E79C3" w14:textId="30A59C28" w:rsidR="001E691C" w:rsidRDefault="00D53148" w:rsidP="00D53148">
    <w:pPr>
      <w:pStyle w:val="BodyText"/>
      <w:jc w:val="center"/>
    </w:pPr>
    <w:r>
      <w:rPr>
        <w:lang w:val="en-US"/>
      </w:rPr>
      <w:t>xi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64E23" w14:textId="5C6488DD" w:rsidR="001E691C" w:rsidRPr="00D53148" w:rsidRDefault="00D53148" w:rsidP="001E691C">
    <w:pPr>
      <w:pStyle w:val="BodyText"/>
      <w:jc w:val="center"/>
      <w:rPr>
        <w:lang w:val="en-US"/>
      </w:rPr>
    </w:pPr>
    <w:r>
      <w:rPr>
        <w:lang w:val="en-US"/>
      </w:rPr>
      <w:t>xii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4229352"/>
      <w:docPartObj>
        <w:docPartGallery w:val="Page Numbers (Bottom of Page)"/>
        <w:docPartUnique/>
      </w:docPartObj>
    </w:sdtPr>
    <w:sdtEndPr>
      <w:rPr>
        <w:noProof/>
      </w:rPr>
    </w:sdtEndPr>
    <w:sdtContent>
      <w:p w14:paraId="56884DF3" w14:textId="257B9B4E" w:rsidR="001E691C" w:rsidRDefault="001E691C">
        <w:pPr>
          <w:pStyle w:val="BodyText"/>
          <w:jc w:val="center"/>
        </w:pPr>
        <w:r>
          <w:fldChar w:fldCharType="begin"/>
        </w:r>
        <w:r>
          <w:instrText xml:space="preserve"> PAGE   \* MERGEFORMAT </w:instrText>
        </w:r>
        <w:r>
          <w:fldChar w:fldCharType="separate"/>
        </w:r>
        <w:r>
          <w:rPr>
            <w:noProof/>
          </w:rPr>
          <w:t>2</w:t>
        </w:r>
        <w:r>
          <w:rPr>
            <w:noProof/>
          </w:rPr>
          <w:fldChar w:fldCharType="end"/>
        </w:r>
      </w:p>
    </w:sdtContent>
  </w:sdt>
  <w:p w14:paraId="654C0C2D" w14:textId="3340C312" w:rsidR="001E691C" w:rsidRDefault="001E691C" w:rsidP="001E691C">
    <w:pPr>
      <w:pStyle w:val="BodyText"/>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22207F" w14:textId="138C93CA" w:rsidR="001E691C" w:rsidRDefault="001E691C">
    <w:pPr>
      <w:pStyle w:val="BodyText"/>
      <w:jc w:val="center"/>
    </w:pPr>
  </w:p>
  <w:p w14:paraId="5A4569B3" w14:textId="77777777" w:rsidR="001E691C" w:rsidRDefault="001E691C" w:rsidP="001E691C">
    <w:pPr>
      <w:pStyle w:val="BodyText"/>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9C644" w14:textId="100846C0" w:rsidR="00D406F7" w:rsidRDefault="00D406F7" w:rsidP="00D406F7">
    <w:pPr>
      <w:pStyle w:val="BodyText"/>
    </w:pPr>
    <w:r>
      <w:rPr>
        <w:noProof/>
      </w:rPr>
      <mc:AlternateContent>
        <mc:Choice Requires="wps">
          <w:drawing>
            <wp:anchor distT="0" distB="0" distL="114300" distR="114300" simplePos="0" relativeHeight="251661312" behindDoc="0" locked="0" layoutInCell="1" allowOverlap="1" wp14:anchorId="288EE667" wp14:editId="3E05E0E1">
              <wp:simplePos x="0" y="0"/>
              <wp:positionH relativeFrom="column">
                <wp:posOffset>2312013</wp:posOffset>
              </wp:positionH>
              <wp:positionV relativeFrom="paragraph">
                <wp:posOffset>-534407</wp:posOffset>
              </wp:positionV>
              <wp:extent cx="378373" cy="441434"/>
              <wp:effectExtent l="0" t="0" r="0" b="0"/>
              <wp:wrapNone/>
              <wp:docPr id="1508670617" name="Rectangle 35"/>
              <wp:cNvGraphicFramePr/>
              <a:graphic xmlns:a="http://schemas.openxmlformats.org/drawingml/2006/main">
                <a:graphicData uri="http://schemas.microsoft.com/office/word/2010/wordprocessingShape">
                  <wps:wsp>
                    <wps:cNvSpPr/>
                    <wps:spPr>
                      <a:xfrm>
                        <a:off x="0" y="0"/>
                        <a:ext cx="378373" cy="441434"/>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E47B36" w14:textId="602F4020" w:rsidR="00D406F7" w:rsidRPr="00D406F7" w:rsidRDefault="00D406F7" w:rsidP="00D406F7">
                          <w:pPr>
                            <w:jc w:val="center"/>
                            <w:rPr>
                              <w:color w:val="000000" w:themeColor="text1"/>
                            </w:rPr>
                          </w:pPr>
                          <w:r w:rsidRPr="00D406F7">
                            <w:rPr>
                              <w:color w:val="000000" w:themeColor="text1"/>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8EE667" id="Rectangle 35" o:spid="_x0000_s1038" style="position:absolute;margin-left:182.05pt;margin-top:-42.1pt;width:29.8pt;height:34.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" filled="f" stroked="f" strokeweight="2pt">
              <v:textbox>
                <w:txbxContent>
                  <w:p w14:paraId="4CE47B36" w14:textId="602F4020" w:rsidR="00D406F7" w:rsidRPr="00D406F7" w:rsidRDefault="00D406F7" w:rsidP="00D406F7">
                    <w:pPr>
                      <w:jc w:val="center"/>
                      <w:rPr>
                        <w:color w:val="000000" w:themeColor="text1"/>
                      </w:rPr>
                    </w:pPr>
                    <w:r w:rsidRPr="00D406F7">
                      <w:rPr>
                        <w:color w:val="000000" w:themeColor="text1"/>
                      </w:rPr>
                      <w:t>8</w:t>
                    </w:r>
                  </w:p>
                </w:txbxContent>
              </v:textbox>
            </v:rect>
          </w:pict>
        </mc:Fallback>
      </mc:AlternateContent>
    </w:r>
  </w:p>
  <w:p w14:paraId="5A71077C" w14:textId="77777777" w:rsidR="001E691C" w:rsidRDefault="001E691C" w:rsidP="001E691C">
    <w:pPr>
      <w:pStyle w:val="BodyText"/>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E5179" w14:textId="77777777" w:rsidR="001E691C" w:rsidRDefault="001E691C" w:rsidP="001E691C">
    <w:pPr>
      <w:pStyle w:val="BodyText"/>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C4269" w14:textId="737EB3CC" w:rsidR="00365C4A" w:rsidRPr="002B02C0" w:rsidRDefault="002B02C0" w:rsidP="001E691C">
    <w:pPr>
      <w:pStyle w:val="BodyText"/>
      <w:jc w:val="center"/>
      <w:rPr>
        <w:lang w:val="en-US"/>
      </w:rPr>
    </w:pPr>
    <w:r>
      <w:rPr>
        <w:lang w:val="en-US"/>
      </w:rPr>
      <w:t>19</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15753" w14:textId="15FFF0D5" w:rsidR="00D23F71" w:rsidRPr="00D23F71" w:rsidRDefault="00D23F71" w:rsidP="00D23F7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3129121"/>
      <w:docPartObj>
        <w:docPartGallery w:val="Page Numbers (Bottom of Page)"/>
        <w:docPartUnique/>
      </w:docPartObj>
    </w:sdtPr>
    <w:sdtEndPr>
      <w:rPr>
        <w:noProof/>
      </w:rPr>
    </w:sdtEndPr>
    <w:sdtContent>
      <w:p w14:paraId="6893F7A2" w14:textId="204A402D" w:rsidR="00DA1E95" w:rsidRDefault="00DA1E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A76F0B" w14:textId="2E5BB145" w:rsidR="00D15365" w:rsidRPr="00D15365" w:rsidRDefault="00D15365" w:rsidP="00D15365">
    <w:pPr>
      <w:pStyle w:val="BodyTex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92076" w14:textId="0350B202" w:rsidR="00DA1E95" w:rsidRDefault="00DA1E95">
    <w:pPr>
      <w:pStyle w:val="Footer"/>
      <w:jc w:val="center"/>
    </w:pPr>
  </w:p>
  <w:p w14:paraId="07AF385F" w14:textId="77777777" w:rsidR="00DA1E95" w:rsidRPr="00D15365" w:rsidRDefault="00DA1E95" w:rsidP="00D15365">
    <w:pPr>
      <w:pStyle w:val="BodyTex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018182"/>
      <w:docPartObj>
        <w:docPartGallery w:val="Page Numbers (Bottom of Page)"/>
        <w:docPartUnique/>
      </w:docPartObj>
    </w:sdtPr>
    <w:sdtEndPr>
      <w:rPr>
        <w:noProof/>
      </w:rPr>
    </w:sdtEndPr>
    <w:sdtContent>
      <w:p w14:paraId="4E233331" w14:textId="54BD753B" w:rsidR="00DA1E95" w:rsidRDefault="00DA1E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4E117C2" w14:textId="77777777" w:rsidR="00BB05DB" w:rsidRPr="00365C4A" w:rsidRDefault="00BB05DB" w:rsidP="00365C4A">
    <w:pPr>
      <w:pStyle w:val="BodyTex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F1A3B" w14:textId="3E2714B0" w:rsidR="00DA1E95" w:rsidRDefault="00DA1E95">
    <w:pPr>
      <w:pStyle w:val="Footer"/>
      <w:jc w:val="center"/>
    </w:pPr>
  </w:p>
  <w:p w14:paraId="320E0E85" w14:textId="77777777" w:rsidR="00DA1E95" w:rsidRPr="00365C4A" w:rsidRDefault="00DA1E95" w:rsidP="00365C4A">
    <w:pPr>
      <w:pStyle w:val="BodyTex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13369D" w14:textId="77777777" w:rsidR="0092703F" w:rsidRDefault="0092703F">
      <w:r>
        <w:separator/>
      </w:r>
    </w:p>
  </w:footnote>
  <w:footnote w:type="continuationSeparator" w:id="0">
    <w:p w14:paraId="37ED8CE4" w14:textId="77777777" w:rsidR="0092703F" w:rsidRDefault="00927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006CE" w14:textId="706593FC" w:rsidR="00547B98" w:rsidRDefault="00547B98">
    <w:pPr>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9444C" w14:textId="43564600" w:rsidR="00547B98" w:rsidRDefault="00547B98">
    <w:pPr>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6C401" w14:textId="71489F14" w:rsidR="00547B98" w:rsidRDefault="00547B98">
    <w:pPr>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CF164" w14:textId="6F102FC3" w:rsidR="00547B98" w:rsidRDefault="00547B98">
    <w:pPr>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CDE2D" w14:textId="60835712" w:rsidR="00547B98" w:rsidRDefault="00547B98">
    <w:pPr>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878FD" w14:textId="07132AE7" w:rsidR="00547B98" w:rsidRDefault="00547B98">
    <w:pPr>
      <w:spacing w:line="14" w:lineRule="auto"/>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880147"/>
      <w:docPartObj>
        <w:docPartGallery w:val="Page Numbers (Top of Page)"/>
        <w:docPartUnique/>
      </w:docPartObj>
    </w:sdtPr>
    <w:sdtEndPr>
      <w:rPr>
        <w:b w:val="0"/>
        <w:bCs w:val="0"/>
        <w:noProof/>
      </w:rPr>
    </w:sdtEndPr>
    <w:sdtContent>
      <w:p w14:paraId="03F2FFEA" w14:textId="7CCB4C01" w:rsidR="001E691C" w:rsidRPr="00DA1E95" w:rsidRDefault="001E691C">
        <w:pPr>
          <w:pStyle w:val="TOC2"/>
          <w:jc w:val="right"/>
          <w:rPr>
            <w:b w:val="0"/>
            <w:bCs w:val="0"/>
          </w:rPr>
        </w:pPr>
        <w:r w:rsidRPr="00DA1E95">
          <w:rPr>
            <w:b w:val="0"/>
            <w:bCs w:val="0"/>
          </w:rPr>
          <w:fldChar w:fldCharType="begin"/>
        </w:r>
        <w:r w:rsidRPr="00DA1E95">
          <w:rPr>
            <w:b w:val="0"/>
            <w:bCs w:val="0"/>
          </w:rPr>
          <w:instrText xml:space="preserve"> PAGE   \* MERGEFORMAT </w:instrText>
        </w:r>
        <w:r w:rsidRPr="00DA1E95">
          <w:rPr>
            <w:b w:val="0"/>
            <w:bCs w:val="0"/>
          </w:rPr>
          <w:fldChar w:fldCharType="separate"/>
        </w:r>
        <w:r w:rsidRPr="00DA1E95">
          <w:rPr>
            <w:b w:val="0"/>
            <w:bCs w:val="0"/>
            <w:noProof/>
          </w:rPr>
          <w:t>2</w:t>
        </w:r>
        <w:r w:rsidRPr="00DA1E95">
          <w:rPr>
            <w:b w:val="0"/>
            <w:bCs w:val="0"/>
            <w:noProof/>
          </w:rPr>
          <w:fldChar w:fldCharType="end"/>
        </w:r>
      </w:p>
    </w:sdtContent>
  </w:sdt>
  <w:p w14:paraId="25F10B6E" w14:textId="77777777" w:rsidR="001E691C" w:rsidRDefault="001E691C">
    <w:pPr>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FD93B" w14:textId="77777777" w:rsidR="00547B98" w:rsidRDefault="00547B98">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2FB09" w14:textId="77777777" w:rsidR="00547B98" w:rsidRDefault="0027081F">
    <w:pPr>
      <w:spacing w:line="14" w:lineRule="auto"/>
      <w:rPr>
        <w:sz w:val="20"/>
      </w:rPr>
    </w:pPr>
    <w:r>
      <w:rPr>
        <w:noProof/>
        <w:sz w:val="20"/>
      </w:rPr>
      <mc:AlternateContent>
        <mc:Choice Requires="wps">
          <w:drawing>
            <wp:anchor distT="0" distB="0" distL="0" distR="0" simplePos="0" relativeHeight="251660288" behindDoc="1" locked="0" layoutInCell="1" allowOverlap="1" wp14:anchorId="34B3136A" wp14:editId="54FC8A2C">
              <wp:simplePos x="0" y="0"/>
              <wp:positionH relativeFrom="page">
                <wp:posOffset>6313804</wp:posOffset>
              </wp:positionH>
              <wp:positionV relativeFrom="page">
                <wp:posOffset>467359</wp:posOffset>
              </wp:positionV>
              <wp:extent cx="215900" cy="17780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7800"/>
                      </a:xfrm>
                      <a:prstGeom prst="rect">
                        <a:avLst/>
                      </a:prstGeom>
                    </wps:spPr>
                    <wps:txbx>
                      <w:txbxContent>
                        <w:p w14:paraId="288BA0FF" w14:textId="77777777" w:rsidR="00547B98" w:rsidRPr="002B02C0" w:rsidRDefault="0027081F">
                          <w:pPr>
                            <w:spacing w:line="264" w:lineRule="exact"/>
                            <w:ind w:left="20"/>
                            <w:rPr>
                              <w:rFonts w:ascii="Arial" w:hAnsi="Arial" w:cs="Arial"/>
                              <w:szCs w:val="20"/>
                            </w:rPr>
                          </w:pPr>
                          <w:r w:rsidRPr="002B02C0">
                            <w:rPr>
                              <w:rFonts w:ascii="Arial" w:hAnsi="Arial" w:cs="Arial"/>
                              <w:spacing w:val="-5"/>
                              <w:szCs w:val="20"/>
                            </w:rPr>
                            <w:fldChar w:fldCharType="begin"/>
                          </w:r>
                          <w:r w:rsidRPr="002B02C0">
                            <w:rPr>
                              <w:rFonts w:ascii="Arial" w:hAnsi="Arial" w:cs="Arial"/>
                              <w:spacing w:val="-5"/>
                              <w:szCs w:val="20"/>
                            </w:rPr>
                            <w:instrText xml:space="preserve"> PAGE </w:instrText>
                          </w:r>
                          <w:r w:rsidRPr="002B02C0">
                            <w:rPr>
                              <w:rFonts w:ascii="Arial" w:hAnsi="Arial" w:cs="Arial"/>
                              <w:spacing w:val="-5"/>
                              <w:szCs w:val="20"/>
                            </w:rPr>
                            <w:fldChar w:fldCharType="separate"/>
                          </w:r>
                          <w:r w:rsidRPr="002B02C0">
                            <w:rPr>
                              <w:rFonts w:ascii="Arial" w:hAnsi="Arial" w:cs="Arial"/>
                              <w:spacing w:val="-5"/>
                              <w:szCs w:val="20"/>
                            </w:rPr>
                            <w:t>10</w:t>
                          </w:r>
                          <w:r w:rsidRPr="002B02C0">
                            <w:rPr>
                              <w:rFonts w:ascii="Arial" w:hAnsi="Arial" w:cs="Arial"/>
                              <w:spacing w:val="-5"/>
                              <w:szCs w:val="20"/>
                            </w:rPr>
                            <w:fldChar w:fldCharType="end"/>
                          </w:r>
                        </w:p>
                      </w:txbxContent>
                    </wps:txbx>
                    <wps:bodyPr wrap="square" lIns="0" tIns="0" rIns="0" bIns="0" rtlCol="0">
                      <a:noAutofit/>
                    </wps:bodyPr>
                  </wps:wsp>
                </a:graphicData>
              </a:graphic>
            </wp:anchor>
          </w:drawing>
        </mc:Choice>
        <mc:Fallback>
          <w:pict>
            <v:shapetype w14:anchorId="34B3136A" id="_x0000_t202" coordsize="21600,21600" o:spt="202" path="m,l,21600r21600,l21600,xe">
              <v:stroke joinstyle="miter"/>
              <v:path gradientshapeok="t" o:connecttype="rect"/>
            </v:shapetype>
            <v:shape id="Textbox 29" o:spid="_x0000_s1039" type="#_x0000_t202" style="position:absolute;margin-left:497.15pt;margin-top:36.8pt;width:17pt;height:1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" filled="f" stroked="f">
              <v:textbox inset="0,0,0,0">
                <w:txbxContent>
                  <w:p w14:paraId="288BA0FF" w14:textId="77777777" w:rsidR="00547B98" w:rsidRPr="002B02C0" w:rsidRDefault="0027081F">
                    <w:pPr>
                      <w:spacing w:line="264" w:lineRule="exact"/>
                      <w:ind w:left="20"/>
                      <w:rPr>
                        <w:rFonts w:ascii="Arial" w:hAnsi="Arial" w:cs="Arial"/>
                        <w:szCs w:val="20"/>
                      </w:rPr>
                    </w:pPr>
                    <w:r w:rsidRPr="002B02C0">
                      <w:rPr>
                        <w:rFonts w:ascii="Arial" w:hAnsi="Arial" w:cs="Arial"/>
                        <w:spacing w:val="-5"/>
                        <w:szCs w:val="20"/>
                      </w:rPr>
                      <w:fldChar w:fldCharType="begin"/>
                    </w:r>
                    <w:r w:rsidRPr="002B02C0">
                      <w:rPr>
                        <w:rFonts w:ascii="Arial" w:hAnsi="Arial" w:cs="Arial"/>
                        <w:spacing w:val="-5"/>
                        <w:szCs w:val="20"/>
                      </w:rPr>
                      <w:instrText xml:space="preserve"> PAGE </w:instrText>
                    </w:r>
                    <w:r w:rsidRPr="002B02C0">
                      <w:rPr>
                        <w:rFonts w:ascii="Arial" w:hAnsi="Arial" w:cs="Arial"/>
                        <w:spacing w:val="-5"/>
                        <w:szCs w:val="20"/>
                      </w:rPr>
                      <w:fldChar w:fldCharType="separate"/>
                    </w:r>
                    <w:r w:rsidRPr="002B02C0">
                      <w:rPr>
                        <w:rFonts w:ascii="Arial" w:hAnsi="Arial" w:cs="Arial"/>
                        <w:spacing w:val="-5"/>
                        <w:szCs w:val="20"/>
                      </w:rPr>
                      <w:t>10</w:t>
                    </w:r>
                    <w:r w:rsidRPr="002B02C0">
                      <w:rPr>
                        <w:rFonts w:ascii="Arial" w:hAnsi="Arial" w:cs="Arial"/>
                        <w:spacing w:val="-5"/>
                        <w:szCs w:val="20"/>
                      </w:rPr>
                      <w:fldChar w:fldCharType="end"/>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D7AB9" w14:textId="2CE5ED61" w:rsidR="00547B98" w:rsidRDefault="00547B98">
    <w:pPr>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3934210"/>
      <w:docPartObj>
        <w:docPartGallery w:val="Page Numbers (Top of Page)"/>
        <w:docPartUnique/>
      </w:docPartObj>
    </w:sdtPr>
    <w:sdtEndPr>
      <w:rPr>
        <w:noProof/>
      </w:rPr>
    </w:sdtEndPr>
    <w:sdtContent>
      <w:p w14:paraId="36376C41" w14:textId="5B2E0FA2"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DD31FBC" w14:textId="77777777" w:rsidR="00547B98" w:rsidRDefault="00547B98">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2305641"/>
      <w:docPartObj>
        <w:docPartGallery w:val="Page Numbers (Top of Page)"/>
        <w:docPartUnique/>
      </w:docPartObj>
    </w:sdtPr>
    <w:sdtEndPr>
      <w:rPr>
        <w:noProof/>
      </w:rPr>
    </w:sdtEndPr>
    <w:sdtContent>
      <w:p w14:paraId="7DA7E0D5" w14:textId="77777777" w:rsidR="00D15365" w:rsidRDefault="00D15365">
        <w:pPr>
          <w:pStyle w:val="TOC2"/>
          <w:jc w:val="right"/>
        </w:pPr>
      </w:p>
      <w:p w14:paraId="5AE6BC1D" w14:textId="77777777" w:rsidR="00D15365" w:rsidRDefault="00D15365">
        <w:pPr>
          <w:pStyle w:val="TOC2"/>
          <w:jc w:val="right"/>
        </w:pPr>
      </w:p>
      <w:p w14:paraId="558BD6F5" w14:textId="77777777" w:rsidR="00D15365" w:rsidRDefault="00D15365">
        <w:pPr>
          <w:pStyle w:val="TOC2"/>
          <w:jc w:val="right"/>
        </w:pPr>
      </w:p>
      <w:p w14:paraId="611BAF8A" w14:textId="27560C54" w:rsidR="00D15365" w:rsidRDefault="0092703F">
        <w:pPr>
          <w:pStyle w:val="TOC2"/>
          <w:jc w:val="right"/>
        </w:pPr>
      </w:p>
    </w:sdtContent>
  </w:sdt>
  <w:p w14:paraId="3B03B250" w14:textId="77777777" w:rsidR="00D15365" w:rsidRDefault="00D15365">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4E1A19" w14:textId="77777777" w:rsidR="00DA1E95" w:rsidRDefault="00DA1E95">
    <w:pPr>
      <w:pStyle w:val="Header"/>
      <w:jc w:val="right"/>
    </w:pPr>
  </w:p>
  <w:p w14:paraId="711DD379" w14:textId="77777777" w:rsidR="00DA1E95" w:rsidRDefault="00DA1E95">
    <w:pPr>
      <w:pStyle w:val="Header"/>
      <w:jc w:val="right"/>
    </w:pPr>
  </w:p>
  <w:p w14:paraId="7D119CE0" w14:textId="77777777" w:rsidR="00DA1E95" w:rsidRDefault="00DA1E95">
    <w:pPr>
      <w:pStyle w:val="Header"/>
      <w:jc w:val="right"/>
    </w:pPr>
  </w:p>
  <w:sdt>
    <w:sdtPr>
      <w:id w:val="-277034761"/>
      <w:docPartObj>
        <w:docPartGallery w:val="Page Numbers (Top of Page)"/>
        <w:docPartUnique/>
      </w:docPartObj>
    </w:sdtPr>
    <w:sdtEndPr>
      <w:rPr>
        <w:noProof/>
      </w:rPr>
    </w:sdtEndPr>
    <w:sdtContent>
      <w:p w14:paraId="7D75EE60" w14:textId="35439756"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5BE741F" w14:textId="77777777" w:rsidR="00DA1E95" w:rsidRDefault="00DA1E95">
    <w:pPr>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C096F" w14:textId="77777777" w:rsidR="00BB05DB" w:rsidRDefault="00BB05DB">
    <w:pPr>
      <w:pStyle w:val="TOC2"/>
      <w:jc w:val="right"/>
    </w:pPr>
  </w:p>
  <w:p w14:paraId="5742CC7A" w14:textId="77777777" w:rsidR="00BB05DB" w:rsidRDefault="00BB05DB">
    <w:pPr>
      <w:pStyle w:val="TOC2"/>
      <w:jc w:val="right"/>
    </w:pPr>
  </w:p>
  <w:p w14:paraId="38AB4667" w14:textId="77777777" w:rsidR="00BB05DB" w:rsidRDefault="00BB05DB">
    <w:pPr>
      <w:pStyle w:val="TOC2"/>
      <w:jc w:val="right"/>
    </w:pPr>
  </w:p>
  <w:p w14:paraId="1DB8AE58" w14:textId="2F58BE77" w:rsidR="00BB05DB" w:rsidRDefault="00BB05DB">
    <w:pPr>
      <w:pStyle w:val="TOC2"/>
      <w:jc w:val="right"/>
    </w:pPr>
  </w:p>
  <w:p w14:paraId="5105200A" w14:textId="77777777" w:rsidR="00BB05DB" w:rsidRDefault="00BB05DB">
    <w:pPr>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FE853" w14:textId="77777777" w:rsidR="00DA1E95" w:rsidRDefault="00DA1E95">
    <w:pPr>
      <w:pStyle w:val="Header"/>
      <w:jc w:val="right"/>
    </w:pPr>
  </w:p>
  <w:p w14:paraId="5060BFAF" w14:textId="77777777" w:rsidR="00DA1E95" w:rsidRDefault="00DA1E95">
    <w:pPr>
      <w:pStyle w:val="Header"/>
      <w:jc w:val="right"/>
    </w:pPr>
  </w:p>
  <w:p w14:paraId="59007C1D" w14:textId="77777777" w:rsidR="00DA1E95" w:rsidRDefault="00DA1E95">
    <w:pPr>
      <w:pStyle w:val="Header"/>
      <w:jc w:val="right"/>
    </w:pPr>
  </w:p>
  <w:sdt>
    <w:sdtPr>
      <w:id w:val="146398572"/>
      <w:docPartObj>
        <w:docPartGallery w:val="Page Numbers (Top of Page)"/>
        <w:docPartUnique/>
      </w:docPartObj>
    </w:sdtPr>
    <w:sdtEndPr>
      <w:rPr>
        <w:noProof/>
      </w:rPr>
    </w:sdtEndPr>
    <w:sdtContent>
      <w:p w14:paraId="3DA7942B" w14:textId="0F0BF69C"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90D0149" w14:textId="77777777" w:rsidR="00DA1E95" w:rsidRDefault="00DA1E95">
    <w:pPr>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F298C5" w14:textId="77777777" w:rsidR="00DA1E95" w:rsidRDefault="00DA1E95">
    <w:pPr>
      <w:pStyle w:val="Header"/>
      <w:jc w:val="right"/>
    </w:pPr>
  </w:p>
  <w:p w14:paraId="6B783A10" w14:textId="77777777" w:rsidR="00DA1E95" w:rsidRDefault="00DA1E95">
    <w:pPr>
      <w:pStyle w:val="Header"/>
      <w:jc w:val="right"/>
    </w:pPr>
  </w:p>
  <w:sdt>
    <w:sdtPr>
      <w:id w:val="-1845230998"/>
      <w:docPartObj>
        <w:docPartGallery w:val="Page Numbers (Top of Page)"/>
        <w:docPartUnique/>
      </w:docPartObj>
    </w:sdtPr>
    <w:sdtEndPr>
      <w:rPr>
        <w:noProof/>
      </w:rPr>
    </w:sdtEndPr>
    <w:sdtContent>
      <w:p w14:paraId="4F7AF2F8" w14:textId="77777777" w:rsidR="00DA1E95" w:rsidRDefault="00DA1E95">
        <w:pPr>
          <w:pStyle w:val="Header"/>
          <w:jc w:val="right"/>
        </w:pPr>
      </w:p>
      <w:p w14:paraId="7C2B7CC0" w14:textId="7B498B89"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3E0964E" w14:textId="77777777" w:rsidR="00547B98" w:rsidRDefault="00547B98">
    <w:pPr>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784051"/>
      <w:docPartObj>
        <w:docPartGallery w:val="Page Numbers (Top of Page)"/>
        <w:docPartUnique/>
      </w:docPartObj>
    </w:sdtPr>
    <w:sdtEndPr>
      <w:rPr>
        <w:noProof/>
      </w:rPr>
    </w:sdtEndPr>
    <w:sdtContent>
      <w:p w14:paraId="1FAD87EF" w14:textId="66EF0F7A"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0CEBB92" w14:textId="6D1B69E5" w:rsidR="00547B98" w:rsidRDefault="00547B98">
    <w:pPr>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4999714"/>
      <w:docPartObj>
        <w:docPartGallery w:val="Page Numbers (Top of Page)"/>
        <w:docPartUnique/>
      </w:docPartObj>
    </w:sdtPr>
    <w:sdtEndPr>
      <w:rPr>
        <w:noProof/>
      </w:rPr>
    </w:sdtEndPr>
    <w:sdtContent>
      <w:p w14:paraId="6973E840" w14:textId="42BE5A0C"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52F9544" w14:textId="12FF5BDD" w:rsidR="00547B98" w:rsidRDefault="00547B98" w:rsidP="00D406F7">
    <w:pPr>
      <w:pStyle w:val="TOC2"/>
      <w:jc w:val="right"/>
      <w:rPr>
        <w:sz w:val="2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F5841" w14:textId="77777777" w:rsidR="00DA1E95" w:rsidRDefault="00DA1E95">
    <w:pPr>
      <w:pStyle w:val="Header"/>
      <w:jc w:val="right"/>
    </w:pPr>
  </w:p>
  <w:p w14:paraId="422DC650" w14:textId="77777777" w:rsidR="00DA1E95" w:rsidRDefault="00DA1E95">
    <w:pPr>
      <w:pStyle w:val="Header"/>
      <w:jc w:val="right"/>
    </w:pPr>
  </w:p>
  <w:p w14:paraId="28278035" w14:textId="77777777" w:rsidR="00DA1E95" w:rsidRDefault="00DA1E95">
    <w:pPr>
      <w:pStyle w:val="Header"/>
      <w:jc w:val="right"/>
    </w:pPr>
  </w:p>
  <w:sdt>
    <w:sdtPr>
      <w:id w:val="1820150479"/>
      <w:docPartObj>
        <w:docPartGallery w:val="Page Numbers (Top of Page)"/>
        <w:docPartUnique/>
      </w:docPartObj>
    </w:sdtPr>
    <w:sdtEndPr>
      <w:rPr>
        <w:noProof/>
      </w:rPr>
    </w:sdtEndPr>
    <w:sdtContent>
      <w:p w14:paraId="67E16D58" w14:textId="083D064D" w:rsidR="00DA1E95" w:rsidRDefault="00DA1E9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87221FA" w14:textId="77777777" w:rsidR="00547B98" w:rsidRDefault="00547B98">
    <w:pPr>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80C69E4"/>
    <w:multiLevelType w:val="hybridMultilevel"/>
    <w:tmpl w:val="2A80F21A"/>
    <w:lvl w:ilvl="0" w:tplc="10B67E7E">
      <w:start w:val="1"/>
      <w:numFmt w:val="upperLetter"/>
      <w:lvlText w:val="%1."/>
      <w:lvlJc w:val="left"/>
      <w:pPr>
        <w:ind w:left="928" w:hanging="360"/>
      </w:pPr>
      <w:rPr>
        <w:rFonts w:hint="default"/>
      </w:rPr>
    </w:lvl>
    <w:lvl w:ilvl="1" w:tplc="38090019" w:tentative="1">
      <w:start w:val="1"/>
      <w:numFmt w:val="lowerLetter"/>
      <w:lvlText w:val="%2."/>
      <w:lvlJc w:val="left"/>
      <w:pPr>
        <w:ind w:left="1648" w:hanging="360"/>
      </w:pPr>
    </w:lvl>
    <w:lvl w:ilvl="2" w:tplc="3809001B" w:tentative="1">
      <w:start w:val="1"/>
      <w:numFmt w:val="lowerRoman"/>
      <w:lvlText w:val="%3."/>
      <w:lvlJc w:val="right"/>
      <w:pPr>
        <w:ind w:left="2368" w:hanging="180"/>
      </w:pPr>
    </w:lvl>
    <w:lvl w:ilvl="3" w:tplc="3809000F" w:tentative="1">
      <w:start w:val="1"/>
      <w:numFmt w:val="decimal"/>
      <w:lvlText w:val="%4."/>
      <w:lvlJc w:val="left"/>
      <w:pPr>
        <w:ind w:left="3088" w:hanging="360"/>
      </w:pPr>
    </w:lvl>
    <w:lvl w:ilvl="4" w:tplc="38090019" w:tentative="1">
      <w:start w:val="1"/>
      <w:numFmt w:val="lowerLetter"/>
      <w:lvlText w:val="%5."/>
      <w:lvlJc w:val="left"/>
      <w:pPr>
        <w:ind w:left="3808" w:hanging="360"/>
      </w:pPr>
    </w:lvl>
    <w:lvl w:ilvl="5" w:tplc="3809001B" w:tentative="1">
      <w:start w:val="1"/>
      <w:numFmt w:val="lowerRoman"/>
      <w:lvlText w:val="%6."/>
      <w:lvlJc w:val="right"/>
      <w:pPr>
        <w:ind w:left="4528" w:hanging="180"/>
      </w:pPr>
    </w:lvl>
    <w:lvl w:ilvl="6" w:tplc="3809000F" w:tentative="1">
      <w:start w:val="1"/>
      <w:numFmt w:val="decimal"/>
      <w:lvlText w:val="%7."/>
      <w:lvlJc w:val="left"/>
      <w:pPr>
        <w:ind w:left="5248" w:hanging="360"/>
      </w:pPr>
    </w:lvl>
    <w:lvl w:ilvl="7" w:tplc="38090019" w:tentative="1">
      <w:start w:val="1"/>
      <w:numFmt w:val="lowerLetter"/>
      <w:lvlText w:val="%8."/>
      <w:lvlJc w:val="left"/>
      <w:pPr>
        <w:ind w:left="5968" w:hanging="360"/>
      </w:pPr>
    </w:lvl>
    <w:lvl w:ilvl="8" w:tplc="3809001B" w:tentative="1">
      <w:start w:val="1"/>
      <w:numFmt w:val="lowerRoman"/>
      <w:lvlText w:val="%9."/>
      <w:lvlJc w:val="right"/>
      <w:pPr>
        <w:ind w:left="6688" w:hanging="180"/>
      </w:pPr>
    </w:lvl>
  </w:abstractNum>
  <w:abstractNum w:abstractNumId="10" w15:restartNumberingAfterBreak="0">
    <w:nsid w:val="19F7429F"/>
    <w:multiLevelType w:val="hybridMultilevel"/>
    <w:tmpl w:val="32A8B366"/>
    <w:lvl w:ilvl="0" w:tplc="DD9EA6E0">
      <w:start w:val="1"/>
      <w:numFmt w:val="upperLetter"/>
      <w:lvlText w:val="%1."/>
      <w:lvlJc w:val="left"/>
      <w:pPr>
        <w:ind w:left="978" w:hanging="268"/>
      </w:pPr>
      <w:rPr>
        <w:rFonts w:ascii="Arial MT" w:eastAsia="Arial MT" w:hAnsi="Arial MT" w:cs="Arial MT" w:hint="default"/>
        <w:b w:val="0"/>
        <w:bCs w:val="0"/>
        <w:i w:val="0"/>
        <w:iCs w:val="0"/>
        <w:spacing w:val="0"/>
        <w:w w:val="100"/>
        <w:sz w:val="22"/>
        <w:szCs w:val="22"/>
        <w:lang w:val="id" w:eastAsia="en-US" w:bidi="ar-SA"/>
      </w:rPr>
    </w:lvl>
    <w:lvl w:ilvl="1" w:tplc="7C74EBAE">
      <w:numFmt w:val="bullet"/>
      <w:lvlText w:val="•"/>
      <w:lvlJc w:val="left"/>
      <w:pPr>
        <w:ind w:left="1837" w:hanging="268"/>
      </w:pPr>
      <w:rPr>
        <w:rFonts w:hint="default"/>
        <w:lang w:val="id" w:eastAsia="en-US" w:bidi="ar-SA"/>
      </w:rPr>
    </w:lvl>
    <w:lvl w:ilvl="2" w:tplc="016CD422">
      <w:numFmt w:val="bullet"/>
      <w:lvlText w:val="•"/>
      <w:lvlJc w:val="left"/>
      <w:pPr>
        <w:ind w:left="2693" w:hanging="268"/>
      </w:pPr>
      <w:rPr>
        <w:rFonts w:hint="default"/>
        <w:lang w:val="id" w:eastAsia="en-US" w:bidi="ar-SA"/>
      </w:rPr>
    </w:lvl>
    <w:lvl w:ilvl="3" w:tplc="D97AC71C">
      <w:numFmt w:val="bullet"/>
      <w:lvlText w:val="•"/>
      <w:lvlJc w:val="left"/>
      <w:pPr>
        <w:ind w:left="3549" w:hanging="268"/>
      </w:pPr>
      <w:rPr>
        <w:rFonts w:hint="default"/>
        <w:lang w:val="id" w:eastAsia="en-US" w:bidi="ar-SA"/>
      </w:rPr>
    </w:lvl>
    <w:lvl w:ilvl="4" w:tplc="04104062">
      <w:numFmt w:val="bullet"/>
      <w:lvlText w:val="•"/>
      <w:lvlJc w:val="left"/>
      <w:pPr>
        <w:ind w:left="4405" w:hanging="268"/>
      </w:pPr>
      <w:rPr>
        <w:rFonts w:hint="default"/>
        <w:lang w:val="id" w:eastAsia="en-US" w:bidi="ar-SA"/>
      </w:rPr>
    </w:lvl>
    <w:lvl w:ilvl="5" w:tplc="4C70D782">
      <w:numFmt w:val="bullet"/>
      <w:lvlText w:val="•"/>
      <w:lvlJc w:val="left"/>
      <w:pPr>
        <w:ind w:left="5262" w:hanging="268"/>
      </w:pPr>
      <w:rPr>
        <w:rFonts w:hint="default"/>
        <w:lang w:val="id" w:eastAsia="en-US" w:bidi="ar-SA"/>
      </w:rPr>
    </w:lvl>
    <w:lvl w:ilvl="6" w:tplc="20DE563E">
      <w:numFmt w:val="bullet"/>
      <w:lvlText w:val="•"/>
      <w:lvlJc w:val="left"/>
      <w:pPr>
        <w:ind w:left="6118" w:hanging="268"/>
      </w:pPr>
      <w:rPr>
        <w:rFonts w:hint="default"/>
        <w:lang w:val="id" w:eastAsia="en-US" w:bidi="ar-SA"/>
      </w:rPr>
    </w:lvl>
    <w:lvl w:ilvl="7" w:tplc="DDACB596">
      <w:numFmt w:val="bullet"/>
      <w:lvlText w:val="•"/>
      <w:lvlJc w:val="left"/>
      <w:pPr>
        <w:ind w:left="6974" w:hanging="268"/>
      </w:pPr>
      <w:rPr>
        <w:rFonts w:hint="default"/>
        <w:lang w:val="id" w:eastAsia="en-US" w:bidi="ar-SA"/>
      </w:rPr>
    </w:lvl>
    <w:lvl w:ilvl="8" w:tplc="ED521C26">
      <w:numFmt w:val="bullet"/>
      <w:lvlText w:val="•"/>
      <w:lvlJc w:val="left"/>
      <w:pPr>
        <w:ind w:left="7830" w:hanging="268"/>
      </w:pPr>
      <w:rPr>
        <w:rFonts w:hint="default"/>
        <w:lang w:val="id" w:eastAsia="en-US" w:bidi="ar-SA"/>
      </w:rPr>
    </w:lvl>
  </w:abstractNum>
  <w:abstractNum w:abstractNumId="11" w15:restartNumberingAfterBreak="0">
    <w:nsid w:val="1BD332E8"/>
    <w:multiLevelType w:val="hybridMultilevel"/>
    <w:tmpl w:val="69488F94"/>
    <w:lvl w:ilvl="0" w:tplc="85BE2F28">
      <w:start w:val="1"/>
      <w:numFmt w:val="upperLetter"/>
      <w:lvlText w:val="%1."/>
      <w:lvlJc w:val="left"/>
      <w:pPr>
        <w:ind w:left="1077" w:hanging="268"/>
      </w:pPr>
      <w:rPr>
        <w:rFonts w:ascii="Arial MT" w:eastAsia="Arial MT" w:hAnsi="Arial MT" w:cs="Arial MT" w:hint="default"/>
        <w:b w:val="0"/>
        <w:bCs w:val="0"/>
        <w:i w:val="0"/>
        <w:iCs w:val="0"/>
        <w:spacing w:val="0"/>
        <w:w w:val="100"/>
        <w:sz w:val="22"/>
        <w:szCs w:val="22"/>
        <w:lang w:val="id" w:eastAsia="en-US" w:bidi="ar-SA"/>
      </w:rPr>
    </w:lvl>
    <w:lvl w:ilvl="1" w:tplc="8788CD5A">
      <w:numFmt w:val="bullet"/>
      <w:lvlText w:val="•"/>
      <w:lvlJc w:val="left"/>
      <w:pPr>
        <w:ind w:left="1936" w:hanging="268"/>
      </w:pPr>
      <w:rPr>
        <w:rFonts w:hint="default"/>
        <w:lang w:val="id" w:eastAsia="en-US" w:bidi="ar-SA"/>
      </w:rPr>
    </w:lvl>
    <w:lvl w:ilvl="2" w:tplc="B0C4C972">
      <w:numFmt w:val="bullet"/>
      <w:lvlText w:val="•"/>
      <w:lvlJc w:val="left"/>
      <w:pPr>
        <w:ind w:left="2792" w:hanging="268"/>
      </w:pPr>
      <w:rPr>
        <w:rFonts w:hint="default"/>
        <w:lang w:val="id" w:eastAsia="en-US" w:bidi="ar-SA"/>
      </w:rPr>
    </w:lvl>
    <w:lvl w:ilvl="3" w:tplc="BB1E13E6">
      <w:numFmt w:val="bullet"/>
      <w:lvlText w:val="•"/>
      <w:lvlJc w:val="left"/>
      <w:pPr>
        <w:ind w:left="3648" w:hanging="268"/>
      </w:pPr>
      <w:rPr>
        <w:rFonts w:hint="default"/>
        <w:lang w:val="id" w:eastAsia="en-US" w:bidi="ar-SA"/>
      </w:rPr>
    </w:lvl>
    <w:lvl w:ilvl="4" w:tplc="B288BEEC">
      <w:numFmt w:val="bullet"/>
      <w:lvlText w:val="•"/>
      <w:lvlJc w:val="left"/>
      <w:pPr>
        <w:ind w:left="4504" w:hanging="268"/>
      </w:pPr>
      <w:rPr>
        <w:rFonts w:hint="default"/>
        <w:lang w:val="id" w:eastAsia="en-US" w:bidi="ar-SA"/>
      </w:rPr>
    </w:lvl>
    <w:lvl w:ilvl="5" w:tplc="D9ECE6E6">
      <w:numFmt w:val="bullet"/>
      <w:lvlText w:val="•"/>
      <w:lvlJc w:val="left"/>
      <w:pPr>
        <w:ind w:left="5361" w:hanging="268"/>
      </w:pPr>
      <w:rPr>
        <w:rFonts w:hint="default"/>
        <w:lang w:val="id" w:eastAsia="en-US" w:bidi="ar-SA"/>
      </w:rPr>
    </w:lvl>
    <w:lvl w:ilvl="6" w:tplc="A9EC4D08">
      <w:numFmt w:val="bullet"/>
      <w:lvlText w:val="•"/>
      <w:lvlJc w:val="left"/>
      <w:pPr>
        <w:ind w:left="6217" w:hanging="268"/>
      </w:pPr>
      <w:rPr>
        <w:rFonts w:hint="default"/>
        <w:lang w:val="id" w:eastAsia="en-US" w:bidi="ar-SA"/>
      </w:rPr>
    </w:lvl>
    <w:lvl w:ilvl="7" w:tplc="89FE3E26">
      <w:numFmt w:val="bullet"/>
      <w:lvlText w:val="•"/>
      <w:lvlJc w:val="left"/>
      <w:pPr>
        <w:ind w:left="7073" w:hanging="268"/>
      </w:pPr>
      <w:rPr>
        <w:rFonts w:hint="default"/>
        <w:lang w:val="id" w:eastAsia="en-US" w:bidi="ar-SA"/>
      </w:rPr>
    </w:lvl>
    <w:lvl w:ilvl="8" w:tplc="908CE7C0">
      <w:numFmt w:val="bullet"/>
      <w:lvlText w:val="•"/>
      <w:lvlJc w:val="left"/>
      <w:pPr>
        <w:ind w:left="7929" w:hanging="268"/>
      </w:pPr>
      <w:rPr>
        <w:rFonts w:hint="default"/>
        <w:lang w:val="id" w:eastAsia="en-US" w:bidi="ar-SA"/>
      </w:rPr>
    </w:lvl>
  </w:abstractNum>
  <w:abstractNum w:abstractNumId="12" w15:restartNumberingAfterBreak="0">
    <w:nsid w:val="1C4A701B"/>
    <w:multiLevelType w:val="hybridMultilevel"/>
    <w:tmpl w:val="2EEEB6D8"/>
    <w:lvl w:ilvl="0" w:tplc="2C60ACC4">
      <w:start w:val="1"/>
      <w:numFmt w:val="decimal"/>
      <w:lvlText w:val="%1."/>
      <w:lvlJc w:val="left"/>
      <w:pPr>
        <w:ind w:left="929" w:hanging="361"/>
      </w:pPr>
      <w:rPr>
        <w:rFonts w:ascii="Times New Roman" w:eastAsia="Times New Roman" w:hAnsi="Times New Roman" w:cs="Times New Roman" w:hint="default"/>
        <w:b w:val="0"/>
        <w:bCs w:val="0"/>
        <w:i w:val="0"/>
        <w:iCs w:val="0"/>
        <w:spacing w:val="0"/>
        <w:w w:val="100"/>
        <w:sz w:val="24"/>
        <w:szCs w:val="24"/>
        <w:lang w:val="id" w:eastAsia="en-US" w:bidi="ar-SA"/>
      </w:rPr>
    </w:lvl>
    <w:lvl w:ilvl="1" w:tplc="5AECA9A4">
      <w:numFmt w:val="bullet"/>
      <w:lvlText w:val="•"/>
      <w:lvlJc w:val="left"/>
      <w:pPr>
        <w:ind w:left="1721" w:hanging="361"/>
      </w:pPr>
      <w:rPr>
        <w:rFonts w:hint="default"/>
        <w:lang w:val="id" w:eastAsia="en-US" w:bidi="ar-SA"/>
      </w:rPr>
    </w:lvl>
    <w:lvl w:ilvl="2" w:tplc="76B21930">
      <w:numFmt w:val="bullet"/>
      <w:lvlText w:val="•"/>
      <w:lvlJc w:val="left"/>
      <w:pPr>
        <w:ind w:left="2522" w:hanging="361"/>
      </w:pPr>
      <w:rPr>
        <w:rFonts w:hint="default"/>
        <w:lang w:val="id" w:eastAsia="en-US" w:bidi="ar-SA"/>
      </w:rPr>
    </w:lvl>
    <w:lvl w:ilvl="3" w:tplc="B7E8BF34">
      <w:numFmt w:val="bullet"/>
      <w:lvlText w:val="•"/>
      <w:lvlJc w:val="left"/>
      <w:pPr>
        <w:ind w:left="3323" w:hanging="361"/>
      </w:pPr>
      <w:rPr>
        <w:rFonts w:hint="default"/>
        <w:lang w:val="id" w:eastAsia="en-US" w:bidi="ar-SA"/>
      </w:rPr>
    </w:lvl>
    <w:lvl w:ilvl="4" w:tplc="C306304A">
      <w:numFmt w:val="bullet"/>
      <w:lvlText w:val="•"/>
      <w:lvlJc w:val="left"/>
      <w:pPr>
        <w:ind w:left="4125" w:hanging="361"/>
      </w:pPr>
      <w:rPr>
        <w:rFonts w:hint="default"/>
        <w:lang w:val="id" w:eastAsia="en-US" w:bidi="ar-SA"/>
      </w:rPr>
    </w:lvl>
    <w:lvl w:ilvl="5" w:tplc="12047870">
      <w:numFmt w:val="bullet"/>
      <w:lvlText w:val="•"/>
      <w:lvlJc w:val="left"/>
      <w:pPr>
        <w:ind w:left="4926" w:hanging="361"/>
      </w:pPr>
      <w:rPr>
        <w:rFonts w:hint="default"/>
        <w:lang w:val="id" w:eastAsia="en-US" w:bidi="ar-SA"/>
      </w:rPr>
    </w:lvl>
    <w:lvl w:ilvl="6" w:tplc="D4EE395E">
      <w:numFmt w:val="bullet"/>
      <w:lvlText w:val="•"/>
      <w:lvlJc w:val="left"/>
      <w:pPr>
        <w:ind w:left="5727" w:hanging="361"/>
      </w:pPr>
      <w:rPr>
        <w:rFonts w:hint="default"/>
        <w:lang w:val="id" w:eastAsia="en-US" w:bidi="ar-SA"/>
      </w:rPr>
    </w:lvl>
    <w:lvl w:ilvl="7" w:tplc="28A22EF8">
      <w:numFmt w:val="bullet"/>
      <w:lvlText w:val="•"/>
      <w:lvlJc w:val="left"/>
      <w:pPr>
        <w:ind w:left="6529" w:hanging="361"/>
      </w:pPr>
      <w:rPr>
        <w:rFonts w:hint="default"/>
        <w:lang w:val="id" w:eastAsia="en-US" w:bidi="ar-SA"/>
      </w:rPr>
    </w:lvl>
    <w:lvl w:ilvl="8" w:tplc="66C4D4FA">
      <w:numFmt w:val="bullet"/>
      <w:lvlText w:val="•"/>
      <w:lvlJc w:val="left"/>
      <w:pPr>
        <w:ind w:left="7330" w:hanging="361"/>
      </w:pPr>
      <w:rPr>
        <w:rFonts w:hint="default"/>
        <w:lang w:val="id" w:eastAsia="en-US" w:bidi="ar-SA"/>
      </w:rPr>
    </w:lvl>
  </w:abstractNum>
  <w:abstractNum w:abstractNumId="13" w15:restartNumberingAfterBreak="0">
    <w:nsid w:val="1F152EB3"/>
    <w:multiLevelType w:val="hybridMultilevel"/>
    <w:tmpl w:val="627213D2"/>
    <w:lvl w:ilvl="0" w:tplc="CC8CBA36">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4" w15:restartNumberingAfterBreak="0">
    <w:nsid w:val="21FC687B"/>
    <w:multiLevelType w:val="hybridMultilevel"/>
    <w:tmpl w:val="1F9AA8E0"/>
    <w:lvl w:ilvl="0" w:tplc="4DD8AC3E">
      <w:start w:val="2"/>
      <w:numFmt w:val="decimal"/>
      <w:lvlText w:val="%1)"/>
      <w:lvlJc w:val="left"/>
      <w:pPr>
        <w:ind w:left="2369" w:hanging="357"/>
      </w:pPr>
      <w:rPr>
        <w:rFonts w:ascii="Arial MT" w:eastAsia="Arial MT" w:hAnsi="Arial MT" w:cs="Arial MT" w:hint="default"/>
        <w:b w:val="0"/>
        <w:bCs w:val="0"/>
        <w:i w:val="0"/>
        <w:iCs w:val="0"/>
        <w:color w:val="374151"/>
        <w:spacing w:val="0"/>
        <w:w w:val="99"/>
        <w:sz w:val="22"/>
        <w:szCs w:val="22"/>
        <w:lang w:val="id" w:eastAsia="en-US" w:bidi="ar-SA"/>
      </w:rPr>
    </w:lvl>
    <w:lvl w:ilvl="1" w:tplc="3238ECAE">
      <w:numFmt w:val="bullet"/>
      <w:lvlText w:val="•"/>
      <w:lvlJc w:val="left"/>
      <w:pPr>
        <w:ind w:left="3088" w:hanging="357"/>
      </w:pPr>
      <w:rPr>
        <w:rFonts w:hint="default"/>
        <w:lang w:val="id" w:eastAsia="en-US" w:bidi="ar-SA"/>
      </w:rPr>
    </w:lvl>
    <w:lvl w:ilvl="2" w:tplc="95869B2E">
      <w:numFmt w:val="bullet"/>
      <w:lvlText w:val="•"/>
      <w:lvlJc w:val="left"/>
      <w:pPr>
        <w:ind w:left="3816" w:hanging="357"/>
      </w:pPr>
      <w:rPr>
        <w:rFonts w:hint="default"/>
        <w:lang w:val="id" w:eastAsia="en-US" w:bidi="ar-SA"/>
      </w:rPr>
    </w:lvl>
    <w:lvl w:ilvl="3" w:tplc="9BA0AF74">
      <w:numFmt w:val="bullet"/>
      <w:lvlText w:val="•"/>
      <w:lvlJc w:val="left"/>
      <w:pPr>
        <w:ind w:left="4544" w:hanging="357"/>
      </w:pPr>
      <w:rPr>
        <w:rFonts w:hint="default"/>
        <w:lang w:val="id" w:eastAsia="en-US" w:bidi="ar-SA"/>
      </w:rPr>
    </w:lvl>
    <w:lvl w:ilvl="4" w:tplc="74A43228">
      <w:numFmt w:val="bullet"/>
      <w:lvlText w:val="•"/>
      <w:lvlJc w:val="left"/>
      <w:pPr>
        <w:ind w:left="5272" w:hanging="357"/>
      </w:pPr>
      <w:rPr>
        <w:rFonts w:hint="default"/>
        <w:lang w:val="id" w:eastAsia="en-US" w:bidi="ar-SA"/>
      </w:rPr>
    </w:lvl>
    <w:lvl w:ilvl="5" w:tplc="82CC37F0">
      <w:numFmt w:val="bullet"/>
      <w:lvlText w:val="•"/>
      <w:lvlJc w:val="left"/>
      <w:pPr>
        <w:ind w:left="6001" w:hanging="357"/>
      </w:pPr>
      <w:rPr>
        <w:rFonts w:hint="default"/>
        <w:lang w:val="id" w:eastAsia="en-US" w:bidi="ar-SA"/>
      </w:rPr>
    </w:lvl>
    <w:lvl w:ilvl="6" w:tplc="59EADB86">
      <w:numFmt w:val="bullet"/>
      <w:lvlText w:val="•"/>
      <w:lvlJc w:val="left"/>
      <w:pPr>
        <w:ind w:left="6729" w:hanging="357"/>
      </w:pPr>
      <w:rPr>
        <w:rFonts w:hint="default"/>
        <w:lang w:val="id" w:eastAsia="en-US" w:bidi="ar-SA"/>
      </w:rPr>
    </w:lvl>
    <w:lvl w:ilvl="7" w:tplc="3CAADA8E">
      <w:numFmt w:val="bullet"/>
      <w:lvlText w:val="•"/>
      <w:lvlJc w:val="left"/>
      <w:pPr>
        <w:ind w:left="7457" w:hanging="357"/>
      </w:pPr>
      <w:rPr>
        <w:rFonts w:hint="default"/>
        <w:lang w:val="id" w:eastAsia="en-US" w:bidi="ar-SA"/>
      </w:rPr>
    </w:lvl>
    <w:lvl w:ilvl="8" w:tplc="F766BD5E">
      <w:numFmt w:val="bullet"/>
      <w:lvlText w:val="•"/>
      <w:lvlJc w:val="left"/>
      <w:pPr>
        <w:ind w:left="8185" w:hanging="357"/>
      </w:pPr>
      <w:rPr>
        <w:rFonts w:hint="default"/>
        <w:lang w:val="id" w:eastAsia="en-US" w:bidi="ar-SA"/>
      </w:rPr>
    </w:lvl>
  </w:abstractNum>
  <w:abstractNum w:abstractNumId="15" w15:restartNumberingAfterBreak="0">
    <w:nsid w:val="296240DD"/>
    <w:multiLevelType w:val="hybridMultilevel"/>
    <w:tmpl w:val="2E70EDAA"/>
    <w:lvl w:ilvl="0" w:tplc="39DC224E">
      <w:start w:val="1"/>
      <w:numFmt w:val="decimal"/>
      <w:lvlText w:val="%1."/>
      <w:lvlJc w:val="left"/>
      <w:pPr>
        <w:ind w:left="1080" w:hanging="360"/>
      </w:pPr>
      <w:rPr>
        <w:rFonts w:hint="default"/>
        <w:b w:val="0"/>
        <w:bCs w:val="0"/>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6" w15:restartNumberingAfterBreak="0">
    <w:nsid w:val="31D048D4"/>
    <w:multiLevelType w:val="hybridMultilevel"/>
    <w:tmpl w:val="44747D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DE805CD4">
      <w:start w:val="1"/>
      <w:numFmt w:val="decimal"/>
      <w:lvlText w:val="%4)"/>
      <w:lvlJc w:val="left"/>
      <w:pPr>
        <w:ind w:left="2204" w:hanging="360"/>
      </w:pPr>
      <w:rPr>
        <w:rFonts w:ascii="Arial" w:eastAsia="Arial MT" w:hAnsi="Arial" w:cs="Arial"/>
        <w:b w:val="0"/>
        <w:bCs w:val="0"/>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45335E"/>
    <w:multiLevelType w:val="hybridMultilevel"/>
    <w:tmpl w:val="AB7C2FE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A533A75"/>
    <w:multiLevelType w:val="hybridMultilevel"/>
    <w:tmpl w:val="D9AC1FF8"/>
    <w:lvl w:ilvl="0" w:tplc="CE72896C">
      <w:start w:val="1"/>
      <w:numFmt w:val="decimal"/>
      <w:lvlText w:val="%1)"/>
      <w:lvlJc w:val="left"/>
      <w:pPr>
        <w:ind w:left="2345" w:hanging="361"/>
      </w:pPr>
      <w:rPr>
        <w:rFonts w:hint="default"/>
        <w:spacing w:val="0"/>
        <w:w w:val="99"/>
        <w:lang w:val="id" w:eastAsia="en-US" w:bidi="ar-SA"/>
      </w:rPr>
    </w:lvl>
    <w:lvl w:ilvl="1" w:tplc="5D60A354">
      <w:numFmt w:val="bullet"/>
      <w:lvlText w:val="•"/>
      <w:lvlJc w:val="left"/>
      <w:pPr>
        <w:ind w:left="3070" w:hanging="361"/>
      </w:pPr>
      <w:rPr>
        <w:rFonts w:hint="default"/>
        <w:lang w:val="id" w:eastAsia="en-US" w:bidi="ar-SA"/>
      </w:rPr>
    </w:lvl>
    <w:lvl w:ilvl="2" w:tplc="74068DA2">
      <w:numFmt w:val="bullet"/>
      <w:lvlText w:val="•"/>
      <w:lvlJc w:val="left"/>
      <w:pPr>
        <w:ind w:left="3800" w:hanging="361"/>
      </w:pPr>
      <w:rPr>
        <w:rFonts w:hint="default"/>
        <w:lang w:val="id" w:eastAsia="en-US" w:bidi="ar-SA"/>
      </w:rPr>
    </w:lvl>
    <w:lvl w:ilvl="3" w:tplc="1602CD56">
      <w:numFmt w:val="bullet"/>
      <w:lvlText w:val="•"/>
      <w:lvlJc w:val="left"/>
      <w:pPr>
        <w:ind w:left="4530" w:hanging="361"/>
      </w:pPr>
      <w:rPr>
        <w:rFonts w:hint="default"/>
        <w:lang w:val="id" w:eastAsia="en-US" w:bidi="ar-SA"/>
      </w:rPr>
    </w:lvl>
    <w:lvl w:ilvl="4" w:tplc="07AA6EC2">
      <w:numFmt w:val="bullet"/>
      <w:lvlText w:val="•"/>
      <w:lvlJc w:val="left"/>
      <w:pPr>
        <w:ind w:left="5260" w:hanging="361"/>
      </w:pPr>
      <w:rPr>
        <w:rFonts w:hint="default"/>
        <w:lang w:val="id" w:eastAsia="en-US" w:bidi="ar-SA"/>
      </w:rPr>
    </w:lvl>
    <w:lvl w:ilvl="5" w:tplc="7242C08E">
      <w:numFmt w:val="bullet"/>
      <w:lvlText w:val="•"/>
      <w:lvlJc w:val="left"/>
      <w:pPr>
        <w:ind w:left="5991" w:hanging="361"/>
      </w:pPr>
      <w:rPr>
        <w:rFonts w:hint="default"/>
        <w:lang w:val="id" w:eastAsia="en-US" w:bidi="ar-SA"/>
      </w:rPr>
    </w:lvl>
    <w:lvl w:ilvl="6" w:tplc="8DBA88C8">
      <w:numFmt w:val="bullet"/>
      <w:lvlText w:val="•"/>
      <w:lvlJc w:val="left"/>
      <w:pPr>
        <w:ind w:left="6721" w:hanging="361"/>
      </w:pPr>
      <w:rPr>
        <w:rFonts w:hint="default"/>
        <w:lang w:val="id" w:eastAsia="en-US" w:bidi="ar-SA"/>
      </w:rPr>
    </w:lvl>
    <w:lvl w:ilvl="7" w:tplc="089236B6">
      <w:numFmt w:val="bullet"/>
      <w:lvlText w:val="•"/>
      <w:lvlJc w:val="left"/>
      <w:pPr>
        <w:ind w:left="7451" w:hanging="361"/>
      </w:pPr>
      <w:rPr>
        <w:rFonts w:hint="default"/>
        <w:lang w:val="id" w:eastAsia="en-US" w:bidi="ar-SA"/>
      </w:rPr>
    </w:lvl>
    <w:lvl w:ilvl="8" w:tplc="5896D518">
      <w:numFmt w:val="bullet"/>
      <w:lvlText w:val="•"/>
      <w:lvlJc w:val="left"/>
      <w:pPr>
        <w:ind w:left="8181" w:hanging="361"/>
      </w:pPr>
      <w:rPr>
        <w:rFonts w:hint="default"/>
        <w:lang w:val="id" w:eastAsia="en-US" w:bidi="ar-SA"/>
      </w:rPr>
    </w:lvl>
  </w:abstractNum>
  <w:abstractNum w:abstractNumId="19" w15:restartNumberingAfterBreak="0">
    <w:nsid w:val="3DC208FD"/>
    <w:multiLevelType w:val="hybridMultilevel"/>
    <w:tmpl w:val="8AC0677E"/>
    <w:lvl w:ilvl="0" w:tplc="C8D07792">
      <w:start w:val="1"/>
      <w:numFmt w:val="upperLetter"/>
      <w:lvlText w:val="%1."/>
      <w:lvlJc w:val="left"/>
      <w:pPr>
        <w:ind w:left="720" w:hanging="360"/>
      </w:pPr>
      <w:rPr>
        <w:rFonts w:ascii="Arial MT" w:eastAsia="Arial MT" w:hAnsi="Arial MT" w:cs="Arial MT" w:hint="default"/>
        <w:b/>
        <w:bCs/>
        <w:i w:val="0"/>
        <w:iCs w:val="0"/>
        <w:spacing w:val="0"/>
        <w:w w:val="100"/>
        <w:sz w:val="22"/>
        <w:szCs w:val="22"/>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A767CE"/>
    <w:multiLevelType w:val="hybridMultilevel"/>
    <w:tmpl w:val="EE887208"/>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3AD05EE"/>
    <w:multiLevelType w:val="hybridMultilevel"/>
    <w:tmpl w:val="1172902E"/>
    <w:lvl w:ilvl="0" w:tplc="CADACC6C">
      <w:start w:val="1"/>
      <w:numFmt w:val="decimal"/>
      <w:lvlText w:val="%1."/>
      <w:lvlJc w:val="left"/>
      <w:pPr>
        <w:ind w:left="1497" w:hanging="360"/>
      </w:pPr>
      <w:rPr>
        <w:rFonts w:ascii="Times New Roman" w:eastAsia="Times New Roman" w:hAnsi="Times New Roman" w:cs="Times New Roman" w:hint="default"/>
        <w:b w:val="0"/>
        <w:bCs w:val="0"/>
        <w:i w:val="0"/>
        <w:iCs w:val="0"/>
        <w:spacing w:val="0"/>
        <w:w w:val="100"/>
        <w:sz w:val="24"/>
        <w:szCs w:val="24"/>
        <w:lang w:val="id" w:eastAsia="en-US" w:bidi="ar-SA"/>
      </w:rPr>
    </w:lvl>
    <w:lvl w:ilvl="1" w:tplc="EA405260">
      <w:numFmt w:val="bullet"/>
      <w:lvlText w:val="•"/>
      <w:lvlJc w:val="left"/>
      <w:pPr>
        <w:ind w:left="2314" w:hanging="360"/>
      </w:pPr>
      <w:rPr>
        <w:rFonts w:hint="default"/>
        <w:lang w:val="id" w:eastAsia="en-US" w:bidi="ar-SA"/>
      </w:rPr>
    </w:lvl>
    <w:lvl w:ilvl="2" w:tplc="8B327982">
      <w:numFmt w:val="bullet"/>
      <w:lvlText w:val="•"/>
      <w:lvlJc w:val="left"/>
      <w:pPr>
        <w:ind w:left="3128" w:hanging="360"/>
      </w:pPr>
      <w:rPr>
        <w:rFonts w:hint="default"/>
        <w:lang w:val="id" w:eastAsia="en-US" w:bidi="ar-SA"/>
      </w:rPr>
    </w:lvl>
    <w:lvl w:ilvl="3" w:tplc="D5060492">
      <w:numFmt w:val="bullet"/>
      <w:lvlText w:val="•"/>
      <w:lvlJc w:val="left"/>
      <w:pPr>
        <w:ind w:left="3942" w:hanging="360"/>
      </w:pPr>
      <w:rPr>
        <w:rFonts w:hint="default"/>
        <w:lang w:val="id" w:eastAsia="en-US" w:bidi="ar-SA"/>
      </w:rPr>
    </w:lvl>
    <w:lvl w:ilvl="4" w:tplc="8EA00752">
      <w:numFmt w:val="bullet"/>
      <w:lvlText w:val="•"/>
      <w:lvlJc w:val="left"/>
      <w:pPr>
        <w:ind w:left="4756" w:hanging="360"/>
      </w:pPr>
      <w:rPr>
        <w:rFonts w:hint="default"/>
        <w:lang w:val="id" w:eastAsia="en-US" w:bidi="ar-SA"/>
      </w:rPr>
    </w:lvl>
    <w:lvl w:ilvl="5" w:tplc="4C744FDA">
      <w:numFmt w:val="bullet"/>
      <w:lvlText w:val="•"/>
      <w:lvlJc w:val="left"/>
      <w:pPr>
        <w:ind w:left="5571" w:hanging="360"/>
      </w:pPr>
      <w:rPr>
        <w:rFonts w:hint="default"/>
        <w:lang w:val="id" w:eastAsia="en-US" w:bidi="ar-SA"/>
      </w:rPr>
    </w:lvl>
    <w:lvl w:ilvl="6" w:tplc="AC62CD5E">
      <w:numFmt w:val="bullet"/>
      <w:lvlText w:val="•"/>
      <w:lvlJc w:val="left"/>
      <w:pPr>
        <w:ind w:left="6385" w:hanging="360"/>
      </w:pPr>
      <w:rPr>
        <w:rFonts w:hint="default"/>
        <w:lang w:val="id" w:eastAsia="en-US" w:bidi="ar-SA"/>
      </w:rPr>
    </w:lvl>
    <w:lvl w:ilvl="7" w:tplc="3DDEDA10">
      <w:numFmt w:val="bullet"/>
      <w:lvlText w:val="•"/>
      <w:lvlJc w:val="left"/>
      <w:pPr>
        <w:ind w:left="7199" w:hanging="360"/>
      </w:pPr>
      <w:rPr>
        <w:rFonts w:hint="default"/>
        <w:lang w:val="id" w:eastAsia="en-US" w:bidi="ar-SA"/>
      </w:rPr>
    </w:lvl>
    <w:lvl w:ilvl="8" w:tplc="242AE626">
      <w:numFmt w:val="bullet"/>
      <w:lvlText w:val="•"/>
      <w:lvlJc w:val="left"/>
      <w:pPr>
        <w:ind w:left="8013" w:hanging="360"/>
      </w:pPr>
      <w:rPr>
        <w:rFonts w:hint="default"/>
        <w:lang w:val="id" w:eastAsia="en-US" w:bidi="ar-SA"/>
      </w:rPr>
    </w:lvl>
  </w:abstractNum>
  <w:abstractNum w:abstractNumId="22" w15:restartNumberingAfterBreak="0">
    <w:nsid w:val="47764438"/>
    <w:multiLevelType w:val="hybridMultilevel"/>
    <w:tmpl w:val="C956A0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9896200"/>
    <w:multiLevelType w:val="hybridMultilevel"/>
    <w:tmpl w:val="1942551C"/>
    <w:lvl w:ilvl="0" w:tplc="3B3AB1F2">
      <w:start w:val="1"/>
      <w:numFmt w:val="lowerLetter"/>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24" w15:restartNumberingAfterBreak="0">
    <w:nsid w:val="49DE1D73"/>
    <w:multiLevelType w:val="hybridMultilevel"/>
    <w:tmpl w:val="1E143F12"/>
    <w:lvl w:ilvl="0" w:tplc="76340696">
      <w:start w:val="1"/>
      <w:numFmt w:val="lowerLetter"/>
      <w:lvlText w:val="%1."/>
      <w:lvlJc w:val="left"/>
      <w:pPr>
        <w:ind w:left="1778" w:hanging="360"/>
      </w:pPr>
      <w:rPr>
        <w:rFonts w:hint="default"/>
      </w:rPr>
    </w:lvl>
    <w:lvl w:ilvl="1" w:tplc="38090019" w:tentative="1">
      <w:start w:val="1"/>
      <w:numFmt w:val="lowerLetter"/>
      <w:lvlText w:val="%2."/>
      <w:lvlJc w:val="left"/>
      <w:pPr>
        <w:ind w:left="2498" w:hanging="360"/>
      </w:pPr>
    </w:lvl>
    <w:lvl w:ilvl="2" w:tplc="3809001B" w:tentative="1">
      <w:start w:val="1"/>
      <w:numFmt w:val="lowerRoman"/>
      <w:lvlText w:val="%3."/>
      <w:lvlJc w:val="right"/>
      <w:pPr>
        <w:ind w:left="3218" w:hanging="180"/>
      </w:pPr>
    </w:lvl>
    <w:lvl w:ilvl="3" w:tplc="3809000F" w:tentative="1">
      <w:start w:val="1"/>
      <w:numFmt w:val="decimal"/>
      <w:lvlText w:val="%4."/>
      <w:lvlJc w:val="left"/>
      <w:pPr>
        <w:ind w:left="3938" w:hanging="360"/>
      </w:pPr>
    </w:lvl>
    <w:lvl w:ilvl="4" w:tplc="38090019" w:tentative="1">
      <w:start w:val="1"/>
      <w:numFmt w:val="lowerLetter"/>
      <w:lvlText w:val="%5."/>
      <w:lvlJc w:val="left"/>
      <w:pPr>
        <w:ind w:left="4658" w:hanging="360"/>
      </w:pPr>
    </w:lvl>
    <w:lvl w:ilvl="5" w:tplc="3809001B" w:tentative="1">
      <w:start w:val="1"/>
      <w:numFmt w:val="lowerRoman"/>
      <w:lvlText w:val="%6."/>
      <w:lvlJc w:val="right"/>
      <w:pPr>
        <w:ind w:left="5378" w:hanging="180"/>
      </w:pPr>
    </w:lvl>
    <w:lvl w:ilvl="6" w:tplc="3809000F" w:tentative="1">
      <w:start w:val="1"/>
      <w:numFmt w:val="decimal"/>
      <w:lvlText w:val="%7."/>
      <w:lvlJc w:val="left"/>
      <w:pPr>
        <w:ind w:left="6098" w:hanging="360"/>
      </w:pPr>
    </w:lvl>
    <w:lvl w:ilvl="7" w:tplc="38090019" w:tentative="1">
      <w:start w:val="1"/>
      <w:numFmt w:val="lowerLetter"/>
      <w:lvlText w:val="%8."/>
      <w:lvlJc w:val="left"/>
      <w:pPr>
        <w:ind w:left="6818" w:hanging="360"/>
      </w:pPr>
    </w:lvl>
    <w:lvl w:ilvl="8" w:tplc="3809001B" w:tentative="1">
      <w:start w:val="1"/>
      <w:numFmt w:val="lowerRoman"/>
      <w:lvlText w:val="%9."/>
      <w:lvlJc w:val="right"/>
      <w:pPr>
        <w:ind w:left="7538" w:hanging="180"/>
      </w:pPr>
    </w:lvl>
  </w:abstractNum>
  <w:abstractNum w:abstractNumId="25" w15:restartNumberingAfterBreak="0">
    <w:nsid w:val="4D7723B0"/>
    <w:multiLevelType w:val="hybridMultilevel"/>
    <w:tmpl w:val="7450AC4E"/>
    <w:lvl w:ilvl="0" w:tplc="66E0139A">
      <w:start w:val="1"/>
      <w:numFmt w:val="decimal"/>
      <w:lvlText w:val="%1)"/>
      <w:lvlJc w:val="left"/>
      <w:pPr>
        <w:ind w:left="2772" w:hanging="360"/>
      </w:pPr>
      <w:rPr>
        <w:rFonts w:hint="default"/>
      </w:rPr>
    </w:lvl>
    <w:lvl w:ilvl="1" w:tplc="38090019" w:tentative="1">
      <w:start w:val="1"/>
      <w:numFmt w:val="lowerLetter"/>
      <w:lvlText w:val="%2."/>
      <w:lvlJc w:val="left"/>
      <w:pPr>
        <w:ind w:left="3492" w:hanging="360"/>
      </w:pPr>
    </w:lvl>
    <w:lvl w:ilvl="2" w:tplc="3809001B" w:tentative="1">
      <w:start w:val="1"/>
      <w:numFmt w:val="lowerRoman"/>
      <w:lvlText w:val="%3."/>
      <w:lvlJc w:val="right"/>
      <w:pPr>
        <w:ind w:left="4212" w:hanging="180"/>
      </w:pPr>
    </w:lvl>
    <w:lvl w:ilvl="3" w:tplc="3809000F" w:tentative="1">
      <w:start w:val="1"/>
      <w:numFmt w:val="decimal"/>
      <w:lvlText w:val="%4."/>
      <w:lvlJc w:val="left"/>
      <w:pPr>
        <w:ind w:left="4932" w:hanging="360"/>
      </w:pPr>
    </w:lvl>
    <w:lvl w:ilvl="4" w:tplc="38090019" w:tentative="1">
      <w:start w:val="1"/>
      <w:numFmt w:val="lowerLetter"/>
      <w:lvlText w:val="%5."/>
      <w:lvlJc w:val="left"/>
      <w:pPr>
        <w:ind w:left="5652" w:hanging="360"/>
      </w:pPr>
    </w:lvl>
    <w:lvl w:ilvl="5" w:tplc="3809001B" w:tentative="1">
      <w:start w:val="1"/>
      <w:numFmt w:val="lowerRoman"/>
      <w:lvlText w:val="%6."/>
      <w:lvlJc w:val="right"/>
      <w:pPr>
        <w:ind w:left="6372" w:hanging="180"/>
      </w:pPr>
    </w:lvl>
    <w:lvl w:ilvl="6" w:tplc="3809000F" w:tentative="1">
      <w:start w:val="1"/>
      <w:numFmt w:val="decimal"/>
      <w:lvlText w:val="%7."/>
      <w:lvlJc w:val="left"/>
      <w:pPr>
        <w:ind w:left="7092" w:hanging="360"/>
      </w:pPr>
    </w:lvl>
    <w:lvl w:ilvl="7" w:tplc="38090019" w:tentative="1">
      <w:start w:val="1"/>
      <w:numFmt w:val="lowerLetter"/>
      <w:lvlText w:val="%8."/>
      <w:lvlJc w:val="left"/>
      <w:pPr>
        <w:ind w:left="7812" w:hanging="360"/>
      </w:pPr>
    </w:lvl>
    <w:lvl w:ilvl="8" w:tplc="3809001B" w:tentative="1">
      <w:start w:val="1"/>
      <w:numFmt w:val="lowerRoman"/>
      <w:lvlText w:val="%9."/>
      <w:lvlJc w:val="right"/>
      <w:pPr>
        <w:ind w:left="8532" w:hanging="180"/>
      </w:pPr>
    </w:lvl>
  </w:abstractNum>
  <w:abstractNum w:abstractNumId="26" w15:restartNumberingAfterBreak="0">
    <w:nsid w:val="4EEA1B67"/>
    <w:multiLevelType w:val="hybridMultilevel"/>
    <w:tmpl w:val="CD4EC9D6"/>
    <w:lvl w:ilvl="0" w:tplc="D1F2E69E">
      <w:start w:val="1"/>
      <w:numFmt w:val="decimal"/>
      <w:lvlText w:val="%1."/>
      <w:lvlJc w:val="left"/>
      <w:pPr>
        <w:ind w:left="506" w:hanging="360"/>
      </w:pPr>
      <w:rPr>
        <w:rFonts w:ascii="Arial MT" w:eastAsia="Arial MT" w:hAnsi="Arial MT" w:cs="Arial MT" w:hint="default"/>
        <w:b w:val="0"/>
        <w:bCs w:val="0"/>
        <w:i w:val="0"/>
        <w:iCs w:val="0"/>
        <w:spacing w:val="0"/>
        <w:w w:val="100"/>
        <w:sz w:val="22"/>
        <w:szCs w:val="22"/>
        <w:lang w:val="id" w:eastAsia="en-US" w:bidi="ar-SA"/>
      </w:rPr>
    </w:lvl>
    <w:lvl w:ilvl="1" w:tplc="E182E434">
      <w:numFmt w:val="bullet"/>
      <w:lvlText w:val="•"/>
      <w:lvlJc w:val="left"/>
      <w:pPr>
        <w:ind w:left="826" w:hanging="360"/>
      </w:pPr>
      <w:rPr>
        <w:rFonts w:hint="default"/>
        <w:lang w:val="id" w:eastAsia="en-US" w:bidi="ar-SA"/>
      </w:rPr>
    </w:lvl>
    <w:lvl w:ilvl="2" w:tplc="510229D2">
      <w:numFmt w:val="bullet"/>
      <w:lvlText w:val="•"/>
      <w:lvlJc w:val="left"/>
      <w:pPr>
        <w:ind w:left="1153" w:hanging="360"/>
      </w:pPr>
      <w:rPr>
        <w:rFonts w:hint="default"/>
        <w:lang w:val="id" w:eastAsia="en-US" w:bidi="ar-SA"/>
      </w:rPr>
    </w:lvl>
    <w:lvl w:ilvl="3" w:tplc="E8744A92">
      <w:numFmt w:val="bullet"/>
      <w:lvlText w:val="•"/>
      <w:lvlJc w:val="left"/>
      <w:pPr>
        <w:ind w:left="1479" w:hanging="360"/>
      </w:pPr>
      <w:rPr>
        <w:rFonts w:hint="default"/>
        <w:lang w:val="id" w:eastAsia="en-US" w:bidi="ar-SA"/>
      </w:rPr>
    </w:lvl>
    <w:lvl w:ilvl="4" w:tplc="42B45C48">
      <w:numFmt w:val="bullet"/>
      <w:lvlText w:val="•"/>
      <w:lvlJc w:val="left"/>
      <w:pPr>
        <w:ind w:left="1806" w:hanging="360"/>
      </w:pPr>
      <w:rPr>
        <w:rFonts w:hint="default"/>
        <w:lang w:val="id" w:eastAsia="en-US" w:bidi="ar-SA"/>
      </w:rPr>
    </w:lvl>
    <w:lvl w:ilvl="5" w:tplc="927E5634">
      <w:numFmt w:val="bullet"/>
      <w:lvlText w:val="•"/>
      <w:lvlJc w:val="left"/>
      <w:pPr>
        <w:ind w:left="2132" w:hanging="360"/>
      </w:pPr>
      <w:rPr>
        <w:rFonts w:hint="default"/>
        <w:lang w:val="id" w:eastAsia="en-US" w:bidi="ar-SA"/>
      </w:rPr>
    </w:lvl>
    <w:lvl w:ilvl="6" w:tplc="98546564">
      <w:numFmt w:val="bullet"/>
      <w:lvlText w:val="•"/>
      <w:lvlJc w:val="left"/>
      <w:pPr>
        <w:ind w:left="2459" w:hanging="360"/>
      </w:pPr>
      <w:rPr>
        <w:rFonts w:hint="default"/>
        <w:lang w:val="id" w:eastAsia="en-US" w:bidi="ar-SA"/>
      </w:rPr>
    </w:lvl>
    <w:lvl w:ilvl="7" w:tplc="3DE860A4">
      <w:numFmt w:val="bullet"/>
      <w:lvlText w:val="•"/>
      <w:lvlJc w:val="left"/>
      <w:pPr>
        <w:ind w:left="2785" w:hanging="360"/>
      </w:pPr>
      <w:rPr>
        <w:rFonts w:hint="default"/>
        <w:lang w:val="id" w:eastAsia="en-US" w:bidi="ar-SA"/>
      </w:rPr>
    </w:lvl>
    <w:lvl w:ilvl="8" w:tplc="E1E83950">
      <w:numFmt w:val="bullet"/>
      <w:lvlText w:val="•"/>
      <w:lvlJc w:val="left"/>
      <w:pPr>
        <w:ind w:left="3112" w:hanging="360"/>
      </w:pPr>
      <w:rPr>
        <w:rFonts w:hint="default"/>
        <w:lang w:val="id" w:eastAsia="en-US" w:bidi="ar-SA"/>
      </w:rPr>
    </w:lvl>
  </w:abstractNum>
  <w:abstractNum w:abstractNumId="27" w15:restartNumberingAfterBreak="0">
    <w:nsid w:val="50307E71"/>
    <w:multiLevelType w:val="hybridMultilevel"/>
    <w:tmpl w:val="9ACE403E"/>
    <w:lvl w:ilvl="0" w:tplc="38090011">
      <w:start w:val="1"/>
      <w:numFmt w:val="decimal"/>
      <w:lvlText w:val="%1)"/>
      <w:lvlJc w:val="left"/>
      <w:pPr>
        <w:ind w:left="2346"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3077271"/>
    <w:multiLevelType w:val="hybridMultilevel"/>
    <w:tmpl w:val="5B7AB86E"/>
    <w:lvl w:ilvl="0" w:tplc="38090011">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33B4A11"/>
    <w:multiLevelType w:val="hybridMultilevel"/>
    <w:tmpl w:val="54C45616"/>
    <w:lvl w:ilvl="0" w:tplc="0C9ABB00">
      <w:start w:val="1"/>
      <w:numFmt w:val="upperLetter"/>
      <w:lvlText w:val="%1."/>
      <w:lvlJc w:val="left"/>
      <w:pPr>
        <w:ind w:left="1495" w:hanging="360"/>
      </w:pPr>
      <w:rPr>
        <w:rFonts w:hint="default"/>
        <w:spacing w:val="-2"/>
        <w:w w:val="100"/>
        <w:lang w:val="id" w:eastAsia="en-US" w:bidi="ar-SA"/>
      </w:rPr>
    </w:lvl>
    <w:lvl w:ilvl="1" w:tplc="82A43E4E">
      <w:start w:val="1"/>
      <w:numFmt w:val="decimal"/>
      <w:lvlText w:val="%2."/>
      <w:lvlJc w:val="left"/>
      <w:pPr>
        <w:ind w:left="1855" w:hanging="360"/>
      </w:pPr>
      <w:rPr>
        <w:rFonts w:hint="default"/>
        <w:spacing w:val="0"/>
        <w:w w:val="100"/>
        <w:lang w:val="id" w:eastAsia="en-US" w:bidi="ar-SA"/>
      </w:rPr>
    </w:lvl>
    <w:lvl w:ilvl="2" w:tplc="8F1EFB86">
      <w:start w:val="1"/>
      <w:numFmt w:val="lowerLetter"/>
      <w:lvlText w:val="%3."/>
      <w:lvlJc w:val="left"/>
      <w:pPr>
        <w:ind w:left="2191" w:hanging="360"/>
      </w:pPr>
      <w:rPr>
        <w:rFonts w:ascii="Arial MT" w:eastAsia="Arial MT" w:hAnsi="Arial MT" w:cs="Arial MT" w:hint="default"/>
        <w:b w:val="0"/>
        <w:bCs w:val="0"/>
        <w:i w:val="0"/>
        <w:iCs w:val="0"/>
        <w:spacing w:val="0"/>
        <w:w w:val="100"/>
        <w:sz w:val="22"/>
        <w:szCs w:val="22"/>
        <w:lang w:val="id" w:eastAsia="en-US" w:bidi="ar-SA"/>
      </w:rPr>
    </w:lvl>
    <w:lvl w:ilvl="3" w:tplc="DCCAE5A6">
      <w:numFmt w:val="bullet"/>
      <w:lvlText w:val="•"/>
      <w:lvlJc w:val="left"/>
      <w:pPr>
        <w:ind w:left="2206" w:hanging="360"/>
      </w:pPr>
      <w:rPr>
        <w:rFonts w:hint="default"/>
        <w:lang w:val="id" w:eastAsia="en-US" w:bidi="ar-SA"/>
      </w:rPr>
    </w:lvl>
    <w:lvl w:ilvl="4" w:tplc="A6405EF4">
      <w:numFmt w:val="bullet"/>
      <w:lvlText w:val="•"/>
      <w:lvlJc w:val="left"/>
      <w:pPr>
        <w:ind w:left="3297" w:hanging="360"/>
      </w:pPr>
      <w:rPr>
        <w:rFonts w:hint="default"/>
        <w:lang w:val="id" w:eastAsia="en-US" w:bidi="ar-SA"/>
      </w:rPr>
    </w:lvl>
    <w:lvl w:ilvl="5" w:tplc="13D057BC">
      <w:numFmt w:val="bullet"/>
      <w:lvlText w:val="•"/>
      <w:lvlJc w:val="left"/>
      <w:pPr>
        <w:ind w:left="4389" w:hanging="360"/>
      </w:pPr>
      <w:rPr>
        <w:rFonts w:hint="default"/>
        <w:lang w:val="id" w:eastAsia="en-US" w:bidi="ar-SA"/>
      </w:rPr>
    </w:lvl>
    <w:lvl w:ilvl="6" w:tplc="32D09C40">
      <w:numFmt w:val="bullet"/>
      <w:lvlText w:val="•"/>
      <w:lvlJc w:val="left"/>
      <w:pPr>
        <w:ind w:left="5481" w:hanging="360"/>
      </w:pPr>
      <w:rPr>
        <w:rFonts w:hint="default"/>
        <w:lang w:val="id" w:eastAsia="en-US" w:bidi="ar-SA"/>
      </w:rPr>
    </w:lvl>
    <w:lvl w:ilvl="7" w:tplc="EB3E66DA">
      <w:numFmt w:val="bullet"/>
      <w:lvlText w:val="•"/>
      <w:lvlJc w:val="left"/>
      <w:pPr>
        <w:ind w:left="6572" w:hanging="360"/>
      </w:pPr>
      <w:rPr>
        <w:rFonts w:hint="default"/>
        <w:lang w:val="id" w:eastAsia="en-US" w:bidi="ar-SA"/>
      </w:rPr>
    </w:lvl>
    <w:lvl w:ilvl="8" w:tplc="2018BC7C">
      <w:numFmt w:val="bullet"/>
      <w:lvlText w:val="•"/>
      <w:lvlJc w:val="left"/>
      <w:pPr>
        <w:ind w:left="7664" w:hanging="360"/>
      </w:pPr>
      <w:rPr>
        <w:rFonts w:hint="default"/>
        <w:lang w:val="id" w:eastAsia="en-US" w:bidi="ar-SA"/>
      </w:rPr>
    </w:lvl>
  </w:abstractNum>
  <w:abstractNum w:abstractNumId="30" w15:restartNumberingAfterBreak="0">
    <w:nsid w:val="5AEA17F4"/>
    <w:multiLevelType w:val="multilevel"/>
    <w:tmpl w:val="DF5A232A"/>
    <w:lvl w:ilvl="0">
      <w:start w:val="1"/>
      <w:numFmt w:val="decimal"/>
      <w:lvlText w:val="%1."/>
      <w:lvlJc w:val="left"/>
      <w:pPr>
        <w:tabs>
          <w:tab w:val="num" w:pos="720"/>
        </w:tabs>
        <w:ind w:left="720" w:hanging="360"/>
      </w:pPr>
      <w:rPr>
        <w:rFonts w:ascii="Arial" w:eastAsia="Arial MT" w:hAnsi="Arial" w:cs="Arial"/>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B9D6960"/>
    <w:multiLevelType w:val="hybridMultilevel"/>
    <w:tmpl w:val="C674F86C"/>
    <w:lvl w:ilvl="0" w:tplc="405C8056">
      <w:start w:val="1"/>
      <w:numFmt w:val="upperLetter"/>
      <w:lvlText w:val="%1."/>
      <w:lvlJc w:val="left"/>
      <w:pPr>
        <w:ind w:left="1289" w:hanging="360"/>
      </w:pPr>
      <w:rPr>
        <w:rFonts w:ascii="Arial" w:eastAsia="Arial" w:hAnsi="Arial" w:cs="Arial" w:hint="default"/>
        <w:b/>
        <w:bCs/>
        <w:i w:val="0"/>
        <w:iCs w:val="0"/>
        <w:spacing w:val="0"/>
        <w:w w:val="100"/>
        <w:sz w:val="22"/>
        <w:szCs w:val="22"/>
        <w:lang w:val="id" w:eastAsia="en-US" w:bidi="ar-SA"/>
      </w:rPr>
    </w:lvl>
    <w:lvl w:ilvl="1" w:tplc="C518B118">
      <w:start w:val="1"/>
      <w:numFmt w:val="decimal"/>
      <w:lvlText w:val="%2."/>
      <w:lvlJc w:val="left"/>
      <w:pPr>
        <w:ind w:left="1561" w:hanging="272"/>
      </w:pPr>
      <w:rPr>
        <w:rFonts w:ascii="Arial" w:eastAsia="Arial MT" w:hAnsi="Arial MT" w:cs="Arial MT"/>
        <w:spacing w:val="0"/>
        <w:w w:val="100"/>
        <w:lang w:val="id" w:eastAsia="en-US" w:bidi="ar-SA"/>
      </w:rPr>
    </w:lvl>
    <w:lvl w:ilvl="2" w:tplc="D1706C3C">
      <w:start w:val="1"/>
      <w:numFmt w:val="lowerLetter"/>
      <w:lvlText w:val="%3."/>
      <w:lvlJc w:val="left"/>
      <w:pPr>
        <w:ind w:left="1832" w:hanging="272"/>
      </w:pPr>
      <w:rPr>
        <w:rFonts w:ascii="Arial MT" w:eastAsia="Arial MT" w:hAnsi="Arial MT" w:cs="Arial MT"/>
        <w:b w:val="0"/>
        <w:bCs w:val="0"/>
        <w:i w:val="0"/>
        <w:iCs w:val="0"/>
        <w:spacing w:val="0"/>
        <w:w w:val="100"/>
        <w:sz w:val="22"/>
        <w:szCs w:val="22"/>
        <w:lang w:val="id" w:eastAsia="en-US" w:bidi="ar-SA"/>
      </w:rPr>
    </w:lvl>
    <w:lvl w:ilvl="3" w:tplc="CB6EC7CA">
      <w:numFmt w:val="bullet"/>
      <w:lvlText w:val="•"/>
      <w:lvlJc w:val="left"/>
      <w:pPr>
        <w:ind w:left="1920" w:hanging="272"/>
      </w:pPr>
      <w:rPr>
        <w:rFonts w:hint="default"/>
        <w:lang w:val="id" w:eastAsia="en-US" w:bidi="ar-SA"/>
      </w:rPr>
    </w:lvl>
    <w:lvl w:ilvl="4" w:tplc="4BA8BC72">
      <w:numFmt w:val="bullet"/>
      <w:lvlText w:val="•"/>
      <w:lvlJc w:val="left"/>
      <w:pPr>
        <w:ind w:left="2000" w:hanging="272"/>
      </w:pPr>
      <w:rPr>
        <w:rFonts w:hint="default"/>
        <w:lang w:val="id" w:eastAsia="en-US" w:bidi="ar-SA"/>
      </w:rPr>
    </w:lvl>
    <w:lvl w:ilvl="5" w:tplc="FD847A0A">
      <w:numFmt w:val="bullet"/>
      <w:lvlText w:val="•"/>
      <w:lvlJc w:val="left"/>
      <w:pPr>
        <w:ind w:left="2360" w:hanging="272"/>
      </w:pPr>
      <w:rPr>
        <w:rFonts w:hint="default"/>
        <w:lang w:val="id" w:eastAsia="en-US" w:bidi="ar-SA"/>
      </w:rPr>
    </w:lvl>
    <w:lvl w:ilvl="6" w:tplc="5B16ACE0">
      <w:numFmt w:val="bullet"/>
      <w:lvlText w:val="•"/>
      <w:lvlJc w:val="left"/>
      <w:pPr>
        <w:ind w:left="3816" w:hanging="272"/>
      </w:pPr>
      <w:rPr>
        <w:rFonts w:hint="default"/>
        <w:lang w:val="id" w:eastAsia="en-US" w:bidi="ar-SA"/>
      </w:rPr>
    </w:lvl>
    <w:lvl w:ilvl="7" w:tplc="AA90EE90">
      <w:numFmt w:val="bullet"/>
      <w:lvlText w:val="•"/>
      <w:lvlJc w:val="left"/>
      <w:pPr>
        <w:ind w:left="5272" w:hanging="272"/>
      </w:pPr>
      <w:rPr>
        <w:rFonts w:hint="default"/>
        <w:lang w:val="id" w:eastAsia="en-US" w:bidi="ar-SA"/>
      </w:rPr>
    </w:lvl>
    <w:lvl w:ilvl="8" w:tplc="BEBCD8F0">
      <w:numFmt w:val="bullet"/>
      <w:lvlText w:val="•"/>
      <w:lvlJc w:val="left"/>
      <w:pPr>
        <w:ind w:left="6729" w:hanging="272"/>
      </w:pPr>
      <w:rPr>
        <w:rFonts w:hint="default"/>
        <w:lang w:val="id" w:eastAsia="en-US" w:bidi="ar-SA"/>
      </w:rPr>
    </w:lvl>
  </w:abstractNum>
  <w:abstractNum w:abstractNumId="32" w15:restartNumberingAfterBreak="0">
    <w:nsid w:val="5FCE395E"/>
    <w:multiLevelType w:val="hybridMultilevel"/>
    <w:tmpl w:val="EE12DFD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673406AF"/>
    <w:multiLevelType w:val="hybridMultilevel"/>
    <w:tmpl w:val="33826E4E"/>
    <w:lvl w:ilvl="0" w:tplc="3EA81936">
      <w:start w:val="1"/>
      <w:numFmt w:val="decimal"/>
      <w:lvlText w:val="%1."/>
      <w:lvlJc w:val="left"/>
      <w:pPr>
        <w:ind w:left="1289" w:hanging="360"/>
      </w:pPr>
      <w:rPr>
        <w:rFonts w:ascii="Arial MT" w:eastAsia="Arial MT" w:hAnsi="Arial MT" w:cs="Arial MT" w:hint="default"/>
        <w:b w:val="0"/>
        <w:bCs w:val="0"/>
        <w:i w:val="0"/>
        <w:iCs w:val="0"/>
        <w:spacing w:val="0"/>
        <w:w w:val="100"/>
        <w:sz w:val="22"/>
        <w:szCs w:val="22"/>
        <w:lang w:val="id" w:eastAsia="en-US" w:bidi="ar-SA"/>
      </w:rPr>
    </w:lvl>
    <w:lvl w:ilvl="1" w:tplc="8E4EB49A">
      <w:numFmt w:val="bullet"/>
      <w:lvlText w:val="•"/>
      <w:lvlJc w:val="left"/>
      <w:pPr>
        <w:ind w:left="2116" w:hanging="360"/>
      </w:pPr>
      <w:rPr>
        <w:rFonts w:hint="default"/>
        <w:lang w:val="id" w:eastAsia="en-US" w:bidi="ar-SA"/>
      </w:rPr>
    </w:lvl>
    <w:lvl w:ilvl="2" w:tplc="FC68BB34">
      <w:numFmt w:val="bullet"/>
      <w:lvlText w:val="•"/>
      <w:lvlJc w:val="left"/>
      <w:pPr>
        <w:ind w:left="2952" w:hanging="360"/>
      </w:pPr>
      <w:rPr>
        <w:rFonts w:hint="default"/>
        <w:lang w:val="id" w:eastAsia="en-US" w:bidi="ar-SA"/>
      </w:rPr>
    </w:lvl>
    <w:lvl w:ilvl="3" w:tplc="5B0C5E42">
      <w:numFmt w:val="bullet"/>
      <w:lvlText w:val="•"/>
      <w:lvlJc w:val="left"/>
      <w:pPr>
        <w:ind w:left="3788" w:hanging="360"/>
      </w:pPr>
      <w:rPr>
        <w:rFonts w:hint="default"/>
        <w:lang w:val="id" w:eastAsia="en-US" w:bidi="ar-SA"/>
      </w:rPr>
    </w:lvl>
    <w:lvl w:ilvl="4" w:tplc="9244D8C0">
      <w:numFmt w:val="bullet"/>
      <w:lvlText w:val="•"/>
      <w:lvlJc w:val="left"/>
      <w:pPr>
        <w:ind w:left="4624" w:hanging="360"/>
      </w:pPr>
      <w:rPr>
        <w:rFonts w:hint="default"/>
        <w:lang w:val="id" w:eastAsia="en-US" w:bidi="ar-SA"/>
      </w:rPr>
    </w:lvl>
    <w:lvl w:ilvl="5" w:tplc="C4B02DE6">
      <w:numFmt w:val="bullet"/>
      <w:lvlText w:val="•"/>
      <w:lvlJc w:val="left"/>
      <w:pPr>
        <w:ind w:left="5461" w:hanging="360"/>
      </w:pPr>
      <w:rPr>
        <w:rFonts w:hint="default"/>
        <w:lang w:val="id" w:eastAsia="en-US" w:bidi="ar-SA"/>
      </w:rPr>
    </w:lvl>
    <w:lvl w:ilvl="6" w:tplc="2C7E411A">
      <w:numFmt w:val="bullet"/>
      <w:lvlText w:val="•"/>
      <w:lvlJc w:val="left"/>
      <w:pPr>
        <w:ind w:left="6297" w:hanging="360"/>
      </w:pPr>
      <w:rPr>
        <w:rFonts w:hint="default"/>
        <w:lang w:val="id" w:eastAsia="en-US" w:bidi="ar-SA"/>
      </w:rPr>
    </w:lvl>
    <w:lvl w:ilvl="7" w:tplc="F02A3D58">
      <w:numFmt w:val="bullet"/>
      <w:lvlText w:val="•"/>
      <w:lvlJc w:val="left"/>
      <w:pPr>
        <w:ind w:left="7133" w:hanging="360"/>
      </w:pPr>
      <w:rPr>
        <w:rFonts w:hint="default"/>
        <w:lang w:val="id" w:eastAsia="en-US" w:bidi="ar-SA"/>
      </w:rPr>
    </w:lvl>
    <w:lvl w:ilvl="8" w:tplc="DA1AC3C6">
      <w:numFmt w:val="bullet"/>
      <w:lvlText w:val="•"/>
      <w:lvlJc w:val="left"/>
      <w:pPr>
        <w:ind w:left="7969" w:hanging="360"/>
      </w:pPr>
      <w:rPr>
        <w:rFonts w:hint="default"/>
        <w:lang w:val="id" w:eastAsia="en-US" w:bidi="ar-SA"/>
      </w:rPr>
    </w:lvl>
  </w:abstractNum>
  <w:abstractNum w:abstractNumId="34" w15:restartNumberingAfterBreak="0">
    <w:nsid w:val="68DE6B04"/>
    <w:multiLevelType w:val="hybridMultilevel"/>
    <w:tmpl w:val="B060C01A"/>
    <w:lvl w:ilvl="0" w:tplc="55FC02EC">
      <w:start w:val="1"/>
      <w:numFmt w:val="upperLetter"/>
      <w:lvlText w:val="%1."/>
      <w:lvlJc w:val="left"/>
      <w:pPr>
        <w:ind w:left="1289" w:hanging="436"/>
        <w:jc w:val="right"/>
      </w:pPr>
      <w:rPr>
        <w:rFonts w:ascii="Arial" w:eastAsia="Arial" w:hAnsi="Arial" w:cs="Arial" w:hint="default"/>
        <w:b/>
        <w:bCs/>
        <w:i w:val="0"/>
        <w:iCs w:val="0"/>
        <w:spacing w:val="0"/>
        <w:w w:val="100"/>
        <w:sz w:val="22"/>
        <w:szCs w:val="22"/>
        <w:lang w:val="id" w:eastAsia="en-US" w:bidi="ar-SA"/>
      </w:rPr>
    </w:lvl>
    <w:lvl w:ilvl="1" w:tplc="8D846ACC">
      <w:start w:val="1"/>
      <w:numFmt w:val="decimal"/>
      <w:lvlText w:val="%2."/>
      <w:lvlJc w:val="left"/>
      <w:pPr>
        <w:ind w:left="1649" w:hanging="360"/>
      </w:pPr>
      <w:rPr>
        <w:rFonts w:hint="default"/>
        <w:spacing w:val="0"/>
        <w:w w:val="100"/>
        <w:lang w:val="id" w:eastAsia="en-US" w:bidi="ar-SA"/>
      </w:rPr>
    </w:lvl>
    <w:lvl w:ilvl="2" w:tplc="58005E6A">
      <w:start w:val="1"/>
      <w:numFmt w:val="lowerLetter"/>
      <w:lvlText w:val="%3."/>
      <w:lvlJc w:val="left"/>
      <w:pPr>
        <w:ind w:left="2009" w:hanging="356"/>
      </w:pPr>
      <w:rPr>
        <w:rFonts w:hint="default"/>
        <w:b/>
        <w:bCs/>
        <w:spacing w:val="0"/>
        <w:w w:val="100"/>
        <w:lang w:val="id" w:eastAsia="en-US" w:bidi="ar-SA"/>
      </w:rPr>
    </w:lvl>
    <w:lvl w:ilvl="3" w:tplc="2B56D33E">
      <w:start w:val="1"/>
      <w:numFmt w:val="decimal"/>
      <w:lvlText w:val="%4)"/>
      <w:lvlJc w:val="left"/>
      <w:pPr>
        <w:ind w:left="2345" w:hanging="421"/>
      </w:pPr>
      <w:rPr>
        <w:rFonts w:ascii="Arial MT" w:eastAsia="Arial MT" w:hAnsi="Arial MT" w:cs="Arial MT" w:hint="default"/>
        <w:b w:val="0"/>
        <w:bCs w:val="0"/>
        <w:i w:val="0"/>
        <w:iCs w:val="0"/>
        <w:spacing w:val="0"/>
        <w:w w:val="99"/>
        <w:sz w:val="22"/>
        <w:szCs w:val="22"/>
        <w:lang w:val="id" w:eastAsia="en-US" w:bidi="ar-SA"/>
      </w:rPr>
    </w:lvl>
    <w:lvl w:ilvl="4" w:tplc="976C9654">
      <w:numFmt w:val="bullet"/>
      <w:lvlText w:val="•"/>
      <w:lvlJc w:val="left"/>
      <w:pPr>
        <w:ind w:left="2420" w:hanging="421"/>
      </w:pPr>
      <w:rPr>
        <w:rFonts w:hint="default"/>
        <w:lang w:val="id" w:eastAsia="en-US" w:bidi="ar-SA"/>
      </w:rPr>
    </w:lvl>
    <w:lvl w:ilvl="5" w:tplc="B8BA5F3E">
      <w:numFmt w:val="bullet"/>
      <w:lvlText w:val="•"/>
      <w:lvlJc w:val="left"/>
      <w:pPr>
        <w:ind w:left="2500" w:hanging="421"/>
      </w:pPr>
      <w:rPr>
        <w:rFonts w:hint="default"/>
        <w:lang w:val="id" w:eastAsia="en-US" w:bidi="ar-SA"/>
      </w:rPr>
    </w:lvl>
    <w:lvl w:ilvl="6" w:tplc="20C8E4DA">
      <w:numFmt w:val="bullet"/>
      <w:lvlText w:val="•"/>
      <w:lvlJc w:val="left"/>
      <w:pPr>
        <w:ind w:left="2580" w:hanging="421"/>
      </w:pPr>
      <w:rPr>
        <w:rFonts w:hint="default"/>
        <w:lang w:val="id" w:eastAsia="en-US" w:bidi="ar-SA"/>
      </w:rPr>
    </w:lvl>
    <w:lvl w:ilvl="7" w:tplc="FE4431A4">
      <w:numFmt w:val="bullet"/>
      <w:lvlText w:val="•"/>
      <w:lvlJc w:val="left"/>
      <w:pPr>
        <w:ind w:left="2660" w:hanging="421"/>
      </w:pPr>
      <w:rPr>
        <w:rFonts w:hint="default"/>
        <w:lang w:val="id" w:eastAsia="en-US" w:bidi="ar-SA"/>
      </w:rPr>
    </w:lvl>
    <w:lvl w:ilvl="8" w:tplc="D63EB834">
      <w:numFmt w:val="bullet"/>
      <w:lvlText w:val="•"/>
      <w:lvlJc w:val="left"/>
      <w:pPr>
        <w:ind w:left="2740" w:hanging="421"/>
      </w:pPr>
      <w:rPr>
        <w:rFonts w:hint="default"/>
        <w:lang w:val="id" w:eastAsia="en-US" w:bidi="ar-SA"/>
      </w:rPr>
    </w:lvl>
  </w:abstractNum>
  <w:abstractNum w:abstractNumId="35" w15:restartNumberingAfterBreak="0">
    <w:nsid w:val="6AB44E3C"/>
    <w:multiLevelType w:val="hybridMultilevel"/>
    <w:tmpl w:val="4816F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C427583"/>
    <w:multiLevelType w:val="hybridMultilevel"/>
    <w:tmpl w:val="565A2DCA"/>
    <w:lvl w:ilvl="0" w:tplc="91781530">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37" w15:restartNumberingAfterBreak="0">
    <w:nsid w:val="6F2B13FD"/>
    <w:multiLevelType w:val="hybridMultilevel"/>
    <w:tmpl w:val="08528296"/>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26D02FA"/>
    <w:multiLevelType w:val="hybridMultilevel"/>
    <w:tmpl w:val="115666E4"/>
    <w:lvl w:ilvl="0" w:tplc="208C158C">
      <w:start w:val="1"/>
      <w:numFmt w:val="decimal"/>
      <w:lvlText w:val="%1."/>
      <w:lvlJc w:val="left"/>
      <w:pPr>
        <w:ind w:left="2773" w:hanging="360"/>
      </w:pPr>
      <w:rPr>
        <w:rFonts w:hint="default"/>
      </w:rPr>
    </w:lvl>
    <w:lvl w:ilvl="1" w:tplc="38090019" w:tentative="1">
      <w:start w:val="1"/>
      <w:numFmt w:val="lowerLetter"/>
      <w:lvlText w:val="%2."/>
      <w:lvlJc w:val="left"/>
      <w:pPr>
        <w:ind w:left="3493" w:hanging="360"/>
      </w:pPr>
    </w:lvl>
    <w:lvl w:ilvl="2" w:tplc="3809001B" w:tentative="1">
      <w:start w:val="1"/>
      <w:numFmt w:val="lowerRoman"/>
      <w:lvlText w:val="%3."/>
      <w:lvlJc w:val="right"/>
      <w:pPr>
        <w:ind w:left="4213" w:hanging="180"/>
      </w:pPr>
    </w:lvl>
    <w:lvl w:ilvl="3" w:tplc="3809000F" w:tentative="1">
      <w:start w:val="1"/>
      <w:numFmt w:val="decimal"/>
      <w:lvlText w:val="%4."/>
      <w:lvlJc w:val="left"/>
      <w:pPr>
        <w:ind w:left="4933" w:hanging="360"/>
      </w:pPr>
    </w:lvl>
    <w:lvl w:ilvl="4" w:tplc="38090019" w:tentative="1">
      <w:start w:val="1"/>
      <w:numFmt w:val="lowerLetter"/>
      <w:lvlText w:val="%5."/>
      <w:lvlJc w:val="left"/>
      <w:pPr>
        <w:ind w:left="5653" w:hanging="360"/>
      </w:pPr>
    </w:lvl>
    <w:lvl w:ilvl="5" w:tplc="3809001B" w:tentative="1">
      <w:start w:val="1"/>
      <w:numFmt w:val="lowerRoman"/>
      <w:lvlText w:val="%6."/>
      <w:lvlJc w:val="right"/>
      <w:pPr>
        <w:ind w:left="6373" w:hanging="180"/>
      </w:pPr>
    </w:lvl>
    <w:lvl w:ilvl="6" w:tplc="3809000F" w:tentative="1">
      <w:start w:val="1"/>
      <w:numFmt w:val="decimal"/>
      <w:lvlText w:val="%7."/>
      <w:lvlJc w:val="left"/>
      <w:pPr>
        <w:ind w:left="7093" w:hanging="360"/>
      </w:pPr>
    </w:lvl>
    <w:lvl w:ilvl="7" w:tplc="38090019" w:tentative="1">
      <w:start w:val="1"/>
      <w:numFmt w:val="lowerLetter"/>
      <w:lvlText w:val="%8."/>
      <w:lvlJc w:val="left"/>
      <w:pPr>
        <w:ind w:left="7813" w:hanging="360"/>
      </w:pPr>
    </w:lvl>
    <w:lvl w:ilvl="8" w:tplc="3809001B" w:tentative="1">
      <w:start w:val="1"/>
      <w:numFmt w:val="lowerRoman"/>
      <w:lvlText w:val="%9."/>
      <w:lvlJc w:val="right"/>
      <w:pPr>
        <w:ind w:left="8533" w:hanging="180"/>
      </w:pPr>
    </w:lvl>
  </w:abstractNum>
  <w:abstractNum w:abstractNumId="39" w15:restartNumberingAfterBreak="0">
    <w:nsid w:val="72F86FC0"/>
    <w:multiLevelType w:val="hybridMultilevel"/>
    <w:tmpl w:val="A75A95BE"/>
    <w:lvl w:ilvl="0" w:tplc="31D88CB0">
      <w:start w:val="1"/>
      <w:numFmt w:val="upperLetter"/>
      <w:lvlText w:val="%1."/>
      <w:lvlJc w:val="left"/>
      <w:pPr>
        <w:ind w:left="928" w:hanging="360"/>
      </w:pPr>
      <w:rPr>
        <w:rFonts w:hint="default"/>
        <w:b w:val="0"/>
        <w:bCs w:val="0"/>
      </w:rPr>
    </w:lvl>
    <w:lvl w:ilvl="1" w:tplc="38090019" w:tentative="1">
      <w:start w:val="1"/>
      <w:numFmt w:val="lowerLetter"/>
      <w:lvlText w:val="%2."/>
      <w:lvlJc w:val="left"/>
      <w:pPr>
        <w:ind w:left="1648" w:hanging="360"/>
      </w:pPr>
    </w:lvl>
    <w:lvl w:ilvl="2" w:tplc="3809001B" w:tentative="1">
      <w:start w:val="1"/>
      <w:numFmt w:val="lowerRoman"/>
      <w:lvlText w:val="%3."/>
      <w:lvlJc w:val="right"/>
      <w:pPr>
        <w:ind w:left="2368" w:hanging="180"/>
      </w:pPr>
    </w:lvl>
    <w:lvl w:ilvl="3" w:tplc="3809000F" w:tentative="1">
      <w:start w:val="1"/>
      <w:numFmt w:val="decimal"/>
      <w:lvlText w:val="%4."/>
      <w:lvlJc w:val="left"/>
      <w:pPr>
        <w:ind w:left="3088" w:hanging="360"/>
      </w:pPr>
    </w:lvl>
    <w:lvl w:ilvl="4" w:tplc="38090019" w:tentative="1">
      <w:start w:val="1"/>
      <w:numFmt w:val="lowerLetter"/>
      <w:lvlText w:val="%5."/>
      <w:lvlJc w:val="left"/>
      <w:pPr>
        <w:ind w:left="3808" w:hanging="360"/>
      </w:pPr>
    </w:lvl>
    <w:lvl w:ilvl="5" w:tplc="3809001B" w:tentative="1">
      <w:start w:val="1"/>
      <w:numFmt w:val="lowerRoman"/>
      <w:lvlText w:val="%6."/>
      <w:lvlJc w:val="right"/>
      <w:pPr>
        <w:ind w:left="4528" w:hanging="180"/>
      </w:pPr>
    </w:lvl>
    <w:lvl w:ilvl="6" w:tplc="3809000F" w:tentative="1">
      <w:start w:val="1"/>
      <w:numFmt w:val="decimal"/>
      <w:lvlText w:val="%7."/>
      <w:lvlJc w:val="left"/>
      <w:pPr>
        <w:ind w:left="5248" w:hanging="360"/>
      </w:pPr>
    </w:lvl>
    <w:lvl w:ilvl="7" w:tplc="38090019" w:tentative="1">
      <w:start w:val="1"/>
      <w:numFmt w:val="lowerLetter"/>
      <w:lvlText w:val="%8."/>
      <w:lvlJc w:val="left"/>
      <w:pPr>
        <w:ind w:left="5968" w:hanging="360"/>
      </w:pPr>
    </w:lvl>
    <w:lvl w:ilvl="8" w:tplc="3809001B" w:tentative="1">
      <w:start w:val="1"/>
      <w:numFmt w:val="lowerRoman"/>
      <w:lvlText w:val="%9."/>
      <w:lvlJc w:val="right"/>
      <w:pPr>
        <w:ind w:left="6688" w:hanging="180"/>
      </w:pPr>
    </w:lvl>
  </w:abstractNum>
  <w:abstractNum w:abstractNumId="40" w15:restartNumberingAfterBreak="0">
    <w:nsid w:val="74D3139F"/>
    <w:multiLevelType w:val="hybridMultilevel"/>
    <w:tmpl w:val="CA26B85E"/>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75785B93"/>
    <w:multiLevelType w:val="hybridMultilevel"/>
    <w:tmpl w:val="CDDADDA0"/>
    <w:lvl w:ilvl="0" w:tplc="C352BDAA">
      <w:start w:val="1"/>
      <w:numFmt w:val="upperLetter"/>
      <w:lvlText w:val="%1."/>
      <w:lvlJc w:val="left"/>
      <w:pPr>
        <w:ind w:left="1288" w:hanging="360"/>
      </w:pPr>
      <w:rPr>
        <w:rFonts w:hint="default"/>
        <w:b w:val="0"/>
        <w:bCs w:val="0"/>
      </w:rPr>
    </w:lvl>
    <w:lvl w:ilvl="1" w:tplc="38090019" w:tentative="1">
      <w:start w:val="1"/>
      <w:numFmt w:val="lowerLetter"/>
      <w:lvlText w:val="%2."/>
      <w:lvlJc w:val="left"/>
      <w:pPr>
        <w:ind w:left="2008" w:hanging="360"/>
      </w:pPr>
    </w:lvl>
    <w:lvl w:ilvl="2" w:tplc="3809001B" w:tentative="1">
      <w:start w:val="1"/>
      <w:numFmt w:val="lowerRoman"/>
      <w:lvlText w:val="%3."/>
      <w:lvlJc w:val="right"/>
      <w:pPr>
        <w:ind w:left="2728" w:hanging="180"/>
      </w:pPr>
    </w:lvl>
    <w:lvl w:ilvl="3" w:tplc="3809000F" w:tentative="1">
      <w:start w:val="1"/>
      <w:numFmt w:val="decimal"/>
      <w:lvlText w:val="%4."/>
      <w:lvlJc w:val="left"/>
      <w:pPr>
        <w:ind w:left="3448" w:hanging="360"/>
      </w:pPr>
    </w:lvl>
    <w:lvl w:ilvl="4" w:tplc="38090019" w:tentative="1">
      <w:start w:val="1"/>
      <w:numFmt w:val="lowerLetter"/>
      <w:lvlText w:val="%5."/>
      <w:lvlJc w:val="left"/>
      <w:pPr>
        <w:ind w:left="4168" w:hanging="360"/>
      </w:pPr>
    </w:lvl>
    <w:lvl w:ilvl="5" w:tplc="3809001B" w:tentative="1">
      <w:start w:val="1"/>
      <w:numFmt w:val="lowerRoman"/>
      <w:lvlText w:val="%6."/>
      <w:lvlJc w:val="right"/>
      <w:pPr>
        <w:ind w:left="4888" w:hanging="180"/>
      </w:pPr>
    </w:lvl>
    <w:lvl w:ilvl="6" w:tplc="3809000F" w:tentative="1">
      <w:start w:val="1"/>
      <w:numFmt w:val="decimal"/>
      <w:lvlText w:val="%7."/>
      <w:lvlJc w:val="left"/>
      <w:pPr>
        <w:ind w:left="5608" w:hanging="360"/>
      </w:pPr>
    </w:lvl>
    <w:lvl w:ilvl="7" w:tplc="38090019" w:tentative="1">
      <w:start w:val="1"/>
      <w:numFmt w:val="lowerLetter"/>
      <w:lvlText w:val="%8."/>
      <w:lvlJc w:val="left"/>
      <w:pPr>
        <w:ind w:left="6328" w:hanging="360"/>
      </w:pPr>
    </w:lvl>
    <w:lvl w:ilvl="8" w:tplc="3809001B" w:tentative="1">
      <w:start w:val="1"/>
      <w:numFmt w:val="lowerRoman"/>
      <w:lvlText w:val="%9."/>
      <w:lvlJc w:val="right"/>
      <w:pPr>
        <w:ind w:left="7048" w:hanging="180"/>
      </w:pPr>
    </w:lvl>
  </w:abstractNum>
  <w:abstractNum w:abstractNumId="42" w15:restartNumberingAfterBreak="0">
    <w:nsid w:val="776F3E65"/>
    <w:multiLevelType w:val="hybridMultilevel"/>
    <w:tmpl w:val="D23281F0"/>
    <w:lvl w:ilvl="0" w:tplc="409297B4">
      <w:start w:val="1"/>
      <w:numFmt w:val="decimal"/>
      <w:lvlText w:val="%1."/>
      <w:lvlJc w:val="left"/>
      <w:pPr>
        <w:ind w:left="1497" w:hanging="360"/>
      </w:pPr>
      <w:rPr>
        <w:rFonts w:ascii="Times New Roman" w:eastAsia="Times New Roman" w:hAnsi="Times New Roman" w:cs="Times New Roman" w:hint="default"/>
        <w:b w:val="0"/>
        <w:bCs w:val="0"/>
        <w:i w:val="0"/>
        <w:iCs w:val="0"/>
        <w:spacing w:val="0"/>
        <w:w w:val="100"/>
        <w:sz w:val="24"/>
        <w:szCs w:val="24"/>
        <w:lang w:val="id" w:eastAsia="en-US" w:bidi="ar-SA"/>
      </w:rPr>
    </w:lvl>
    <w:lvl w:ilvl="1" w:tplc="79588A8C">
      <w:numFmt w:val="bullet"/>
      <w:lvlText w:val="•"/>
      <w:lvlJc w:val="left"/>
      <w:pPr>
        <w:ind w:left="2314" w:hanging="360"/>
      </w:pPr>
      <w:rPr>
        <w:rFonts w:hint="default"/>
        <w:lang w:val="id" w:eastAsia="en-US" w:bidi="ar-SA"/>
      </w:rPr>
    </w:lvl>
    <w:lvl w:ilvl="2" w:tplc="849CFDA4">
      <w:numFmt w:val="bullet"/>
      <w:lvlText w:val="•"/>
      <w:lvlJc w:val="left"/>
      <w:pPr>
        <w:ind w:left="3128" w:hanging="360"/>
      </w:pPr>
      <w:rPr>
        <w:rFonts w:hint="default"/>
        <w:lang w:val="id" w:eastAsia="en-US" w:bidi="ar-SA"/>
      </w:rPr>
    </w:lvl>
    <w:lvl w:ilvl="3" w:tplc="189A32D4">
      <w:numFmt w:val="bullet"/>
      <w:lvlText w:val="•"/>
      <w:lvlJc w:val="left"/>
      <w:pPr>
        <w:ind w:left="3942" w:hanging="360"/>
      </w:pPr>
      <w:rPr>
        <w:rFonts w:hint="default"/>
        <w:lang w:val="id" w:eastAsia="en-US" w:bidi="ar-SA"/>
      </w:rPr>
    </w:lvl>
    <w:lvl w:ilvl="4" w:tplc="6C86DE5E">
      <w:numFmt w:val="bullet"/>
      <w:lvlText w:val="•"/>
      <w:lvlJc w:val="left"/>
      <w:pPr>
        <w:ind w:left="4756" w:hanging="360"/>
      </w:pPr>
      <w:rPr>
        <w:rFonts w:hint="default"/>
        <w:lang w:val="id" w:eastAsia="en-US" w:bidi="ar-SA"/>
      </w:rPr>
    </w:lvl>
    <w:lvl w:ilvl="5" w:tplc="38DA7DA8">
      <w:numFmt w:val="bullet"/>
      <w:lvlText w:val="•"/>
      <w:lvlJc w:val="left"/>
      <w:pPr>
        <w:ind w:left="5571" w:hanging="360"/>
      </w:pPr>
      <w:rPr>
        <w:rFonts w:hint="default"/>
        <w:lang w:val="id" w:eastAsia="en-US" w:bidi="ar-SA"/>
      </w:rPr>
    </w:lvl>
    <w:lvl w:ilvl="6" w:tplc="0FB8462E">
      <w:numFmt w:val="bullet"/>
      <w:lvlText w:val="•"/>
      <w:lvlJc w:val="left"/>
      <w:pPr>
        <w:ind w:left="6385" w:hanging="360"/>
      </w:pPr>
      <w:rPr>
        <w:rFonts w:hint="default"/>
        <w:lang w:val="id" w:eastAsia="en-US" w:bidi="ar-SA"/>
      </w:rPr>
    </w:lvl>
    <w:lvl w:ilvl="7" w:tplc="CF8CC160">
      <w:numFmt w:val="bullet"/>
      <w:lvlText w:val="•"/>
      <w:lvlJc w:val="left"/>
      <w:pPr>
        <w:ind w:left="7199" w:hanging="360"/>
      </w:pPr>
      <w:rPr>
        <w:rFonts w:hint="default"/>
        <w:lang w:val="id" w:eastAsia="en-US" w:bidi="ar-SA"/>
      </w:rPr>
    </w:lvl>
    <w:lvl w:ilvl="8" w:tplc="13F04F9A">
      <w:numFmt w:val="bullet"/>
      <w:lvlText w:val="•"/>
      <w:lvlJc w:val="left"/>
      <w:pPr>
        <w:ind w:left="8013" w:hanging="360"/>
      </w:pPr>
      <w:rPr>
        <w:rFonts w:hint="default"/>
        <w:lang w:val="id" w:eastAsia="en-US" w:bidi="ar-SA"/>
      </w:rPr>
    </w:lvl>
  </w:abstractNum>
  <w:abstractNum w:abstractNumId="43" w15:restartNumberingAfterBreak="0">
    <w:nsid w:val="778D3DC5"/>
    <w:multiLevelType w:val="hybridMultilevel"/>
    <w:tmpl w:val="BFC22DF2"/>
    <w:lvl w:ilvl="0" w:tplc="B9765CCC">
      <w:start w:val="1"/>
      <w:numFmt w:val="lowerLetter"/>
      <w:lvlText w:val="%1."/>
      <w:lvlJc w:val="left"/>
      <w:pPr>
        <w:ind w:left="720" w:hanging="360"/>
      </w:pPr>
      <w:rPr>
        <w:rFonts w:ascii="Arial MT" w:eastAsia="Arial MT" w:hAnsi="Arial MT" w:cs="Arial MT"/>
        <w:b w:val="0"/>
        <w:bCs w:val="0"/>
        <w:i w:val="0"/>
        <w:iCs w:val="0"/>
        <w:spacing w:val="0"/>
        <w:w w:val="100"/>
        <w:sz w:val="22"/>
        <w:szCs w:val="22"/>
        <w:lang w:val="id"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8AC4293"/>
    <w:multiLevelType w:val="hybridMultilevel"/>
    <w:tmpl w:val="66400FB8"/>
    <w:lvl w:ilvl="0" w:tplc="89449758">
      <w:start w:val="1"/>
      <w:numFmt w:val="upperLetter"/>
      <w:lvlText w:val="%1."/>
      <w:lvlJc w:val="left"/>
      <w:pPr>
        <w:ind w:left="1077" w:hanging="268"/>
      </w:pPr>
      <w:rPr>
        <w:rFonts w:ascii="Arial MT" w:eastAsia="Arial MT" w:hAnsi="Arial MT" w:cs="Arial MT" w:hint="default"/>
        <w:b w:val="0"/>
        <w:bCs w:val="0"/>
        <w:i w:val="0"/>
        <w:iCs w:val="0"/>
        <w:spacing w:val="0"/>
        <w:w w:val="100"/>
        <w:sz w:val="22"/>
        <w:szCs w:val="22"/>
        <w:lang w:val="id" w:eastAsia="en-US" w:bidi="ar-SA"/>
      </w:rPr>
    </w:lvl>
    <w:lvl w:ilvl="1" w:tplc="8F2ACD00">
      <w:numFmt w:val="bullet"/>
      <w:lvlText w:val="•"/>
      <w:lvlJc w:val="left"/>
      <w:pPr>
        <w:ind w:left="1936" w:hanging="268"/>
      </w:pPr>
      <w:rPr>
        <w:rFonts w:hint="default"/>
        <w:lang w:val="id" w:eastAsia="en-US" w:bidi="ar-SA"/>
      </w:rPr>
    </w:lvl>
    <w:lvl w:ilvl="2" w:tplc="145688E4">
      <w:numFmt w:val="bullet"/>
      <w:lvlText w:val="•"/>
      <w:lvlJc w:val="left"/>
      <w:pPr>
        <w:ind w:left="2792" w:hanging="268"/>
      </w:pPr>
      <w:rPr>
        <w:rFonts w:hint="default"/>
        <w:lang w:val="id" w:eastAsia="en-US" w:bidi="ar-SA"/>
      </w:rPr>
    </w:lvl>
    <w:lvl w:ilvl="3" w:tplc="FD8A5BA6">
      <w:numFmt w:val="bullet"/>
      <w:lvlText w:val="•"/>
      <w:lvlJc w:val="left"/>
      <w:pPr>
        <w:ind w:left="3648" w:hanging="268"/>
      </w:pPr>
      <w:rPr>
        <w:rFonts w:hint="default"/>
        <w:lang w:val="id" w:eastAsia="en-US" w:bidi="ar-SA"/>
      </w:rPr>
    </w:lvl>
    <w:lvl w:ilvl="4" w:tplc="634A8B1A">
      <w:numFmt w:val="bullet"/>
      <w:lvlText w:val="•"/>
      <w:lvlJc w:val="left"/>
      <w:pPr>
        <w:ind w:left="4504" w:hanging="268"/>
      </w:pPr>
      <w:rPr>
        <w:rFonts w:hint="default"/>
        <w:lang w:val="id" w:eastAsia="en-US" w:bidi="ar-SA"/>
      </w:rPr>
    </w:lvl>
    <w:lvl w:ilvl="5" w:tplc="06449AE2">
      <w:numFmt w:val="bullet"/>
      <w:lvlText w:val="•"/>
      <w:lvlJc w:val="left"/>
      <w:pPr>
        <w:ind w:left="5361" w:hanging="268"/>
      </w:pPr>
      <w:rPr>
        <w:rFonts w:hint="default"/>
        <w:lang w:val="id" w:eastAsia="en-US" w:bidi="ar-SA"/>
      </w:rPr>
    </w:lvl>
    <w:lvl w:ilvl="6" w:tplc="6276D270">
      <w:numFmt w:val="bullet"/>
      <w:lvlText w:val="•"/>
      <w:lvlJc w:val="left"/>
      <w:pPr>
        <w:ind w:left="6217" w:hanging="268"/>
      </w:pPr>
      <w:rPr>
        <w:rFonts w:hint="default"/>
        <w:lang w:val="id" w:eastAsia="en-US" w:bidi="ar-SA"/>
      </w:rPr>
    </w:lvl>
    <w:lvl w:ilvl="7" w:tplc="990E32B0">
      <w:numFmt w:val="bullet"/>
      <w:lvlText w:val="•"/>
      <w:lvlJc w:val="left"/>
      <w:pPr>
        <w:ind w:left="7073" w:hanging="268"/>
      </w:pPr>
      <w:rPr>
        <w:rFonts w:hint="default"/>
        <w:lang w:val="id" w:eastAsia="en-US" w:bidi="ar-SA"/>
      </w:rPr>
    </w:lvl>
    <w:lvl w:ilvl="8" w:tplc="DA94196C">
      <w:numFmt w:val="bullet"/>
      <w:lvlText w:val="•"/>
      <w:lvlJc w:val="left"/>
      <w:pPr>
        <w:ind w:left="7929" w:hanging="268"/>
      </w:pPr>
      <w:rPr>
        <w:rFonts w:hint="default"/>
        <w:lang w:val="id" w:eastAsia="en-US" w:bidi="ar-SA"/>
      </w:rPr>
    </w:lvl>
  </w:abstractNum>
  <w:abstractNum w:abstractNumId="45" w15:restartNumberingAfterBreak="0">
    <w:nsid w:val="7BF009BA"/>
    <w:multiLevelType w:val="hybridMultilevel"/>
    <w:tmpl w:val="33826E4E"/>
    <w:lvl w:ilvl="0" w:tplc="FFFFFFFF">
      <w:start w:val="1"/>
      <w:numFmt w:val="decimal"/>
      <w:lvlText w:val="%1."/>
      <w:lvlJc w:val="left"/>
      <w:pPr>
        <w:ind w:left="1289" w:hanging="360"/>
      </w:pPr>
      <w:rPr>
        <w:rFonts w:ascii="Arial MT" w:eastAsia="Arial MT" w:hAnsi="Arial MT" w:cs="Arial MT" w:hint="default"/>
        <w:b w:val="0"/>
        <w:bCs w:val="0"/>
        <w:i w:val="0"/>
        <w:iCs w:val="0"/>
        <w:spacing w:val="0"/>
        <w:w w:val="100"/>
        <w:sz w:val="22"/>
        <w:szCs w:val="22"/>
        <w:lang w:val="id" w:eastAsia="en-US" w:bidi="ar-SA"/>
      </w:rPr>
    </w:lvl>
    <w:lvl w:ilvl="1" w:tplc="FFFFFFFF">
      <w:numFmt w:val="bullet"/>
      <w:lvlText w:val="•"/>
      <w:lvlJc w:val="left"/>
      <w:pPr>
        <w:ind w:left="2116" w:hanging="360"/>
      </w:pPr>
      <w:rPr>
        <w:rFonts w:hint="default"/>
        <w:lang w:val="id" w:eastAsia="en-US" w:bidi="ar-SA"/>
      </w:rPr>
    </w:lvl>
    <w:lvl w:ilvl="2" w:tplc="FFFFFFFF">
      <w:numFmt w:val="bullet"/>
      <w:lvlText w:val="•"/>
      <w:lvlJc w:val="left"/>
      <w:pPr>
        <w:ind w:left="2952" w:hanging="360"/>
      </w:pPr>
      <w:rPr>
        <w:rFonts w:hint="default"/>
        <w:lang w:val="id" w:eastAsia="en-US" w:bidi="ar-SA"/>
      </w:rPr>
    </w:lvl>
    <w:lvl w:ilvl="3" w:tplc="FFFFFFFF">
      <w:numFmt w:val="bullet"/>
      <w:lvlText w:val="•"/>
      <w:lvlJc w:val="left"/>
      <w:pPr>
        <w:ind w:left="3788" w:hanging="360"/>
      </w:pPr>
      <w:rPr>
        <w:rFonts w:hint="default"/>
        <w:lang w:val="id" w:eastAsia="en-US" w:bidi="ar-SA"/>
      </w:rPr>
    </w:lvl>
    <w:lvl w:ilvl="4" w:tplc="FFFFFFFF">
      <w:numFmt w:val="bullet"/>
      <w:lvlText w:val="•"/>
      <w:lvlJc w:val="left"/>
      <w:pPr>
        <w:ind w:left="4624" w:hanging="360"/>
      </w:pPr>
      <w:rPr>
        <w:rFonts w:hint="default"/>
        <w:lang w:val="id" w:eastAsia="en-US" w:bidi="ar-SA"/>
      </w:rPr>
    </w:lvl>
    <w:lvl w:ilvl="5" w:tplc="FFFFFFFF">
      <w:numFmt w:val="bullet"/>
      <w:lvlText w:val="•"/>
      <w:lvlJc w:val="left"/>
      <w:pPr>
        <w:ind w:left="5461" w:hanging="360"/>
      </w:pPr>
      <w:rPr>
        <w:rFonts w:hint="default"/>
        <w:lang w:val="id" w:eastAsia="en-US" w:bidi="ar-SA"/>
      </w:rPr>
    </w:lvl>
    <w:lvl w:ilvl="6" w:tplc="FFFFFFFF">
      <w:numFmt w:val="bullet"/>
      <w:lvlText w:val="•"/>
      <w:lvlJc w:val="left"/>
      <w:pPr>
        <w:ind w:left="6297" w:hanging="360"/>
      </w:pPr>
      <w:rPr>
        <w:rFonts w:hint="default"/>
        <w:lang w:val="id" w:eastAsia="en-US" w:bidi="ar-SA"/>
      </w:rPr>
    </w:lvl>
    <w:lvl w:ilvl="7" w:tplc="FFFFFFFF">
      <w:numFmt w:val="bullet"/>
      <w:lvlText w:val="•"/>
      <w:lvlJc w:val="left"/>
      <w:pPr>
        <w:ind w:left="7133" w:hanging="360"/>
      </w:pPr>
      <w:rPr>
        <w:rFonts w:hint="default"/>
        <w:lang w:val="id" w:eastAsia="en-US" w:bidi="ar-SA"/>
      </w:rPr>
    </w:lvl>
    <w:lvl w:ilvl="8" w:tplc="FFFFFFFF">
      <w:numFmt w:val="bullet"/>
      <w:lvlText w:val="•"/>
      <w:lvlJc w:val="left"/>
      <w:pPr>
        <w:ind w:left="7969" w:hanging="360"/>
      </w:pPr>
      <w:rPr>
        <w:rFonts w:hint="default"/>
        <w:lang w:val="id" w:eastAsia="en-US" w:bidi="ar-SA"/>
      </w:rPr>
    </w:lvl>
  </w:abstractNum>
  <w:num w:numId="1">
    <w:abstractNumId w:val="21"/>
  </w:num>
  <w:num w:numId="2">
    <w:abstractNumId w:val="42"/>
  </w:num>
  <w:num w:numId="3">
    <w:abstractNumId w:val="31"/>
  </w:num>
  <w:num w:numId="4">
    <w:abstractNumId w:val="26"/>
  </w:num>
  <w:num w:numId="5">
    <w:abstractNumId w:val="14"/>
  </w:num>
  <w:num w:numId="6">
    <w:abstractNumId w:val="18"/>
  </w:num>
  <w:num w:numId="7">
    <w:abstractNumId w:val="34"/>
  </w:num>
  <w:num w:numId="8">
    <w:abstractNumId w:val="29"/>
  </w:num>
  <w:num w:numId="9">
    <w:abstractNumId w:val="11"/>
  </w:num>
  <w:num w:numId="10">
    <w:abstractNumId w:val="44"/>
  </w:num>
  <w:num w:numId="11">
    <w:abstractNumId w:val="10"/>
  </w:num>
  <w:num w:numId="12">
    <w:abstractNumId w:val="33"/>
  </w:num>
  <w:num w:numId="13">
    <w:abstractNumId w:val="45"/>
  </w:num>
  <w:num w:numId="14">
    <w:abstractNumId w:val="22"/>
  </w:num>
  <w:num w:numId="15">
    <w:abstractNumId w:val="38"/>
  </w:num>
  <w:num w:numId="16">
    <w:abstractNumId w:val="27"/>
  </w:num>
  <w:num w:numId="17">
    <w:abstractNumId w:val="28"/>
  </w:num>
  <w:num w:numId="18">
    <w:abstractNumId w:val="12"/>
  </w:num>
  <w:num w:numId="19">
    <w:abstractNumId w:val="25"/>
  </w:num>
  <w:num w:numId="20">
    <w:abstractNumId w:val="19"/>
  </w:num>
  <w:num w:numId="21">
    <w:abstractNumId w:val="35"/>
  </w:num>
  <w:num w:numId="22">
    <w:abstractNumId w:val="43"/>
  </w:num>
  <w:num w:numId="23">
    <w:abstractNumId w:val="16"/>
  </w:num>
  <w:num w:numId="24">
    <w:abstractNumId w:val="9"/>
  </w:num>
  <w:num w:numId="25">
    <w:abstractNumId w:val="41"/>
  </w:num>
  <w:num w:numId="26">
    <w:abstractNumId w:val="39"/>
  </w:num>
  <w:num w:numId="27">
    <w:abstractNumId w:val="37"/>
  </w:num>
  <w:num w:numId="28">
    <w:abstractNumId w:val="20"/>
  </w:num>
  <w:num w:numId="29">
    <w:abstractNumId w:val="13"/>
  </w:num>
  <w:num w:numId="30">
    <w:abstractNumId w:val="40"/>
  </w:num>
  <w:num w:numId="31">
    <w:abstractNumId w:val="36"/>
  </w:num>
  <w:num w:numId="32">
    <w:abstractNumId w:val="24"/>
  </w:num>
  <w:num w:numId="33">
    <w:abstractNumId w:val="23"/>
  </w:num>
  <w:num w:numId="34">
    <w:abstractNumId w:val="30"/>
  </w:num>
  <w:num w:numId="35">
    <w:abstractNumId w:val="15"/>
  </w:num>
  <w:num w:numId="36">
    <w:abstractNumId w:val="8"/>
  </w:num>
  <w:num w:numId="37">
    <w:abstractNumId w:val="6"/>
  </w:num>
  <w:num w:numId="38">
    <w:abstractNumId w:val="5"/>
  </w:num>
  <w:num w:numId="39">
    <w:abstractNumId w:val="4"/>
  </w:num>
  <w:num w:numId="40">
    <w:abstractNumId w:val="7"/>
  </w:num>
  <w:num w:numId="41">
    <w:abstractNumId w:val="3"/>
  </w:num>
  <w:num w:numId="42">
    <w:abstractNumId w:val="2"/>
  </w:num>
  <w:num w:numId="43">
    <w:abstractNumId w:val="1"/>
  </w:num>
  <w:num w:numId="44">
    <w:abstractNumId w:val="0"/>
  </w:num>
  <w:num w:numId="45">
    <w:abstractNumId w:val="32"/>
  </w:num>
  <w:num w:numId="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9"/>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B98"/>
    <w:rsid w:val="00032106"/>
    <w:rsid w:val="00041387"/>
    <w:rsid w:val="00063AD8"/>
    <w:rsid w:val="00063F39"/>
    <w:rsid w:val="00137244"/>
    <w:rsid w:val="00145753"/>
    <w:rsid w:val="00165714"/>
    <w:rsid w:val="00182802"/>
    <w:rsid w:val="001828D1"/>
    <w:rsid w:val="001B1047"/>
    <w:rsid w:val="001C379C"/>
    <w:rsid w:val="001D2BED"/>
    <w:rsid w:val="001E562F"/>
    <w:rsid w:val="001E691C"/>
    <w:rsid w:val="002001E5"/>
    <w:rsid w:val="00200F17"/>
    <w:rsid w:val="00204547"/>
    <w:rsid w:val="002104EF"/>
    <w:rsid w:val="0021292E"/>
    <w:rsid w:val="00233D7F"/>
    <w:rsid w:val="00242D11"/>
    <w:rsid w:val="00255643"/>
    <w:rsid w:val="0027081F"/>
    <w:rsid w:val="00274240"/>
    <w:rsid w:val="002811E1"/>
    <w:rsid w:val="002B02C0"/>
    <w:rsid w:val="002B0BE4"/>
    <w:rsid w:val="002B327D"/>
    <w:rsid w:val="002B7BBD"/>
    <w:rsid w:val="002C131B"/>
    <w:rsid w:val="002C5B63"/>
    <w:rsid w:val="002E1540"/>
    <w:rsid w:val="002E1E20"/>
    <w:rsid w:val="002E3513"/>
    <w:rsid w:val="002E69D7"/>
    <w:rsid w:val="002F3F49"/>
    <w:rsid w:val="00302133"/>
    <w:rsid w:val="003236B5"/>
    <w:rsid w:val="00323791"/>
    <w:rsid w:val="00327BBD"/>
    <w:rsid w:val="00327ED1"/>
    <w:rsid w:val="003416BA"/>
    <w:rsid w:val="00346B58"/>
    <w:rsid w:val="00354D78"/>
    <w:rsid w:val="00365C4A"/>
    <w:rsid w:val="0037315F"/>
    <w:rsid w:val="0038032F"/>
    <w:rsid w:val="00386E98"/>
    <w:rsid w:val="00391E2D"/>
    <w:rsid w:val="0039479E"/>
    <w:rsid w:val="00396458"/>
    <w:rsid w:val="003A1F11"/>
    <w:rsid w:val="003B5ADB"/>
    <w:rsid w:val="003D1502"/>
    <w:rsid w:val="003E4230"/>
    <w:rsid w:val="00402313"/>
    <w:rsid w:val="004315BB"/>
    <w:rsid w:val="00431D52"/>
    <w:rsid w:val="004322C7"/>
    <w:rsid w:val="00434DA7"/>
    <w:rsid w:val="0044727B"/>
    <w:rsid w:val="004479B7"/>
    <w:rsid w:val="00473DF7"/>
    <w:rsid w:val="004811C1"/>
    <w:rsid w:val="00485214"/>
    <w:rsid w:val="00494AAE"/>
    <w:rsid w:val="004B73D4"/>
    <w:rsid w:val="004C604E"/>
    <w:rsid w:val="004C6F88"/>
    <w:rsid w:val="004D0764"/>
    <w:rsid w:val="004E77CF"/>
    <w:rsid w:val="00520A75"/>
    <w:rsid w:val="00532D4E"/>
    <w:rsid w:val="00547B98"/>
    <w:rsid w:val="00547C38"/>
    <w:rsid w:val="005524F5"/>
    <w:rsid w:val="00556FCF"/>
    <w:rsid w:val="0056547E"/>
    <w:rsid w:val="00582649"/>
    <w:rsid w:val="00584350"/>
    <w:rsid w:val="00594B1A"/>
    <w:rsid w:val="005A2C1E"/>
    <w:rsid w:val="005C1EC1"/>
    <w:rsid w:val="005D10BB"/>
    <w:rsid w:val="005E73D6"/>
    <w:rsid w:val="005F376F"/>
    <w:rsid w:val="006458C3"/>
    <w:rsid w:val="0067076D"/>
    <w:rsid w:val="00673383"/>
    <w:rsid w:val="00675D58"/>
    <w:rsid w:val="006822A2"/>
    <w:rsid w:val="00697D92"/>
    <w:rsid w:val="006A3CF9"/>
    <w:rsid w:val="006A7F82"/>
    <w:rsid w:val="006B3F2C"/>
    <w:rsid w:val="006D13E1"/>
    <w:rsid w:val="006E7C7D"/>
    <w:rsid w:val="006F1B05"/>
    <w:rsid w:val="00710D63"/>
    <w:rsid w:val="00714F82"/>
    <w:rsid w:val="0072450A"/>
    <w:rsid w:val="00750918"/>
    <w:rsid w:val="00755093"/>
    <w:rsid w:val="00785152"/>
    <w:rsid w:val="00787910"/>
    <w:rsid w:val="007D16E3"/>
    <w:rsid w:val="007E35B8"/>
    <w:rsid w:val="007F3F37"/>
    <w:rsid w:val="007F62F4"/>
    <w:rsid w:val="0083390E"/>
    <w:rsid w:val="00850F2F"/>
    <w:rsid w:val="0085284E"/>
    <w:rsid w:val="00855B69"/>
    <w:rsid w:val="00870A6B"/>
    <w:rsid w:val="008A77BC"/>
    <w:rsid w:val="008B7B3C"/>
    <w:rsid w:val="008D142B"/>
    <w:rsid w:val="008E5E16"/>
    <w:rsid w:val="0090674E"/>
    <w:rsid w:val="00911C0A"/>
    <w:rsid w:val="00913D30"/>
    <w:rsid w:val="009160AF"/>
    <w:rsid w:val="00921F81"/>
    <w:rsid w:val="0092703F"/>
    <w:rsid w:val="00930749"/>
    <w:rsid w:val="0098355A"/>
    <w:rsid w:val="00994F7F"/>
    <w:rsid w:val="009A2EB3"/>
    <w:rsid w:val="009F2A07"/>
    <w:rsid w:val="009F2B7A"/>
    <w:rsid w:val="00A00281"/>
    <w:rsid w:val="00A50626"/>
    <w:rsid w:val="00A77EB0"/>
    <w:rsid w:val="00A84083"/>
    <w:rsid w:val="00A871A6"/>
    <w:rsid w:val="00AA4AB8"/>
    <w:rsid w:val="00AC5274"/>
    <w:rsid w:val="00AF0A9E"/>
    <w:rsid w:val="00B041FA"/>
    <w:rsid w:val="00B135AC"/>
    <w:rsid w:val="00B13BCD"/>
    <w:rsid w:val="00B20E9A"/>
    <w:rsid w:val="00B326C2"/>
    <w:rsid w:val="00B34AB3"/>
    <w:rsid w:val="00B47717"/>
    <w:rsid w:val="00B51F2C"/>
    <w:rsid w:val="00B54737"/>
    <w:rsid w:val="00BA1E3D"/>
    <w:rsid w:val="00BA46C0"/>
    <w:rsid w:val="00BB05DB"/>
    <w:rsid w:val="00BC330C"/>
    <w:rsid w:val="00BE3EB1"/>
    <w:rsid w:val="00BE5C2C"/>
    <w:rsid w:val="00C0445C"/>
    <w:rsid w:val="00C06FA2"/>
    <w:rsid w:val="00C06FDA"/>
    <w:rsid w:val="00C21BFA"/>
    <w:rsid w:val="00C2222D"/>
    <w:rsid w:val="00C331B8"/>
    <w:rsid w:val="00C36E88"/>
    <w:rsid w:val="00C416F5"/>
    <w:rsid w:val="00C47DDF"/>
    <w:rsid w:val="00C5723A"/>
    <w:rsid w:val="00CA62C5"/>
    <w:rsid w:val="00CB11E3"/>
    <w:rsid w:val="00CC3EBE"/>
    <w:rsid w:val="00CD4BD7"/>
    <w:rsid w:val="00CD5564"/>
    <w:rsid w:val="00CF1A41"/>
    <w:rsid w:val="00CF5AF8"/>
    <w:rsid w:val="00D11F99"/>
    <w:rsid w:val="00D15365"/>
    <w:rsid w:val="00D23F71"/>
    <w:rsid w:val="00D36D9A"/>
    <w:rsid w:val="00D406F7"/>
    <w:rsid w:val="00D53148"/>
    <w:rsid w:val="00D6181F"/>
    <w:rsid w:val="00D95FAD"/>
    <w:rsid w:val="00DA1E95"/>
    <w:rsid w:val="00DA2739"/>
    <w:rsid w:val="00DB0967"/>
    <w:rsid w:val="00DD7166"/>
    <w:rsid w:val="00DE3D27"/>
    <w:rsid w:val="00DE46EE"/>
    <w:rsid w:val="00DF3C1B"/>
    <w:rsid w:val="00E21C7C"/>
    <w:rsid w:val="00E35442"/>
    <w:rsid w:val="00E43292"/>
    <w:rsid w:val="00E67176"/>
    <w:rsid w:val="00E771EA"/>
    <w:rsid w:val="00E83225"/>
    <w:rsid w:val="00E910D5"/>
    <w:rsid w:val="00E91492"/>
    <w:rsid w:val="00EB5E30"/>
    <w:rsid w:val="00EC62EC"/>
    <w:rsid w:val="00EC690F"/>
    <w:rsid w:val="00EF346C"/>
    <w:rsid w:val="00F15586"/>
    <w:rsid w:val="00F226D4"/>
    <w:rsid w:val="00F375D6"/>
    <w:rsid w:val="00F57660"/>
    <w:rsid w:val="00F656A9"/>
    <w:rsid w:val="00FB3C6E"/>
    <w:rsid w:val="00FB7899"/>
    <w:rsid w:val="00FC21E1"/>
    <w:rsid w:val="00FD2F83"/>
    <w:rsid w:val="00FD4889"/>
    <w:rsid w:val="00FE71CC"/>
    <w:rsid w:val="00FF099C"/>
    <w:rsid w:val="00FF2D2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2E24F4"/>
  <w15:docId w15:val="{BC3D18AE-0DE5-4BDA-A6E5-97F329247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id"/>
    </w:rPr>
  </w:style>
  <w:style w:type="paragraph" w:styleId="Heading1">
    <w:name w:val="heading 1"/>
    <w:basedOn w:val="Normal"/>
    <w:link w:val="Heading1Char"/>
    <w:uiPriority w:val="9"/>
    <w:qFormat/>
    <w:pPr>
      <w:spacing w:before="12"/>
      <w:ind w:left="20"/>
      <w:outlineLvl w:val="0"/>
    </w:pPr>
    <w:rPr>
      <w:rFonts w:ascii="Arial" w:eastAsia="Arial" w:hAnsi="Arial" w:cs="Arial"/>
      <w:b/>
      <w:bCs/>
      <w:sz w:val="24"/>
      <w:szCs w:val="24"/>
    </w:rPr>
  </w:style>
  <w:style w:type="paragraph" w:styleId="Heading2">
    <w:name w:val="heading 2"/>
    <w:basedOn w:val="Normal"/>
    <w:link w:val="Heading2Char"/>
    <w:uiPriority w:val="9"/>
    <w:unhideWhenUsed/>
    <w:qFormat/>
    <w:pPr>
      <w:ind w:left="528"/>
      <w:jc w:val="center"/>
      <w:outlineLvl w:val="1"/>
    </w:pPr>
    <w:rPr>
      <w:rFonts w:ascii="Arial" w:eastAsia="Arial" w:hAnsi="Arial" w:cs="Arial"/>
      <w:b/>
      <w:bCs/>
      <w:sz w:val="24"/>
      <w:szCs w:val="24"/>
    </w:rPr>
  </w:style>
  <w:style w:type="paragraph" w:styleId="Heading3">
    <w:name w:val="heading 3"/>
    <w:basedOn w:val="Normal"/>
    <w:link w:val="Heading3Char"/>
    <w:uiPriority w:val="9"/>
    <w:unhideWhenUsed/>
    <w:qFormat/>
    <w:pPr>
      <w:spacing w:before="140"/>
      <w:ind w:left="568" w:right="4070"/>
      <w:outlineLvl w:val="2"/>
    </w:pPr>
    <w:rPr>
      <w:sz w:val="24"/>
      <w:szCs w:val="24"/>
    </w:rPr>
  </w:style>
  <w:style w:type="paragraph" w:styleId="Heading4">
    <w:name w:val="heading 4"/>
    <w:basedOn w:val="Normal"/>
    <w:link w:val="Heading4Char"/>
    <w:uiPriority w:val="9"/>
    <w:unhideWhenUsed/>
    <w:qFormat/>
    <w:pPr>
      <w:ind w:left="1287" w:hanging="359"/>
      <w:outlineLvl w:val="3"/>
    </w:pPr>
    <w:rPr>
      <w:rFonts w:ascii="Arial" w:eastAsia="Arial" w:hAnsi="Arial" w:cs="Arial"/>
      <w:b/>
      <w:bCs/>
    </w:rPr>
  </w:style>
  <w:style w:type="paragraph" w:styleId="Heading5">
    <w:name w:val="heading 5"/>
    <w:basedOn w:val="Normal"/>
    <w:next w:val="Normal"/>
    <w:link w:val="Heading5Char"/>
    <w:uiPriority w:val="9"/>
    <w:semiHidden/>
    <w:unhideWhenUsed/>
    <w:qFormat/>
    <w:rsid w:val="00FF099C"/>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val="en-US"/>
    </w:rPr>
  </w:style>
  <w:style w:type="paragraph" w:styleId="Heading6">
    <w:name w:val="heading 6"/>
    <w:basedOn w:val="Normal"/>
    <w:next w:val="Normal"/>
    <w:link w:val="Heading6Char"/>
    <w:uiPriority w:val="9"/>
    <w:semiHidden/>
    <w:unhideWhenUsed/>
    <w:qFormat/>
    <w:rsid w:val="00FF099C"/>
    <w:pPr>
      <w:keepNext/>
      <w:keepLines/>
      <w:widowControl/>
      <w:autoSpaceDE/>
      <w:autoSpaceDN/>
      <w:spacing w:before="200" w:line="276" w:lineRule="auto"/>
      <w:outlineLvl w:val="5"/>
    </w:pPr>
    <w:rPr>
      <w:rFonts w:asciiTheme="majorHAnsi" w:eastAsiaTheme="majorEastAsia" w:hAnsiTheme="majorHAnsi" w:cstheme="majorBidi"/>
      <w:i/>
      <w:iCs/>
      <w:color w:val="243F60" w:themeColor="accent1" w:themeShade="7F"/>
      <w:lang w:val="en-US"/>
    </w:rPr>
  </w:style>
  <w:style w:type="paragraph" w:styleId="Heading7">
    <w:name w:val="heading 7"/>
    <w:basedOn w:val="Normal"/>
    <w:next w:val="Normal"/>
    <w:link w:val="Heading7Char"/>
    <w:uiPriority w:val="9"/>
    <w:semiHidden/>
    <w:unhideWhenUsed/>
    <w:qFormat/>
    <w:rsid w:val="00FF099C"/>
    <w:pPr>
      <w:keepNext/>
      <w:keepLines/>
      <w:widowControl/>
      <w:autoSpaceDE/>
      <w:autoSpaceDN/>
      <w:spacing w:before="200" w:line="276" w:lineRule="auto"/>
      <w:outlineLvl w:val="6"/>
    </w:pPr>
    <w:rPr>
      <w:rFonts w:asciiTheme="majorHAnsi" w:eastAsiaTheme="majorEastAsia" w:hAnsiTheme="majorHAnsi" w:cstheme="majorBidi"/>
      <w:i/>
      <w:iCs/>
      <w:color w:val="404040" w:themeColor="text1" w:themeTint="BF"/>
      <w:lang w:val="en-US"/>
    </w:rPr>
  </w:style>
  <w:style w:type="paragraph" w:styleId="Heading8">
    <w:name w:val="heading 8"/>
    <w:basedOn w:val="Normal"/>
    <w:next w:val="Normal"/>
    <w:link w:val="Heading8Char"/>
    <w:uiPriority w:val="9"/>
    <w:semiHidden/>
    <w:unhideWhenUsed/>
    <w:qFormat/>
    <w:rsid w:val="00FF099C"/>
    <w:pPr>
      <w:keepNext/>
      <w:keepLines/>
      <w:widowControl/>
      <w:autoSpaceDE/>
      <w:autoSpaceDN/>
      <w:spacing w:before="200" w:line="276" w:lineRule="auto"/>
      <w:outlineLvl w:val="7"/>
    </w:pPr>
    <w:rPr>
      <w:rFonts w:asciiTheme="majorHAnsi" w:eastAsiaTheme="majorEastAsia" w:hAnsiTheme="majorHAnsi" w:cstheme="majorBidi"/>
      <w:color w:val="4F81BD" w:themeColor="accent1"/>
      <w:sz w:val="20"/>
      <w:szCs w:val="20"/>
      <w:lang w:val="en-US"/>
    </w:rPr>
  </w:style>
  <w:style w:type="paragraph" w:styleId="Heading9">
    <w:name w:val="heading 9"/>
    <w:basedOn w:val="Normal"/>
    <w:next w:val="Normal"/>
    <w:link w:val="Heading9Char"/>
    <w:uiPriority w:val="9"/>
    <w:semiHidden/>
    <w:unhideWhenUsed/>
    <w:qFormat/>
    <w:rsid w:val="00FF099C"/>
    <w:pPr>
      <w:keepNext/>
      <w:keepLines/>
      <w:widowControl/>
      <w:autoSpaceDE/>
      <w:autoSpaceDN/>
      <w:spacing w:before="200" w:line="276" w:lineRule="auto"/>
      <w:outlineLvl w:val="8"/>
    </w:pPr>
    <w:rPr>
      <w:rFonts w:asciiTheme="majorHAnsi" w:eastAsiaTheme="majorEastAsia" w:hAnsiTheme="majorHAnsi" w:cstheme="majorBidi"/>
      <w:i/>
      <w:iCs/>
      <w:color w:val="404040" w:themeColor="text1" w:themeTint="BF"/>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99C"/>
    <w:rPr>
      <w:rFonts w:ascii="Arial" w:eastAsia="Arial" w:hAnsi="Arial" w:cs="Arial"/>
      <w:b/>
      <w:bCs/>
      <w:sz w:val="24"/>
      <w:szCs w:val="24"/>
      <w:lang w:val="id"/>
    </w:rPr>
  </w:style>
  <w:style w:type="character" w:customStyle="1" w:styleId="Heading2Char">
    <w:name w:val="Heading 2 Char"/>
    <w:basedOn w:val="DefaultParagraphFont"/>
    <w:link w:val="Heading2"/>
    <w:uiPriority w:val="9"/>
    <w:rsid w:val="00FF099C"/>
    <w:rPr>
      <w:rFonts w:ascii="Arial" w:eastAsia="Arial" w:hAnsi="Arial" w:cs="Arial"/>
      <w:b/>
      <w:bCs/>
      <w:sz w:val="24"/>
      <w:szCs w:val="24"/>
      <w:lang w:val="id"/>
    </w:rPr>
  </w:style>
  <w:style w:type="character" w:customStyle="1" w:styleId="Heading3Char">
    <w:name w:val="Heading 3 Char"/>
    <w:basedOn w:val="DefaultParagraphFont"/>
    <w:link w:val="Heading3"/>
    <w:uiPriority w:val="9"/>
    <w:rsid w:val="00FF099C"/>
    <w:rPr>
      <w:rFonts w:ascii="Arial MT" w:eastAsia="Arial MT" w:hAnsi="Arial MT" w:cs="Arial MT"/>
      <w:sz w:val="24"/>
      <w:szCs w:val="24"/>
      <w:lang w:val="id"/>
    </w:rPr>
  </w:style>
  <w:style w:type="character" w:customStyle="1" w:styleId="Heading4Char">
    <w:name w:val="Heading 4 Char"/>
    <w:basedOn w:val="DefaultParagraphFont"/>
    <w:link w:val="Heading4"/>
    <w:uiPriority w:val="9"/>
    <w:rsid w:val="00FF099C"/>
    <w:rPr>
      <w:rFonts w:ascii="Arial" w:eastAsia="Arial" w:hAnsi="Arial" w:cs="Arial"/>
      <w:b/>
      <w:bCs/>
      <w:lang w:val="id"/>
    </w:rPr>
  </w:style>
  <w:style w:type="character" w:customStyle="1" w:styleId="Heading5Char">
    <w:name w:val="Heading 5 Char"/>
    <w:basedOn w:val="DefaultParagraphFont"/>
    <w:link w:val="Heading5"/>
    <w:uiPriority w:val="9"/>
    <w:semiHidden/>
    <w:rsid w:val="00FF099C"/>
    <w:rPr>
      <w:rFonts w:asciiTheme="majorHAnsi" w:eastAsiaTheme="majorEastAsia" w:hAnsiTheme="majorHAnsi" w:cstheme="majorBidi"/>
      <w:color w:val="243F60" w:themeColor="accent1" w:themeShade="7F"/>
    </w:rPr>
  </w:style>
  <w:style w:type="paragraph" w:styleId="TOC1">
    <w:name w:val="toc 1"/>
    <w:basedOn w:val="Normal"/>
    <w:uiPriority w:val="1"/>
    <w:qFormat/>
    <w:pPr>
      <w:spacing w:before="127"/>
      <w:ind w:left="568"/>
    </w:pPr>
    <w:rPr>
      <w:rFonts w:ascii="Arial" w:eastAsia="Arial" w:hAnsi="Arial" w:cs="Arial"/>
      <w:b/>
      <w:bCs/>
    </w:rPr>
  </w:style>
  <w:style w:type="paragraph" w:styleId="TOC2">
    <w:name w:val="toc 2"/>
    <w:basedOn w:val="Normal"/>
    <w:uiPriority w:val="1"/>
    <w:qFormat/>
    <w:pPr>
      <w:spacing w:before="127"/>
      <w:ind w:left="568"/>
    </w:pPr>
    <w:rPr>
      <w:rFonts w:ascii="Arial" w:eastAsia="Arial" w:hAnsi="Arial" w:cs="Arial"/>
      <w:b/>
      <w:bCs/>
    </w:rPr>
  </w:style>
  <w:style w:type="paragraph" w:styleId="TOC3">
    <w:name w:val="toc 3"/>
    <w:basedOn w:val="Normal"/>
    <w:uiPriority w:val="1"/>
    <w:qFormat/>
    <w:pPr>
      <w:spacing w:before="127"/>
      <w:ind w:left="1076" w:hanging="267"/>
    </w:pPr>
  </w:style>
  <w:style w:type="paragraph" w:styleId="BodyText">
    <w:name w:val="Body Text"/>
    <w:basedOn w:val="Normal"/>
    <w:link w:val="BodyTextChar"/>
    <w:uiPriority w:val="99"/>
    <w:qFormat/>
  </w:style>
  <w:style w:type="character" w:customStyle="1" w:styleId="BodyTextChar">
    <w:name w:val="Body Text Char"/>
    <w:basedOn w:val="DefaultParagraphFont"/>
    <w:link w:val="BodyText"/>
    <w:uiPriority w:val="99"/>
    <w:rsid w:val="009A2EB3"/>
    <w:rPr>
      <w:rFonts w:ascii="Arial MT" w:eastAsia="Arial MT" w:hAnsi="Arial MT" w:cs="Arial MT"/>
      <w:lang w:val="id"/>
    </w:rPr>
  </w:style>
  <w:style w:type="paragraph" w:styleId="ListParagraph">
    <w:name w:val="List Paragraph"/>
    <w:basedOn w:val="Normal"/>
    <w:uiPriority w:val="34"/>
    <w:qFormat/>
    <w:pPr>
      <w:ind w:left="1287" w:hanging="35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E71CC"/>
    <w:pPr>
      <w:tabs>
        <w:tab w:val="center" w:pos="4513"/>
        <w:tab w:val="right" w:pos="9026"/>
      </w:tabs>
    </w:pPr>
  </w:style>
  <w:style w:type="character" w:customStyle="1" w:styleId="HeaderChar">
    <w:name w:val="Header Char"/>
    <w:basedOn w:val="DefaultParagraphFont"/>
    <w:link w:val="Header"/>
    <w:uiPriority w:val="99"/>
    <w:rsid w:val="00FE71CC"/>
    <w:rPr>
      <w:rFonts w:ascii="Arial MT" w:eastAsia="Arial MT" w:hAnsi="Arial MT" w:cs="Arial MT"/>
      <w:lang w:val="id"/>
    </w:rPr>
  </w:style>
  <w:style w:type="paragraph" w:styleId="Footer">
    <w:name w:val="footer"/>
    <w:basedOn w:val="Normal"/>
    <w:link w:val="FooterChar"/>
    <w:uiPriority w:val="99"/>
    <w:unhideWhenUsed/>
    <w:rsid w:val="00FE71CC"/>
    <w:pPr>
      <w:tabs>
        <w:tab w:val="center" w:pos="4513"/>
        <w:tab w:val="right" w:pos="9026"/>
      </w:tabs>
    </w:pPr>
  </w:style>
  <w:style w:type="character" w:customStyle="1" w:styleId="FooterChar">
    <w:name w:val="Footer Char"/>
    <w:basedOn w:val="DefaultParagraphFont"/>
    <w:link w:val="Footer"/>
    <w:uiPriority w:val="99"/>
    <w:rsid w:val="00FE71CC"/>
    <w:rPr>
      <w:rFonts w:ascii="Arial MT" w:eastAsia="Arial MT" w:hAnsi="Arial MT" w:cs="Arial MT"/>
      <w:lang w:val="id"/>
    </w:rPr>
  </w:style>
  <w:style w:type="character" w:styleId="Strong">
    <w:name w:val="Strong"/>
    <w:basedOn w:val="DefaultParagraphFont"/>
    <w:uiPriority w:val="22"/>
    <w:qFormat/>
    <w:rsid w:val="00921F81"/>
    <w:rPr>
      <w:b/>
      <w:bCs/>
    </w:rPr>
  </w:style>
  <w:style w:type="table" w:styleId="TableGrid">
    <w:name w:val="Table Grid"/>
    <w:basedOn w:val="TableNormal"/>
    <w:uiPriority w:val="59"/>
    <w:rsid w:val="00BA4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331B8"/>
    <w:pPr>
      <w:widowControl/>
      <w:autoSpaceDE/>
      <w:autoSpaceDN/>
      <w:spacing w:before="100" w:beforeAutospacing="1" w:after="100" w:afterAutospacing="1"/>
    </w:pPr>
    <w:rPr>
      <w:rFonts w:ascii="Times New Roman" w:eastAsia="Times New Roman" w:hAnsi="Times New Roman" w:cs="Times New Roman"/>
      <w:sz w:val="24"/>
      <w:szCs w:val="24"/>
      <w:lang w:val="en-ID" w:eastAsia="en-ID"/>
    </w:rPr>
  </w:style>
  <w:style w:type="character" w:customStyle="1" w:styleId="Heading6Char">
    <w:name w:val="Heading 6 Char"/>
    <w:basedOn w:val="DefaultParagraphFont"/>
    <w:link w:val="Heading6"/>
    <w:uiPriority w:val="9"/>
    <w:semiHidden/>
    <w:rsid w:val="00FF099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F099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F099C"/>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F099C"/>
    <w:rPr>
      <w:rFonts w:asciiTheme="majorHAnsi" w:eastAsiaTheme="majorEastAsia" w:hAnsiTheme="majorHAnsi" w:cstheme="majorBidi"/>
      <w:i/>
      <w:iCs/>
      <w:color w:val="404040" w:themeColor="text1" w:themeTint="BF"/>
      <w:sz w:val="20"/>
      <w:szCs w:val="20"/>
    </w:rPr>
  </w:style>
  <w:style w:type="paragraph" w:styleId="NoSpacing">
    <w:name w:val="No Spacing"/>
    <w:uiPriority w:val="1"/>
    <w:qFormat/>
    <w:rsid w:val="00FF099C"/>
    <w:pPr>
      <w:widowControl/>
      <w:autoSpaceDE/>
      <w:autoSpaceDN/>
    </w:pPr>
    <w:rPr>
      <w:rFonts w:eastAsiaTheme="minorEastAsia"/>
    </w:rPr>
  </w:style>
  <w:style w:type="paragraph" w:styleId="Title">
    <w:name w:val="Title"/>
    <w:basedOn w:val="Normal"/>
    <w:next w:val="Normal"/>
    <w:link w:val="TitleChar"/>
    <w:uiPriority w:val="10"/>
    <w:qFormat/>
    <w:rsid w:val="00FF099C"/>
    <w:pPr>
      <w:widowControl/>
      <w:pBdr>
        <w:bottom w:val="single" w:sz="8" w:space="4" w:color="4F81BD" w:themeColor="accent1"/>
      </w:pBdr>
      <w:autoSpaceDE/>
      <w:autoSpaceDN/>
      <w:spacing w:after="300"/>
      <w:contextualSpacing/>
    </w:pPr>
    <w:rPr>
      <w:rFonts w:asciiTheme="majorHAnsi" w:eastAsiaTheme="majorEastAsia" w:hAnsiTheme="majorHAnsi" w:cstheme="majorBidi"/>
      <w:color w:val="17365D" w:themeColor="text2" w:themeShade="BF"/>
      <w:spacing w:val="5"/>
      <w:kern w:val="28"/>
      <w:sz w:val="52"/>
      <w:szCs w:val="52"/>
      <w:lang w:val="en-US"/>
    </w:rPr>
  </w:style>
  <w:style w:type="character" w:customStyle="1" w:styleId="TitleChar">
    <w:name w:val="Title Char"/>
    <w:basedOn w:val="DefaultParagraphFont"/>
    <w:link w:val="Title"/>
    <w:uiPriority w:val="10"/>
    <w:rsid w:val="00FF099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F099C"/>
    <w:pPr>
      <w:widowControl/>
      <w:numPr>
        <w:ilvl w:val="1"/>
      </w:numPr>
      <w:autoSpaceDE/>
      <w:autoSpaceDN/>
      <w:spacing w:after="200" w:line="276" w:lineRule="auto"/>
    </w:pPr>
    <w:rPr>
      <w:rFonts w:asciiTheme="majorHAnsi" w:eastAsiaTheme="majorEastAsia" w:hAnsiTheme="majorHAnsi" w:cstheme="majorBidi"/>
      <w:i/>
      <w:iCs/>
      <w:color w:val="4F81BD" w:themeColor="accent1"/>
      <w:spacing w:val="15"/>
      <w:sz w:val="24"/>
      <w:szCs w:val="24"/>
      <w:lang w:val="en-US"/>
    </w:rPr>
  </w:style>
  <w:style w:type="character" w:customStyle="1" w:styleId="SubtitleChar">
    <w:name w:val="Subtitle Char"/>
    <w:basedOn w:val="DefaultParagraphFont"/>
    <w:link w:val="Subtitle"/>
    <w:uiPriority w:val="11"/>
    <w:rsid w:val="00FF099C"/>
    <w:rPr>
      <w:rFonts w:asciiTheme="majorHAnsi" w:eastAsiaTheme="majorEastAsia" w:hAnsiTheme="majorHAnsi" w:cstheme="majorBidi"/>
      <w:i/>
      <w:iCs/>
      <w:color w:val="4F81BD" w:themeColor="accent1"/>
      <w:spacing w:val="15"/>
      <w:sz w:val="24"/>
      <w:szCs w:val="24"/>
    </w:rPr>
  </w:style>
  <w:style w:type="paragraph" w:styleId="BodyText2">
    <w:name w:val="Body Text 2"/>
    <w:basedOn w:val="Normal"/>
    <w:link w:val="BodyText2Char"/>
    <w:uiPriority w:val="99"/>
    <w:unhideWhenUsed/>
    <w:rsid w:val="00FF099C"/>
    <w:pPr>
      <w:widowControl/>
      <w:autoSpaceDE/>
      <w:autoSpaceDN/>
      <w:spacing w:after="120" w:line="480" w:lineRule="auto"/>
    </w:pPr>
    <w:rPr>
      <w:rFonts w:asciiTheme="minorHAnsi" w:eastAsiaTheme="minorEastAsia" w:hAnsiTheme="minorHAnsi" w:cstheme="minorBidi"/>
      <w:lang w:val="en-US"/>
    </w:rPr>
  </w:style>
  <w:style w:type="character" w:customStyle="1" w:styleId="BodyText2Char">
    <w:name w:val="Body Text 2 Char"/>
    <w:basedOn w:val="DefaultParagraphFont"/>
    <w:link w:val="BodyText2"/>
    <w:uiPriority w:val="99"/>
    <w:rsid w:val="00FF099C"/>
    <w:rPr>
      <w:rFonts w:eastAsiaTheme="minorEastAsia"/>
    </w:rPr>
  </w:style>
  <w:style w:type="paragraph" w:styleId="BodyText3">
    <w:name w:val="Body Text 3"/>
    <w:basedOn w:val="Normal"/>
    <w:link w:val="BodyText3Char"/>
    <w:uiPriority w:val="99"/>
    <w:unhideWhenUsed/>
    <w:rsid w:val="00FF099C"/>
    <w:pPr>
      <w:widowControl/>
      <w:autoSpaceDE/>
      <w:autoSpaceDN/>
      <w:spacing w:after="120" w:line="276" w:lineRule="auto"/>
    </w:pPr>
    <w:rPr>
      <w:rFonts w:asciiTheme="minorHAnsi" w:eastAsiaTheme="minorEastAsia" w:hAnsiTheme="minorHAnsi" w:cstheme="minorBidi"/>
      <w:sz w:val="16"/>
      <w:szCs w:val="16"/>
      <w:lang w:val="en-US"/>
    </w:rPr>
  </w:style>
  <w:style w:type="character" w:customStyle="1" w:styleId="BodyText3Char">
    <w:name w:val="Body Text 3 Char"/>
    <w:basedOn w:val="DefaultParagraphFont"/>
    <w:link w:val="BodyText3"/>
    <w:uiPriority w:val="99"/>
    <w:rsid w:val="00FF099C"/>
    <w:rPr>
      <w:rFonts w:eastAsiaTheme="minorEastAsia"/>
      <w:sz w:val="16"/>
      <w:szCs w:val="16"/>
    </w:rPr>
  </w:style>
  <w:style w:type="paragraph" w:styleId="List">
    <w:name w:val="List"/>
    <w:basedOn w:val="Normal"/>
    <w:uiPriority w:val="99"/>
    <w:unhideWhenUsed/>
    <w:rsid w:val="00FF099C"/>
    <w:pPr>
      <w:widowControl/>
      <w:autoSpaceDE/>
      <w:autoSpaceDN/>
      <w:spacing w:after="200" w:line="276" w:lineRule="auto"/>
      <w:ind w:left="360" w:hanging="360"/>
      <w:contextualSpacing/>
    </w:pPr>
    <w:rPr>
      <w:rFonts w:asciiTheme="minorHAnsi" w:eastAsiaTheme="minorEastAsia" w:hAnsiTheme="minorHAnsi" w:cstheme="minorBidi"/>
      <w:lang w:val="en-US"/>
    </w:rPr>
  </w:style>
  <w:style w:type="paragraph" w:styleId="List2">
    <w:name w:val="List 2"/>
    <w:basedOn w:val="Normal"/>
    <w:uiPriority w:val="99"/>
    <w:unhideWhenUsed/>
    <w:rsid w:val="00FF099C"/>
    <w:pPr>
      <w:widowControl/>
      <w:autoSpaceDE/>
      <w:autoSpaceDN/>
      <w:spacing w:after="200" w:line="276" w:lineRule="auto"/>
      <w:ind w:left="720" w:hanging="360"/>
      <w:contextualSpacing/>
    </w:pPr>
    <w:rPr>
      <w:rFonts w:asciiTheme="minorHAnsi" w:eastAsiaTheme="minorEastAsia" w:hAnsiTheme="minorHAnsi" w:cstheme="minorBidi"/>
      <w:lang w:val="en-US"/>
    </w:rPr>
  </w:style>
  <w:style w:type="paragraph" w:styleId="List3">
    <w:name w:val="List 3"/>
    <w:basedOn w:val="Normal"/>
    <w:uiPriority w:val="99"/>
    <w:unhideWhenUsed/>
    <w:rsid w:val="00FF099C"/>
    <w:pPr>
      <w:widowControl/>
      <w:autoSpaceDE/>
      <w:autoSpaceDN/>
      <w:spacing w:after="200" w:line="276" w:lineRule="auto"/>
      <w:ind w:left="1080" w:hanging="360"/>
      <w:contextualSpacing/>
    </w:pPr>
    <w:rPr>
      <w:rFonts w:asciiTheme="minorHAnsi" w:eastAsiaTheme="minorEastAsia" w:hAnsiTheme="minorHAnsi" w:cstheme="minorBidi"/>
      <w:lang w:val="en-US"/>
    </w:rPr>
  </w:style>
  <w:style w:type="paragraph" w:styleId="ListBullet">
    <w:name w:val="List Bullet"/>
    <w:basedOn w:val="Normal"/>
    <w:uiPriority w:val="99"/>
    <w:unhideWhenUsed/>
    <w:rsid w:val="00FF099C"/>
    <w:pPr>
      <w:widowControl/>
      <w:numPr>
        <w:numId w:val="36"/>
      </w:numPr>
      <w:autoSpaceDE/>
      <w:autoSpaceDN/>
      <w:spacing w:after="200" w:line="276" w:lineRule="auto"/>
      <w:contextualSpacing/>
    </w:pPr>
    <w:rPr>
      <w:rFonts w:asciiTheme="minorHAnsi" w:eastAsiaTheme="minorEastAsia" w:hAnsiTheme="minorHAnsi" w:cstheme="minorBidi"/>
      <w:lang w:val="en-US"/>
    </w:rPr>
  </w:style>
  <w:style w:type="paragraph" w:styleId="ListBullet2">
    <w:name w:val="List Bullet 2"/>
    <w:basedOn w:val="Normal"/>
    <w:uiPriority w:val="99"/>
    <w:unhideWhenUsed/>
    <w:rsid w:val="00FF099C"/>
    <w:pPr>
      <w:widowControl/>
      <w:numPr>
        <w:numId w:val="37"/>
      </w:numPr>
      <w:autoSpaceDE/>
      <w:autoSpaceDN/>
      <w:spacing w:after="200" w:line="276" w:lineRule="auto"/>
      <w:contextualSpacing/>
    </w:pPr>
    <w:rPr>
      <w:rFonts w:asciiTheme="minorHAnsi" w:eastAsiaTheme="minorEastAsia" w:hAnsiTheme="minorHAnsi" w:cstheme="minorBidi"/>
      <w:lang w:val="en-US"/>
    </w:rPr>
  </w:style>
  <w:style w:type="paragraph" w:styleId="ListBullet3">
    <w:name w:val="List Bullet 3"/>
    <w:basedOn w:val="Normal"/>
    <w:uiPriority w:val="99"/>
    <w:unhideWhenUsed/>
    <w:rsid w:val="00FF099C"/>
    <w:pPr>
      <w:widowControl/>
      <w:numPr>
        <w:numId w:val="38"/>
      </w:numPr>
      <w:autoSpaceDE/>
      <w:autoSpaceDN/>
      <w:spacing w:after="200" w:line="276" w:lineRule="auto"/>
      <w:contextualSpacing/>
    </w:pPr>
    <w:rPr>
      <w:rFonts w:asciiTheme="minorHAnsi" w:eastAsiaTheme="minorEastAsia" w:hAnsiTheme="minorHAnsi" w:cstheme="minorBidi"/>
      <w:lang w:val="en-US"/>
    </w:rPr>
  </w:style>
  <w:style w:type="paragraph" w:styleId="ListNumber">
    <w:name w:val="List Number"/>
    <w:basedOn w:val="Normal"/>
    <w:uiPriority w:val="99"/>
    <w:unhideWhenUsed/>
    <w:rsid w:val="00FF099C"/>
    <w:pPr>
      <w:widowControl/>
      <w:numPr>
        <w:numId w:val="40"/>
      </w:numPr>
      <w:autoSpaceDE/>
      <w:autoSpaceDN/>
      <w:spacing w:after="200" w:line="276" w:lineRule="auto"/>
      <w:contextualSpacing/>
    </w:pPr>
    <w:rPr>
      <w:rFonts w:asciiTheme="minorHAnsi" w:eastAsiaTheme="minorEastAsia" w:hAnsiTheme="minorHAnsi" w:cstheme="minorBidi"/>
      <w:lang w:val="en-US"/>
    </w:rPr>
  </w:style>
  <w:style w:type="paragraph" w:styleId="ListNumber2">
    <w:name w:val="List Number 2"/>
    <w:basedOn w:val="Normal"/>
    <w:uiPriority w:val="99"/>
    <w:unhideWhenUsed/>
    <w:rsid w:val="00FF099C"/>
    <w:pPr>
      <w:widowControl/>
      <w:numPr>
        <w:numId w:val="41"/>
      </w:numPr>
      <w:autoSpaceDE/>
      <w:autoSpaceDN/>
      <w:spacing w:after="200" w:line="276" w:lineRule="auto"/>
      <w:contextualSpacing/>
    </w:pPr>
    <w:rPr>
      <w:rFonts w:asciiTheme="minorHAnsi" w:eastAsiaTheme="minorEastAsia" w:hAnsiTheme="minorHAnsi" w:cstheme="minorBidi"/>
      <w:lang w:val="en-US"/>
    </w:rPr>
  </w:style>
  <w:style w:type="paragraph" w:styleId="ListNumber3">
    <w:name w:val="List Number 3"/>
    <w:basedOn w:val="Normal"/>
    <w:uiPriority w:val="99"/>
    <w:unhideWhenUsed/>
    <w:rsid w:val="00FF099C"/>
    <w:pPr>
      <w:widowControl/>
      <w:numPr>
        <w:numId w:val="42"/>
      </w:numPr>
      <w:autoSpaceDE/>
      <w:autoSpaceDN/>
      <w:spacing w:after="200" w:line="276" w:lineRule="auto"/>
      <w:contextualSpacing/>
    </w:pPr>
    <w:rPr>
      <w:rFonts w:asciiTheme="minorHAnsi" w:eastAsiaTheme="minorEastAsia" w:hAnsiTheme="minorHAnsi" w:cstheme="minorBidi"/>
      <w:lang w:val="en-US"/>
    </w:rPr>
  </w:style>
  <w:style w:type="paragraph" w:styleId="ListContinue">
    <w:name w:val="List Continue"/>
    <w:basedOn w:val="Normal"/>
    <w:uiPriority w:val="99"/>
    <w:unhideWhenUsed/>
    <w:rsid w:val="00FF099C"/>
    <w:pPr>
      <w:widowControl/>
      <w:autoSpaceDE/>
      <w:autoSpaceDN/>
      <w:spacing w:after="120" w:line="276" w:lineRule="auto"/>
      <w:ind w:left="360"/>
      <w:contextualSpacing/>
    </w:pPr>
    <w:rPr>
      <w:rFonts w:asciiTheme="minorHAnsi" w:eastAsiaTheme="minorEastAsia" w:hAnsiTheme="minorHAnsi" w:cstheme="minorBidi"/>
      <w:lang w:val="en-US"/>
    </w:rPr>
  </w:style>
  <w:style w:type="paragraph" w:styleId="ListContinue2">
    <w:name w:val="List Continue 2"/>
    <w:basedOn w:val="Normal"/>
    <w:uiPriority w:val="99"/>
    <w:unhideWhenUsed/>
    <w:rsid w:val="00FF099C"/>
    <w:pPr>
      <w:widowControl/>
      <w:autoSpaceDE/>
      <w:autoSpaceDN/>
      <w:spacing w:after="120" w:line="276" w:lineRule="auto"/>
      <w:ind w:left="720"/>
      <w:contextualSpacing/>
    </w:pPr>
    <w:rPr>
      <w:rFonts w:asciiTheme="minorHAnsi" w:eastAsiaTheme="minorEastAsia" w:hAnsiTheme="minorHAnsi" w:cstheme="minorBidi"/>
      <w:lang w:val="en-US"/>
    </w:rPr>
  </w:style>
  <w:style w:type="paragraph" w:styleId="ListContinue3">
    <w:name w:val="List Continue 3"/>
    <w:basedOn w:val="Normal"/>
    <w:uiPriority w:val="99"/>
    <w:unhideWhenUsed/>
    <w:rsid w:val="00FF099C"/>
    <w:pPr>
      <w:widowControl/>
      <w:autoSpaceDE/>
      <w:autoSpaceDN/>
      <w:spacing w:after="120" w:line="276" w:lineRule="auto"/>
      <w:ind w:left="1080"/>
      <w:contextualSpacing/>
    </w:pPr>
    <w:rPr>
      <w:rFonts w:asciiTheme="minorHAnsi" w:eastAsiaTheme="minorEastAsia" w:hAnsiTheme="minorHAnsi" w:cstheme="minorBidi"/>
      <w:lang w:val="en-US"/>
    </w:rPr>
  </w:style>
  <w:style w:type="paragraph" w:styleId="MacroText">
    <w:name w:val="macro"/>
    <w:link w:val="MacroTextChar"/>
    <w:uiPriority w:val="99"/>
    <w:unhideWhenUsed/>
    <w:rsid w:val="00FF099C"/>
    <w:pPr>
      <w:widowControl/>
      <w:tabs>
        <w:tab w:val="left" w:pos="576"/>
        <w:tab w:val="left" w:pos="1152"/>
        <w:tab w:val="left" w:pos="1728"/>
        <w:tab w:val="left" w:pos="2304"/>
        <w:tab w:val="left" w:pos="2880"/>
        <w:tab w:val="left" w:pos="3456"/>
        <w:tab w:val="left" w:pos="4032"/>
      </w:tabs>
      <w:autoSpaceDE/>
      <w:autoSpaceDN/>
      <w:spacing w:after="200" w:line="276" w:lineRule="auto"/>
    </w:pPr>
    <w:rPr>
      <w:rFonts w:ascii="Courier" w:eastAsiaTheme="minorEastAsia" w:hAnsi="Courier"/>
      <w:sz w:val="20"/>
      <w:szCs w:val="20"/>
    </w:rPr>
  </w:style>
  <w:style w:type="character" w:customStyle="1" w:styleId="MacroTextChar">
    <w:name w:val="Macro Text Char"/>
    <w:basedOn w:val="DefaultParagraphFont"/>
    <w:link w:val="MacroText"/>
    <w:uiPriority w:val="99"/>
    <w:rsid w:val="00FF099C"/>
    <w:rPr>
      <w:rFonts w:ascii="Courier" w:eastAsiaTheme="minorEastAsia" w:hAnsi="Courier"/>
      <w:sz w:val="20"/>
      <w:szCs w:val="20"/>
    </w:rPr>
  </w:style>
  <w:style w:type="paragraph" w:styleId="Quote">
    <w:name w:val="Quote"/>
    <w:basedOn w:val="Normal"/>
    <w:next w:val="Normal"/>
    <w:link w:val="QuoteChar"/>
    <w:uiPriority w:val="29"/>
    <w:qFormat/>
    <w:rsid w:val="00FF099C"/>
    <w:pPr>
      <w:widowControl/>
      <w:autoSpaceDE/>
      <w:autoSpaceDN/>
      <w:spacing w:after="200" w:line="276" w:lineRule="auto"/>
    </w:pPr>
    <w:rPr>
      <w:rFonts w:asciiTheme="minorHAnsi" w:eastAsiaTheme="minorEastAsia" w:hAnsiTheme="minorHAnsi" w:cstheme="minorBidi"/>
      <w:i/>
      <w:iCs/>
      <w:color w:val="000000" w:themeColor="text1"/>
      <w:lang w:val="en-US"/>
    </w:rPr>
  </w:style>
  <w:style w:type="character" w:customStyle="1" w:styleId="QuoteChar">
    <w:name w:val="Quote Char"/>
    <w:basedOn w:val="DefaultParagraphFont"/>
    <w:link w:val="Quote"/>
    <w:uiPriority w:val="29"/>
    <w:rsid w:val="00FF099C"/>
    <w:rPr>
      <w:rFonts w:eastAsiaTheme="minorEastAsia"/>
      <w:i/>
      <w:iCs/>
      <w:color w:val="000000" w:themeColor="text1"/>
    </w:rPr>
  </w:style>
  <w:style w:type="character" w:styleId="Emphasis">
    <w:name w:val="Emphasis"/>
    <w:basedOn w:val="DefaultParagraphFont"/>
    <w:uiPriority w:val="20"/>
    <w:qFormat/>
    <w:rsid w:val="00FF099C"/>
    <w:rPr>
      <w:i/>
      <w:iCs/>
    </w:rPr>
  </w:style>
  <w:style w:type="paragraph" w:styleId="IntenseQuote">
    <w:name w:val="Intense Quote"/>
    <w:basedOn w:val="Normal"/>
    <w:next w:val="Normal"/>
    <w:link w:val="IntenseQuoteChar"/>
    <w:uiPriority w:val="30"/>
    <w:qFormat/>
    <w:rsid w:val="00FF099C"/>
    <w:pPr>
      <w:widowControl/>
      <w:pBdr>
        <w:bottom w:val="single" w:sz="4" w:space="4" w:color="4F81BD" w:themeColor="accent1"/>
      </w:pBdr>
      <w:autoSpaceDE/>
      <w:autoSpaceDN/>
      <w:spacing w:before="200" w:after="280" w:line="276" w:lineRule="auto"/>
      <w:ind w:left="936" w:right="936"/>
    </w:pPr>
    <w:rPr>
      <w:rFonts w:asciiTheme="minorHAnsi" w:eastAsiaTheme="minorEastAsia" w:hAnsiTheme="minorHAnsi" w:cstheme="minorBidi"/>
      <w:b/>
      <w:bCs/>
      <w:i/>
      <w:iCs/>
      <w:color w:val="4F81BD" w:themeColor="accent1"/>
      <w:lang w:val="en-US"/>
    </w:rPr>
  </w:style>
  <w:style w:type="character" w:customStyle="1" w:styleId="IntenseQuoteChar">
    <w:name w:val="Intense Quote Char"/>
    <w:basedOn w:val="DefaultParagraphFont"/>
    <w:link w:val="IntenseQuote"/>
    <w:uiPriority w:val="30"/>
    <w:rsid w:val="00FF099C"/>
    <w:rPr>
      <w:rFonts w:eastAsiaTheme="minorEastAsia"/>
      <w:b/>
      <w:bCs/>
      <w:i/>
      <w:iCs/>
      <w:color w:val="4F81BD" w:themeColor="accent1"/>
    </w:rPr>
  </w:style>
  <w:style w:type="character" w:styleId="SubtleEmphasis">
    <w:name w:val="Subtle Emphasis"/>
    <w:basedOn w:val="DefaultParagraphFont"/>
    <w:uiPriority w:val="19"/>
    <w:qFormat/>
    <w:rsid w:val="00FF099C"/>
    <w:rPr>
      <w:i/>
      <w:iCs/>
      <w:color w:val="808080" w:themeColor="text1" w:themeTint="7F"/>
    </w:rPr>
  </w:style>
  <w:style w:type="character" w:styleId="IntenseEmphasis">
    <w:name w:val="Intense Emphasis"/>
    <w:basedOn w:val="DefaultParagraphFont"/>
    <w:uiPriority w:val="21"/>
    <w:qFormat/>
    <w:rsid w:val="00FF099C"/>
    <w:rPr>
      <w:b/>
      <w:bCs/>
      <w:i/>
      <w:iCs/>
      <w:color w:val="4F81BD" w:themeColor="accent1"/>
    </w:rPr>
  </w:style>
  <w:style w:type="character" w:styleId="SubtleReference">
    <w:name w:val="Subtle Reference"/>
    <w:basedOn w:val="DefaultParagraphFont"/>
    <w:uiPriority w:val="31"/>
    <w:qFormat/>
    <w:rsid w:val="00FF099C"/>
    <w:rPr>
      <w:smallCaps/>
      <w:color w:val="C0504D" w:themeColor="accent2"/>
      <w:u w:val="single"/>
    </w:rPr>
  </w:style>
  <w:style w:type="character" w:styleId="IntenseReference">
    <w:name w:val="Intense Reference"/>
    <w:basedOn w:val="DefaultParagraphFont"/>
    <w:uiPriority w:val="32"/>
    <w:qFormat/>
    <w:rsid w:val="00FF099C"/>
    <w:rPr>
      <w:b/>
      <w:bCs/>
      <w:smallCaps/>
      <w:color w:val="C0504D" w:themeColor="accent2"/>
      <w:spacing w:val="5"/>
      <w:u w:val="single"/>
    </w:rPr>
  </w:style>
  <w:style w:type="character" w:styleId="BookTitle">
    <w:name w:val="Book Title"/>
    <w:basedOn w:val="DefaultParagraphFont"/>
    <w:uiPriority w:val="33"/>
    <w:qFormat/>
    <w:rsid w:val="00FF099C"/>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762898">
      <w:bodyDiv w:val="1"/>
      <w:marLeft w:val="0"/>
      <w:marRight w:val="0"/>
      <w:marTop w:val="0"/>
      <w:marBottom w:val="0"/>
      <w:divBdr>
        <w:top w:val="none" w:sz="0" w:space="0" w:color="auto"/>
        <w:left w:val="none" w:sz="0" w:space="0" w:color="auto"/>
        <w:bottom w:val="none" w:sz="0" w:space="0" w:color="auto"/>
        <w:right w:val="none" w:sz="0" w:space="0" w:color="auto"/>
      </w:divBdr>
    </w:div>
    <w:div w:id="357585502">
      <w:bodyDiv w:val="1"/>
      <w:marLeft w:val="0"/>
      <w:marRight w:val="0"/>
      <w:marTop w:val="0"/>
      <w:marBottom w:val="0"/>
      <w:divBdr>
        <w:top w:val="none" w:sz="0" w:space="0" w:color="auto"/>
        <w:left w:val="none" w:sz="0" w:space="0" w:color="auto"/>
        <w:bottom w:val="none" w:sz="0" w:space="0" w:color="auto"/>
        <w:right w:val="none" w:sz="0" w:space="0" w:color="auto"/>
      </w:divBdr>
    </w:div>
    <w:div w:id="432241291">
      <w:bodyDiv w:val="1"/>
      <w:marLeft w:val="0"/>
      <w:marRight w:val="0"/>
      <w:marTop w:val="0"/>
      <w:marBottom w:val="0"/>
      <w:divBdr>
        <w:top w:val="none" w:sz="0" w:space="0" w:color="auto"/>
        <w:left w:val="none" w:sz="0" w:space="0" w:color="auto"/>
        <w:bottom w:val="none" w:sz="0" w:space="0" w:color="auto"/>
        <w:right w:val="none" w:sz="0" w:space="0" w:color="auto"/>
      </w:divBdr>
    </w:div>
    <w:div w:id="550002643">
      <w:bodyDiv w:val="1"/>
      <w:marLeft w:val="0"/>
      <w:marRight w:val="0"/>
      <w:marTop w:val="0"/>
      <w:marBottom w:val="0"/>
      <w:divBdr>
        <w:top w:val="none" w:sz="0" w:space="0" w:color="auto"/>
        <w:left w:val="none" w:sz="0" w:space="0" w:color="auto"/>
        <w:bottom w:val="none" w:sz="0" w:space="0" w:color="auto"/>
        <w:right w:val="none" w:sz="0" w:space="0" w:color="auto"/>
      </w:divBdr>
    </w:div>
    <w:div w:id="705717897">
      <w:bodyDiv w:val="1"/>
      <w:marLeft w:val="0"/>
      <w:marRight w:val="0"/>
      <w:marTop w:val="0"/>
      <w:marBottom w:val="0"/>
      <w:divBdr>
        <w:top w:val="none" w:sz="0" w:space="0" w:color="auto"/>
        <w:left w:val="none" w:sz="0" w:space="0" w:color="auto"/>
        <w:bottom w:val="none" w:sz="0" w:space="0" w:color="auto"/>
        <w:right w:val="none" w:sz="0" w:space="0" w:color="auto"/>
      </w:divBdr>
    </w:div>
    <w:div w:id="877354390">
      <w:bodyDiv w:val="1"/>
      <w:marLeft w:val="0"/>
      <w:marRight w:val="0"/>
      <w:marTop w:val="0"/>
      <w:marBottom w:val="0"/>
      <w:divBdr>
        <w:top w:val="none" w:sz="0" w:space="0" w:color="auto"/>
        <w:left w:val="none" w:sz="0" w:space="0" w:color="auto"/>
        <w:bottom w:val="none" w:sz="0" w:space="0" w:color="auto"/>
        <w:right w:val="none" w:sz="0" w:space="0" w:color="auto"/>
      </w:divBdr>
    </w:div>
    <w:div w:id="17755862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eader" Target="header15.xml"/><Relationship Id="rId21" Type="http://schemas.openxmlformats.org/officeDocument/2006/relationships/header" Target="header7.xml"/><Relationship Id="rId34" Type="http://schemas.openxmlformats.org/officeDocument/2006/relationships/footer" Target="footer12.xml"/><Relationship Id="rId42" Type="http://schemas.openxmlformats.org/officeDocument/2006/relationships/header" Target="header17.xml"/><Relationship Id="rId47" Type="http://schemas.openxmlformats.org/officeDocument/2006/relationships/image" Target="media/image7.jpeg"/><Relationship Id="rId50" Type="http://schemas.openxmlformats.org/officeDocument/2006/relationships/image" Target="media/image10.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2.jpeg"/><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eader" Target="header14.xml"/><Relationship Id="rId40" Type="http://schemas.openxmlformats.org/officeDocument/2006/relationships/footer" Target="footer15.xml"/><Relationship Id="rId45" Type="http://schemas.openxmlformats.org/officeDocument/2006/relationships/header" Target="header18.xm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header" Target="header11.xml"/><Relationship Id="rId44" Type="http://schemas.openxmlformats.org/officeDocument/2006/relationships/image" Target="media/image5.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10.xml"/><Relationship Id="rId30" Type="http://schemas.openxmlformats.org/officeDocument/2006/relationships/image" Target="media/image3.jpg"/><Relationship Id="rId35" Type="http://schemas.openxmlformats.org/officeDocument/2006/relationships/header" Target="header13.xml"/><Relationship Id="rId43" Type="http://schemas.openxmlformats.org/officeDocument/2006/relationships/image" Target="media/image4.jpeg"/><Relationship Id="rId48" Type="http://schemas.openxmlformats.org/officeDocument/2006/relationships/image" Target="media/image8.jpeg"/><Relationship Id="rId8" Type="http://schemas.openxmlformats.org/officeDocument/2006/relationships/image" Target="media/image1.jpeg"/><Relationship Id="rId51" Type="http://schemas.openxmlformats.org/officeDocument/2006/relationships/header" Target="header19.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2.xml"/><Relationship Id="rId38" Type="http://schemas.openxmlformats.org/officeDocument/2006/relationships/footer" Target="footer14.xml"/><Relationship Id="rId46" Type="http://schemas.openxmlformats.org/officeDocument/2006/relationships/image" Target="media/image6.png"/><Relationship Id="rId20" Type="http://schemas.openxmlformats.org/officeDocument/2006/relationships/footer" Target="footer6.xml"/><Relationship Id="rId41" Type="http://schemas.openxmlformats.org/officeDocument/2006/relationships/header" Target="head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8873C-1B7F-4ADA-9B1C-BD13C231B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1293</TotalTime>
  <Pages>65</Pages>
  <Words>13718</Words>
  <Characters>78194</Characters>
  <Application>Microsoft Office Word</Application>
  <DocSecurity>0</DocSecurity>
  <Lines>651</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User</cp:lastModifiedBy>
  <cp:revision>39</cp:revision>
  <cp:lastPrinted>2025-12-02T08:23:00Z</cp:lastPrinted>
  <dcterms:created xsi:type="dcterms:W3CDTF">2025-09-24T01:03:00Z</dcterms:created>
  <dcterms:modified xsi:type="dcterms:W3CDTF">2025-12-02T08:24:00Z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2025-08-22T00:00:00Z</vt:filetime>
  </property>
  <property fmtid="{D5CDD505-2E9C-101B-9397-08002B2CF9AE}" pid="3" name="Creator">
    <vt:lpwstr>Microsoft® Word 2016</vt:lpwstr>
  </property>
  <property fmtid="{D5CDD505-2E9C-101B-9397-08002B2CF9AE}" pid="4" name="LastSaved">
    <vt:filetime>2025-08-31T00:00:00Z</vt:filetime>
  </property>
  <property fmtid="{D5CDD505-2E9C-101B-9397-08002B2CF9AE}" pid="5" name="Producer">
    <vt:lpwstr>Microsoft® Word 2016</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7th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 6th/7th edition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12th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http://www.zotero.org/styles/modern-humanities-research-association</vt:lpwstr>
  </property>
  <property fmtid="{D5CDD505-2E9C-101B-9397-08002B2CF9AE}" pid="21" name="Mendeley Recent Style Name 7_1">
    <vt:lpwstr>Modern Humanities Research Association, 4th edition (note with bibliography)</vt:lpwstr>
  </property>
  <property fmtid="{D5CDD505-2E9C-101B-9397-08002B2CF9AE}" pid="22" name="Mendeley Recent Style Id 8_1">
    <vt:lpwstr>http://www.zotero.org/styles/modern-language-association</vt:lpwstr>
  </property>
  <property fmtid="{D5CDD505-2E9C-101B-9397-08002B2CF9AE}" pid="23" name="Mendeley Recent Style Name 8_1">
    <vt:lpwstr>Modern Language Association 9th edition</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y fmtid="{D5CDD505-2E9C-101B-9397-08002B2CF9AE}" pid="26" name="Mendeley Document_1">
    <vt:lpwstr>True</vt:lpwstr>
  </property>
  <property fmtid="{D5CDD505-2E9C-101B-9397-08002B2CF9AE}" pid="27" name="Mendeley Unique User Id_1">
    <vt:lpwstr>f5f75852-5075-38cf-9237-55bb9aecfa2f</vt:lpwstr>
  </property>
  <property fmtid="{D5CDD505-2E9C-101B-9397-08002B2CF9AE}" pid="28" name="Mendeley Citation Style_1">
    <vt:lpwstr>http://www.zotero.org/styles/apa</vt:lpwstr>
  </property>
</Properties>
</file>